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A7149" w14:textId="77777777" w:rsidR="006E0A37" w:rsidRPr="006A5F2F" w:rsidRDefault="006A5F2F">
      <w:pPr>
        <w:pStyle w:val="aa"/>
        <w:jc w:val="center"/>
        <w:rPr>
          <w:sz w:val="40"/>
          <w:szCs w:val="40"/>
          <w:lang w:val="ru-RU"/>
        </w:rPr>
      </w:pPr>
      <w:r w:rsidRPr="006A5F2F">
        <w:rPr>
          <w:sz w:val="40"/>
          <w:szCs w:val="40"/>
          <w:lang w:val="ru-RU"/>
        </w:rPr>
        <w:t>В царство лотосов</w:t>
      </w:r>
    </w:p>
    <w:p w14:paraId="744FD4E0" w14:textId="77777777" w:rsidR="006E0A37" w:rsidRPr="006A5F2F" w:rsidRDefault="006A5F2F">
      <w:pPr>
        <w:pStyle w:val="1"/>
        <w:rPr>
          <w:lang w:val="ru-RU"/>
        </w:rPr>
      </w:pPr>
      <w:bookmarkStart w:id="0" w:name="tour_1"/>
      <w:r w:rsidRPr="006A5F2F">
        <w:rPr>
          <w:color w:val="1B3A4B"/>
          <w:lang w:val="ru-RU"/>
        </w:rPr>
        <w:t>В царство лотосов</w:t>
      </w:r>
      <w:bookmarkEnd w:id="0"/>
    </w:p>
    <w:p w14:paraId="35A69D98" w14:textId="77777777" w:rsidR="006E0A37" w:rsidRPr="006A5F2F" w:rsidRDefault="006A5F2F">
      <w:pPr>
        <w:jc w:val="center"/>
        <w:rPr>
          <w:lang w:val="ru-RU"/>
        </w:rPr>
      </w:pPr>
      <w:r w:rsidRPr="006A5F2F">
        <w:rPr>
          <w:color w:val="555555"/>
          <w:sz w:val="24"/>
          <w:lang w:val="ru-RU"/>
        </w:rPr>
        <w:t xml:space="preserve">Сеул, </w:t>
      </w:r>
      <w:proofErr w:type="spellStart"/>
      <w:r w:rsidRPr="006A5F2F">
        <w:rPr>
          <w:color w:val="555555"/>
          <w:sz w:val="24"/>
          <w:lang w:val="ru-RU"/>
        </w:rPr>
        <w:t>Чончжу</w:t>
      </w:r>
      <w:proofErr w:type="spellEnd"/>
      <w:r w:rsidRPr="006A5F2F">
        <w:rPr>
          <w:color w:val="555555"/>
          <w:sz w:val="24"/>
          <w:lang w:val="ru-RU"/>
        </w:rPr>
        <w:t>, Пусан · 8 дней</w:t>
      </w:r>
    </w:p>
    <w:p w14:paraId="1BD59D6B" w14:textId="77777777" w:rsidR="006E0A37" w:rsidRPr="006A5F2F" w:rsidRDefault="006A5F2F">
      <w:pPr>
        <w:jc w:val="center"/>
        <w:rPr>
          <w:lang w:val="ru-RU"/>
        </w:rPr>
      </w:pPr>
      <w:r w:rsidRPr="006A5F2F">
        <w:rPr>
          <w:sz w:val="24"/>
          <w:lang w:val="ru-RU"/>
        </w:rPr>
        <w:t xml:space="preserve">Наслаждайтесь </w:t>
      </w:r>
      <w:proofErr w:type="gramStart"/>
      <w:r w:rsidRPr="006A5F2F">
        <w:rPr>
          <w:sz w:val="24"/>
          <w:lang w:val="ru-RU"/>
        </w:rPr>
        <w:t>лотосами  по</w:t>
      </w:r>
      <w:proofErr w:type="gramEnd"/>
      <w:r w:rsidRPr="006A5F2F">
        <w:rPr>
          <w:sz w:val="24"/>
          <w:lang w:val="ru-RU"/>
        </w:rPr>
        <w:t xml:space="preserve"> окончании сезона дождей в </w:t>
      </w:r>
      <w:r w:rsidRPr="006A5F2F">
        <w:rPr>
          <w:sz w:val="24"/>
          <w:lang w:val="ru-RU"/>
        </w:rPr>
        <w:t>столице и вдали от толп, в удаленных уголках провинций Кореи.</w:t>
      </w:r>
    </w:p>
    <w:p w14:paraId="623D8498" w14:textId="77777777" w:rsidR="006E0A37" w:rsidRDefault="006A5F2F">
      <w:pPr>
        <w:pStyle w:val="21"/>
      </w:pPr>
      <w:proofErr w:type="spellStart"/>
      <w:r>
        <w:t>Что</w:t>
      </w:r>
      <w:proofErr w:type="spellEnd"/>
      <w:r>
        <w:t xml:space="preserve"> </w:t>
      </w:r>
      <w:proofErr w:type="spellStart"/>
      <w:r>
        <w:t>включено</w:t>
      </w:r>
      <w:proofErr w:type="spellEnd"/>
    </w:p>
    <w:p w14:paraId="6D14B5CD" w14:textId="77777777" w:rsidR="006E0A37" w:rsidRDefault="006A5F2F">
      <w:pPr>
        <w:pStyle w:val="a0"/>
      </w:pPr>
      <w:r>
        <w:rPr>
          <w:color w:val="4A7C59"/>
        </w:rPr>
        <w:t>трансферы по программе</w:t>
      </w:r>
    </w:p>
    <w:p w14:paraId="4E8F599B" w14:textId="77777777" w:rsidR="006E0A37" w:rsidRPr="006A5F2F" w:rsidRDefault="006A5F2F">
      <w:pPr>
        <w:pStyle w:val="a0"/>
        <w:rPr>
          <w:lang w:val="ru-RU"/>
        </w:rPr>
      </w:pPr>
      <w:r w:rsidRPr="006A5F2F">
        <w:rPr>
          <w:color w:val="4A7C59"/>
          <w:lang w:val="ru-RU"/>
        </w:rPr>
        <w:t>завтраки, если выбрано проживание с завтраками</w:t>
      </w:r>
    </w:p>
    <w:p w14:paraId="6C6D6AF2" w14:textId="77777777" w:rsidR="006E0A37" w:rsidRPr="006A5F2F" w:rsidRDefault="006A5F2F">
      <w:pPr>
        <w:pStyle w:val="a0"/>
        <w:rPr>
          <w:lang w:val="ru-RU"/>
        </w:rPr>
      </w:pPr>
      <w:r w:rsidRPr="006A5F2F">
        <w:rPr>
          <w:color w:val="4A7C59"/>
          <w:lang w:val="ru-RU"/>
        </w:rPr>
        <w:t>проживание в отеле в выбранной категории номеров</w:t>
      </w:r>
    </w:p>
    <w:p w14:paraId="3CACA560" w14:textId="77777777" w:rsidR="006E0A37" w:rsidRDefault="006A5F2F">
      <w:pPr>
        <w:pStyle w:val="a0"/>
      </w:pPr>
      <w:proofErr w:type="spellStart"/>
      <w:r>
        <w:rPr>
          <w:color w:val="4A7C59"/>
        </w:rPr>
        <w:t>питание</w:t>
      </w:r>
      <w:proofErr w:type="spellEnd"/>
      <w:r>
        <w:rPr>
          <w:color w:val="4A7C59"/>
        </w:rPr>
        <w:t xml:space="preserve">, </w:t>
      </w:r>
      <w:proofErr w:type="spellStart"/>
      <w:r>
        <w:rPr>
          <w:color w:val="4A7C59"/>
        </w:rPr>
        <w:t>явно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указанное</w:t>
      </w:r>
      <w:proofErr w:type="spellEnd"/>
      <w:r>
        <w:rPr>
          <w:color w:val="4A7C59"/>
        </w:rPr>
        <w:t xml:space="preserve"> в программе</w:t>
      </w:r>
    </w:p>
    <w:p w14:paraId="4651173C" w14:textId="77777777" w:rsidR="006E0A37" w:rsidRDefault="006A5F2F">
      <w:pPr>
        <w:pStyle w:val="a0"/>
      </w:pPr>
      <w:r>
        <w:rPr>
          <w:color w:val="4A7C59"/>
        </w:rPr>
        <w:t>лицензированный гид</w:t>
      </w:r>
    </w:p>
    <w:p w14:paraId="2FF53DF4" w14:textId="77777777" w:rsidR="006E0A37" w:rsidRDefault="006A5F2F">
      <w:pPr>
        <w:pStyle w:val="a0"/>
      </w:pPr>
      <w:r>
        <w:rPr>
          <w:color w:val="4A7C59"/>
        </w:rPr>
        <w:t>входные билеты по указанной программе</w:t>
      </w:r>
    </w:p>
    <w:p w14:paraId="6E56755B" w14:textId="77777777" w:rsidR="006E0A37" w:rsidRDefault="006A5F2F">
      <w:pPr>
        <w:pStyle w:val="21"/>
      </w:pPr>
      <w:r>
        <w:t>Что не включено</w:t>
      </w:r>
    </w:p>
    <w:p w14:paraId="05E11B59" w14:textId="77777777" w:rsidR="006E0A37" w:rsidRPr="006A5F2F" w:rsidRDefault="006A5F2F">
      <w:pPr>
        <w:pStyle w:val="a0"/>
        <w:rPr>
          <w:lang w:val="ru-RU"/>
        </w:rPr>
      </w:pPr>
      <w:r w:rsidRPr="006A5F2F">
        <w:rPr>
          <w:color w:val="555555"/>
          <w:lang w:val="ru-RU"/>
        </w:rPr>
        <w:t xml:space="preserve">все </w:t>
      </w:r>
      <w:r w:rsidRPr="006A5F2F">
        <w:rPr>
          <w:color w:val="555555"/>
          <w:lang w:val="ru-RU"/>
        </w:rPr>
        <w:t>личные расходы и прочие расходы, не указанные явно в программе тура</w:t>
      </w:r>
    </w:p>
    <w:p w14:paraId="579C84F9" w14:textId="77777777" w:rsidR="006E0A37" w:rsidRPr="006A5F2F" w:rsidRDefault="006A5F2F">
      <w:pPr>
        <w:pStyle w:val="21"/>
        <w:rPr>
          <w:lang w:val="ru-RU"/>
        </w:rPr>
      </w:pPr>
      <w:bookmarkStart w:id="1" w:name="tour_1_prices"/>
      <w:r w:rsidRPr="006A5F2F">
        <w:rPr>
          <w:lang w:val="ru-RU"/>
        </w:rPr>
        <w:t>Цены</w:t>
      </w:r>
      <w:bookmarkEnd w:id="1"/>
    </w:p>
    <w:p w14:paraId="2AA618E8" w14:textId="77777777" w:rsidR="006E0A37" w:rsidRPr="006A5F2F" w:rsidRDefault="006A5F2F">
      <w:pPr>
        <w:keepNext/>
        <w:rPr>
          <w:lang w:val="ru-RU"/>
        </w:rPr>
      </w:pPr>
      <w:r w:rsidRPr="006A5F2F">
        <w:rPr>
          <w:color w:val="555555"/>
          <w:sz w:val="18"/>
          <w:lang w:val="ru-RU"/>
        </w:rPr>
        <w:t>Указ</w:t>
      </w:r>
      <w:r w:rsidRPr="006A5F2F">
        <w:rPr>
          <w:color w:val="555555"/>
          <w:sz w:val="18"/>
          <w:lang w:val="ru-RU"/>
        </w:rPr>
        <w:t xml:space="preserve">анные цены за человека. '1 </w:t>
      </w:r>
      <w:r>
        <w:rPr>
          <w:color w:val="555555"/>
          <w:sz w:val="18"/>
        </w:rPr>
        <w:t>pax</w:t>
      </w:r>
      <w:r w:rsidRPr="006A5F2F">
        <w:rPr>
          <w:color w:val="555555"/>
          <w:sz w:val="18"/>
          <w:lang w:val="ru-RU"/>
        </w:rPr>
        <w:t xml:space="preserve">' означает одноместное размещение (1 человек в номере), '2 </w:t>
      </w:r>
      <w:r>
        <w:rPr>
          <w:color w:val="555555"/>
          <w:sz w:val="18"/>
        </w:rPr>
        <w:t>pax</w:t>
      </w:r>
      <w:r w:rsidRPr="006A5F2F">
        <w:rPr>
          <w:color w:val="555555"/>
          <w:sz w:val="18"/>
          <w:lang w:val="ru-RU"/>
        </w:rPr>
        <w:t xml:space="preserve">' означает двухместное размещение (2 человека в номере), '3 </w:t>
      </w:r>
      <w:r>
        <w:rPr>
          <w:color w:val="555555"/>
          <w:sz w:val="18"/>
        </w:rPr>
        <w:t>pax</w:t>
      </w:r>
      <w:r w:rsidRPr="006A5F2F">
        <w:rPr>
          <w:color w:val="555555"/>
          <w:sz w:val="18"/>
          <w:lang w:val="ru-RU"/>
        </w:rPr>
        <w:t>' означает трехместное размещение (3 человека в номере).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360"/>
        <w:gridCol w:w="3360"/>
      </w:tblGrid>
      <w:tr w:rsidR="006A5F2F" w14:paraId="73A3331B" w14:textId="77777777">
        <w:tc>
          <w:tcPr>
            <w:tcW w:w="3360" w:type="dxa"/>
          </w:tcPr>
          <w:p w14:paraId="411632FB" w14:textId="77777777" w:rsidR="006A5F2F" w:rsidRDefault="006A5F2F">
            <w:proofErr w:type="spellStart"/>
            <w:r>
              <w:rPr>
                <w:b/>
                <w:color w:val="1B3A4B"/>
              </w:rPr>
              <w:t>человек</w:t>
            </w:r>
            <w:proofErr w:type="spellEnd"/>
            <w:r>
              <w:rPr>
                <w:b/>
                <w:color w:val="1B3A4B"/>
              </w:rPr>
              <w:t xml:space="preserve"> в </w:t>
            </w:r>
            <w:proofErr w:type="spellStart"/>
            <w:r>
              <w:rPr>
                <w:b/>
                <w:color w:val="1B3A4B"/>
              </w:rPr>
              <w:t>номере</w:t>
            </w:r>
            <w:proofErr w:type="spellEnd"/>
          </w:p>
        </w:tc>
        <w:tc>
          <w:tcPr>
            <w:tcW w:w="3360" w:type="dxa"/>
          </w:tcPr>
          <w:p w14:paraId="0BAE9197" w14:textId="77777777" w:rsidR="006A5F2F" w:rsidRDefault="006A5F2F">
            <w:r>
              <w:rPr>
                <w:b/>
                <w:color w:val="1B3A4B"/>
              </w:rPr>
              <w:t>Опубликованная</w:t>
            </w:r>
          </w:p>
        </w:tc>
      </w:tr>
      <w:tr w:rsidR="006A5F2F" w14:paraId="74ADD5CB" w14:textId="77777777">
        <w:tc>
          <w:tcPr>
            <w:tcW w:w="3360" w:type="dxa"/>
          </w:tcPr>
          <w:p w14:paraId="56EC86F2" w14:textId="77777777" w:rsidR="006A5F2F" w:rsidRDefault="006A5F2F">
            <w:r>
              <w:t xml:space="preserve">1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4B01E0BC" w14:textId="77777777" w:rsidR="006A5F2F" w:rsidRDefault="006A5F2F">
            <w:r>
              <w:t>$2,250.00</w:t>
            </w:r>
          </w:p>
        </w:tc>
      </w:tr>
      <w:tr w:rsidR="006A5F2F" w14:paraId="3A83E958" w14:textId="77777777">
        <w:tc>
          <w:tcPr>
            <w:tcW w:w="3360" w:type="dxa"/>
          </w:tcPr>
          <w:p w14:paraId="4BEFB725" w14:textId="77777777" w:rsidR="006A5F2F" w:rsidRDefault="006A5F2F">
            <w:r>
              <w:t xml:space="preserve">2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4651DD95" w14:textId="77777777" w:rsidR="006A5F2F" w:rsidRDefault="006A5F2F">
            <w:r>
              <w:t>$1,700.00</w:t>
            </w:r>
          </w:p>
        </w:tc>
      </w:tr>
      <w:tr w:rsidR="006A5F2F" w14:paraId="268C49AA" w14:textId="77777777">
        <w:tc>
          <w:tcPr>
            <w:tcW w:w="3360" w:type="dxa"/>
          </w:tcPr>
          <w:p w14:paraId="719B95B4" w14:textId="77777777" w:rsidR="006A5F2F" w:rsidRDefault="006A5F2F">
            <w:r>
              <w:t xml:space="preserve">3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78CB1831" w14:textId="77777777" w:rsidR="006A5F2F" w:rsidRDefault="006A5F2F">
            <w:r>
              <w:t>$1,600.00</w:t>
            </w:r>
          </w:p>
        </w:tc>
      </w:tr>
    </w:tbl>
    <w:p w14:paraId="6EF2C3D7" w14:textId="77777777" w:rsidR="006E0A37" w:rsidRDefault="006E0A37"/>
    <w:p w14:paraId="724FFB13" w14:textId="77777777" w:rsidR="006E0A37" w:rsidRDefault="006A5F2F">
      <w:pPr>
        <w:pStyle w:val="21"/>
      </w:pPr>
      <w:bookmarkStart w:id="2" w:name="tour_1_detailed_prices"/>
      <w:r>
        <w:t>Подробный прайс-лист</w:t>
      </w:r>
      <w:bookmarkEnd w:id="2"/>
    </w:p>
    <w:p w14:paraId="015FFE5E" w14:textId="77777777" w:rsidR="006E0A37" w:rsidRPr="006A5F2F" w:rsidRDefault="006A5F2F">
      <w:pPr>
        <w:spacing w:after="80"/>
        <w:rPr>
          <w:lang w:val="ru-RU"/>
        </w:rPr>
      </w:pPr>
      <w:r w:rsidRPr="006A5F2F">
        <w:rPr>
          <w:b/>
          <w:color w:val="555555"/>
          <w:sz w:val="18"/>
          <w:lang w:val="ru-RU"/>
        </w:rPr>
        <w:t>Как читать прайс-лист:</w:t>
      </w:r>
      <w:r w:rsidRPr="006A5F2F">
        <w:rPr>
          <w:color w:val="555555"/>
          <w:sz w:val="18"/>
          <w:lang w:val="ru-RU"/>
        </w:rPr>
        <w:br/>
        <w:t>• Номера (1, 2, 3…) показывают остановки тура по порядку.</w:t>
      </w:r>
      <w:r w:rsidRPr="006A5F2F">
        <w:rPr>
          <w:color w:val="555555"/>
          <w:sz w:val="18"/>
          <w:lang w:val="ru-RU"/>
        </w:rPr>
        <w:br/>
        <w:t>• Остановка 1: полная цена за человека, включая все услуги.</w:t>
      </w:r>
      <w:r w:rsidRPr="006A5F2F">
        <w:rPr>
          <w:color w:val="555555"/>
          <w:sz w:val="18"/>
          <w:lang w:val="ru-RU"/>
        </w:rPr>
        <w:br/>
        <w:t xml:space="preserve">• </w:t>
      </w:r>
      <w:r w:rsidRPr="006A5F2F">
        <w:rPr>
          <w:color w:val="555555"/>
          <w:sz w:val="18"/>
          <w:lang w:val="ru-RU"/>
        </w:rPr>
        <w:t>Остановки 2+: изменение цены в зависимости от выбора отеля (+увеличение / −уменьшение / — без изменения).</w:t>
      </w:r>
    </w:p>
    <w:p w14:paraId="5BEF87C5" w14:textId="77777777" w:rsidR="006E0A37" w:rsidRDefault="006A5F2F">
      <w:pPr>
        <w:pStyle w:val="31"/>
      </w:pPr>
      <w:proofErr w:type="spellStart"/>
      <w:r>
        <w:t>Важные</w:t>
      </w:r>
      <w:proofErr w:type="spellEnd"/>
      <w:r>
        <w:t xml:space="preserve"> </w:t>
      </w:r>
      <w:proofErr w:type="spellStart"/>
      <w:r>
        <w:t>уведомления</w:t>
      </w:r>
      <w:proofErr w:type="spellEnd"/>
    </w:p>
    <w:p w14:paraId="0F386C82" w14:textId="77777777" w:rsidR="006E0A37" w:rsidRPr="006A5F2F" w:rsidRDefault="006A5F2F">
      <w:pPr>
        <w:rPr>
          <w:lang w:val="ru-RU"/>
        </w:rPr>
      </w:pPr>
      <w:r w:rsidRPr="006A5F2F">
        <w:rPr>
          <w:color w:val="555555"/>
          <w:lang w:val="ru-RU"/>
        </w:rPr>
        <w:t xml:space="preserve">Обратите внимание, что некоторые отели, включенные в пакетные туры, могут быть заменены без </w:t>
      </w:r>
      <w:r w:rsidRPr="006A5F2F">
        <w:rPr>
          <w:color w:val="555555"/>
          <w:lang w:val="ru-RU"/>
        </w:rPr>
        <w:t>предварительного предупреждения.</w:t>
      </w:r>
    </w:p>
    <w:p w14:paraId="02A765D6" w14:textId="77777777" w:rsidR="006E0A37" w:rsidRPr="006A5F2F" w:rsidRDefault="006A5F2F">
      <w:pPr>
        <w:rPr>
          <w:lang w:val="ru-RU"/>
        </w:rPr>
      </w:pPr>
      <w:r w:rsidRPr="006A5F2F">
        <w:rPr>
          <w:color w:val="555555"/>
          <w:lang w:val="ru-RU"/>
        </w:rPr>
        <w:t>Окончательная конфигурация номера определяется отелем; возможна замена на равнозначный тип номера без предварительного уведомления. Гарантируется наличие достаточного количества спальных мест; конкретная конфигурация кроват</w:t>
      </w:r>
      <w:r w:rsidRPr="006A5F2F">
        <w:rPr>
          <w:color w:val="555555"/>
          <w:lang w:val="ru-RU"/>
        </w:rPr>
        <w:t>ей не гарантируется.</w:t>
      </w:r>
    </w:p>
    <w:p w14:paraId="6AFA7577" w14:textId="77777777" w:rsidR="006E0A37" w:rsidRPr="006A5F2F" w:rsidRDefault="006E0A37">
      <w:pPr>
        <w:rPr>
          <w:lang w:val="ru-RU"/>
        </w:rPr>
      </w:pPr>
    </w:p>
    <w:p w14:paraId="25795550" w14:textId="77777777" w:rsidR="006E0A37" w:rsidRPr="006A5F2F" w:rsidRDefault="006A5F2F">
      <w:pPr>
        <w:pStyle w:val="21"/>
        <w:rPr>
          <w:lang w:val="ru-RU"/>
        </w:rPr>
      </w:pPr>
      <w:r w:rsidRPr="006A5F2F">
        <w:rPr>
          <w:lang w:val="ru-RU"/>
        </w:rPr>
        <w:lastRenderedPageBreak/>
        <w:t>Основные моменты</w:t>
      </w:r>
    </w:p>
    <w:p w14:paraId="3ACAAB04" w14:textId="77777777" w:rsidR="006E0A37" w:rsidRPr="006A5F2F" w:rsidRDefault="006A5F2F">
      <w:pPr>
        <w:pStyle w:val="4"/>
        <w:rPr>
          <w:lang w:val="ru-RU"/>
        </w:rPr>
      </w:pPr>
      <w:r w:rsidRPr="006A5F2F">
        <w:rPr>
          <w:lang w:val="ru-RU"/>
        </w:rPr>
        <w:t>1. Урок игры на традиционных корейских барабанах</w:t>
      </w:r>
    </w:p>
    <w:p w14:paraId="0C0F80D6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 xml:space="preserve">Профессиональный музыкант знакомит нас с традиционными корейскими барабанами и ритмами. Почувствуйте энергию живой музыки — </w:t>
      </w:r>
      <w:proofErr w:type="gramStart"/>
      <w:r w:rsidRPr="006A5F2F">
        <w:rPr>
          <w:lang w:val="ru-RU"/>
        </w:rPr>
        <w:t>и</w:t>
      </w:r>
      <w:proofErr w:type="gramEnd"/>
      <w:r w:rsidRPr="006A5F2F">
        <w:rPr>
          <w:lang w:val="ru-RU"/>
        </w:rPr>
        <w:t xml:space="preserve"> если понравилось, пожмите руку мастеру!</w:t>
      </w:r>
    </w:p>
    <w:p w14:paraId="49CE570D" w14:textId="77777777" w:rsidR="006E0A37" w:rsidRPr="006A5F2F" w:rsidRDefault="006A5F2F">
      <w:pPr>
        <w:pStyle w:val="4"/>
        <w:rPr>
          <w:lang w:val="ru-RU"/>
        </w:rPr>
      </w:pPr>
      <w:r w:rsidRPr="006A5F2F">
        <w:rPr>
          <w:lang w:val="ru-RU"/>
        </w:rPr>
        <w:t>2.</w:t>
      </w:r>
      <w:r w:rsidRPr="006A5F2F">
        <w:rPr>
          <w:lang w:val="ru-RU"/>
        </w:rPr>
        <w:t xml:space="preserve"> Четвертое лето с лотосами</w:t>
      </w:r>
    </w:p>
    <w:p w14:paraId="0BEE683D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>Если вас и ожидают сюрпризы во время путешествия - то только положительные. Уже четвертый год мы проводим этот тур, постоянно внося улучшения и обновления.</w:t>
      </w:r>
    </w:p>
    <w:p w14:paraId="5421AFD2" w14:textId="77777777" w:rsidR="006E0A37" w:rsidRPr="006A5F2F" w:rsidRDefault="006A5F2F">
      <w:pPr>
        <w:pStyle w:val="4"/>
        <w:rPr>
          <w:lang w:val="ru-RU"/>
        </w:rPr>
      </w:pPr>
      <w:r w:rsidRPr="006A5F2F">
        <w:rPr>
          <w:lang w:val="ru-RU"/>
        </w:rPr>
        <w:t>3. Полдня свободного времени в Пусане.</w:t>
      </w:r>
    </w:p>
    <w:p w14:paraId="2B62E5F4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>Используйте это время для исследов</w:t>
      </w:r>
      <w:r w:rsidRPr="006A5F2F">
        <w:rPr>
          <w:lang w:val="ru-RU"/>
        </w:rPr>
        <w:t>ания города по собственному усмотрению, открыв для себя местные достопримечательности, волшебный шоппинг или просто наслаждаясь отдыхом на пляже.</w:t>
      </w:r>
    </w:p>
    <w:p w14:paraId="0C1C933E" w14:textId="77777777" w:rsidR="006E0A37" w:rsidRPr="006A5F2F" w:rsidRDefault="006A5F2F">
      <w:pPr>
        <w:pStyle w:val="4"/>
        <w:rPr>
          <w:lang w:val="ru-RU"/>
        </w:rPr>
      </w:pPr>
      <w:r w:rsidRPr="006A5F2F">
        <w:rPr>
          <w:lang w:val="ru-RU"/>
        </w:rPr>
        <w:t>4. Возможность заказать дополнительные ночи до или после тура в тех же отелях (при наличии)</w:t>
      </w:r>
    </w:p>
    <w:p w14:paraId="3F495D95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>Удобство и гибкост</w:t>
      </w:r>
      <w:r w:rsidRPr="006A5F2F">
        <w:rPr>
          <w:lang w:val="ru-RU"/>
        </w:rPr>
        <w:t>ь в планировании вашего путешествия.</w:t>
      </w:r>
    </w:p>
    <w:p w14:paraId="7C97EF79" w14:textId="77777777" w:rsidR="006E0A37" w:rsidRPr="006A5F2F" w:rsidRDefault="006A5F2F">
      <w:pPr>
        <w:pStyle w:val="4"/>
        <w:rPr>
          <w:lang w:val="ru-RU"/>
        </w:rPr>
      </w:pPr>
      <w:r w:rsidRPr="006A5F2F">
        <w:rPr>
          <w:lang w:val="ru-RU"/>
        </w:rPr>
        <w:t>5. Аутентичная кухня без поисков</w:t>
      </w:r>
    </w:p>
    <w:p w14:paraId="6BCAE6B2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>Там, где самому трудно найти или выбрать подходящее место, мы уже предусмотрели проверенные обеды. Вы сможете приобщиться к аутентичной корейской кухне, не рискуя попасть на что-то слишк</w:t>
      </w:r>
      <w:r w:rsidRPr="006A5F2F">
        <w:rPr>
          <w:lang w:val="ru-RU"/>
        </w:rPr>
        <w:t>ом острое.</w:t>
      </w:r>
    </w:p>
    <w:p w14:paraId="620130AD" w14:textId="77777777" w:rsidR="006E0A37" w:rsidRPr="006A5F2F" w:rsidRDefault="006A5F2F">
      <w:pPr>
        <w:pStyle w:val="4"/>
        <w:rPr>
          <w:lang w:val="ru-RU"/>
        </w:rPr>
      </w:pPr>
      <w:r w:rsidRPr="006A5F2F">
        <w:rPr>
          <w:lang w:val="ru-RU"/>
        </w:rPr>
        <w:t>6. Только лицензированный гид</w:t>
      </w:r>
    </w:p>
    <w:p w14:paraId="62B539FB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 xml:space="preserve">Экскурсии проводят лицензированные гиды, которые знают историю, культуру и местный контекст Кореи. Вы получаете не набор дат и названий, а понятный рассказ, который помогает увидеть связи между прошлым, современной </w:t>
      </w:r>
      <w:r w:rsidRPr="006A5F2F">
        <w:rPr>
          <w:lang w:val="ru-RU"/>
        </w:rPr>
        <w:t>жизнью и местами на маршруте.</w:t>
      </w:r>
    </w:p>
    <w:p w14:paraId="5D7E49EB" w14:textId="77777777" w:rsidR="006E0A37" w:rsidRPr="006A5F2F" w:rsidRDefault="006A5F2F">
      <w:pPr>
        <w:pStyle w:val="4"/>
        <w:rPr>
          <w:lang w:val="ru-RU"/>
        </w:rPr>
      </w:pPr>
      <w:r w:rsidRPr="006A5F2F">
        <w:rPr>
          <w:lang w:val="ru-RU"/>
        </w:rPr>
        <w:t>7. Интерактив, мастер-классы</w:t>
      </w:r>
    </w:p>
    <w:p w14:paraId="50E6A040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>Вы не просто увидите Корею — вы прочувствуете её: разнообразные вкусы, звуки, ароматы...</w:t>
      </w:r>
    </w:p>
    <w:p w14:paraId="3A9E95F6" w14:textId="77777777" w:rsidR="006E0A37" w:rsidRPr="006A5F2F" w:rsidRDefault="006A5F2F">
      <w:pPr>
        <w:pStyle w:val="4"/>
        <w:rPr>
          <w:lang w:val="ru-RU"/>
        </w:rPr>
      </w:pPr>
      <w:r w:rsidRPr="006A5F2F">
        <w:rPr>
          <w:lang w:val="ru-RU"/>
        </w:rPr>
        <w:t>8. Сборные групповые трансферы включены</w:t>
      </w:r>
    </w:p>
    <w:p w14:paraId="70EBC89E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 xml:space="preserve">Наши водители с пикетом встретят (и проводят) любой рейс в день </w:t>
      </w:r>
      <w:r w:rsidRPr="006A5F2F">
        <w:rPr>
          <w:lang w:val="ru-RU"/>
        </w:rPr>
        <w:t>прибытия (или раньше!) и в день завершения тура (или позже!). → Прилетайте и уезжайте, когда удобно: трансфер уже включён и всё организовано.</w:t>
      </w:r>
    </w:p>
    <w:p w14:paraId="207C55D4" w14:textId="77777777" w:rsidR="006E0A37" w:rsidRPr="006A5F2F" w:rsidRDefault="006E0A37">
      <w:pPr>
        <w:rPr>
          <w:lang w:val="ru-RU"/>
        </w:rPr>
      </w:pPr>
    </w:p>
    <w:p w14:paraId="5CF56661" w14:textId="77777777" w:rsidR="006E0A37" w:rsidRPr="006A5F2F" w:rsidRDefault="006A5F2F">
      <w:pPr>
        <w:pStyle w:val="21"/>
        <w:rPr>
          <w:lang w:val="ru-RU"/>
        </w:rPr>
      </w:pPr>
      <w:r w:rsidRPr="006A5F2F">
        <w:rPr>
          <w:lang w:val="ru-RU"/>
        </w:rPr>
        <w:t>Описание</w:t>
      </w:r>
    </w:p>
    <w:p w14:paraId="4D657233" w14:textId="4C01F0A3" w:rsidR="006E0A37" w:rsidRPr="006A5F2F" w:rsidRDefault="006A5F2F">
      <w:pPr>
        <w:rPr>
          <w:lang w:val="ru-RU"/>
        </w:rPr>
      </w:pPr>
      <w:r w:rsidRPr="006A5F2F">
        <w:rPr>
          <w:lang w:val="ru-RU"/>
        </w:rPr>
        <w:t>После окончания основной программы вы можете</w:t>
      </w:r>
      <w:r>
        <w:rPr>
          <w:lang w:val="ru-RU"/>
        </w:rPr>
        <w:t xml:space="preserve"> </w:t>
      </w:r>
      <w:r w:rsidRPr="006A5F2F">
        <w:rPr>
          <w:lang w:val="ru-RU"/>
        </w:rPr>
        <w:t>остаться в Пусане, не возвращаясь в Сеул.</w:t>
      </w:r>
    </w:p>
    <w:p w14:paraId="47DAFBFF" w14:textId="20483E2E" w:rsidR="006E0A37" w:rsidRPr="006A5F2F" w:rsidRDefault="006A5F2F">
      <w:pPr>
        <w:rPr>
          <w:lang w:val="ru-RU"/>
        </w:rPr>
      </w:pPr>
      <w:r w:rsidRPr="006A5F2F">
        <w:rPr>
          <w:lang w:val="ru-RU"/>
        </w:rPr>
        <w:t>В подробном прайс-</w:t>
      </w:r>
      <w:r w:rsidRPr="006A5F2F">
        <w:rPr>
          <w:lang w:val="ru-RU"/>
        </w:rPr>
        <w:t>листе такие варианты отмечены как</w:t>
      </w:r>
      <w:r>
        <w:rPr>
          <w:lang w:val="ru-RU"/>
        </w:rPr>
        <w:t xml:space="preserve"> </w:t>
      </w:r>
      <w:r w:rsidRPr="006A5F2F">
        <w:rPr>
          <w:lang w:val="ru-RU"/>
        </w:rPr>
        <w:t>«альтернативные»</w:t>
      </w:r>
      <w:r>
        <w:rPr>
          <w:lang w:val="ru-RU"/>
        </w:rPr>
        <w:t xml:space="preserve"> </w:t>
      </w:r>
      <w:r w:rsidRPr="006A5F2F">
        <w:rPr>
          <w:lang w:val="ru-RU"/>
        </w:rPr>
        <w:t>в разделе3 (</w:t>
      </w:r>
      <w:r>
        <w:t>Busan</w:t>
      </w:r>
      <w:proofErr w:type="gramStart"/>
      <w:r w:rsidRPr="006A5F2F">
        <w:rPr>
          <w:lang w:val="ru-RU"/>
        </w:rPr>
        <w:t>).Если</w:t>
      </w:r>
      <w:proofErr w:type="gramEnd"/>
      <w:r w:rsidRPr="006A5F2F">
        <w:rPr>
          <w:lang w:val="ru-RU"/>
        </w:rPr>
        <w:t xml:space="preserve"> вы выбираете продление,</w:t>
      </w:r>
      <w:r>
        <w:rPr>
          <w:lang w:val="ru-RU"/>
        </w:rPr>
        <w:t xml:space="preserve"> </w:t>
      </w:r>
      <w:r w:rsidRPr="006A5F2F">
        <w:rPr>
          <w:lang w:val="ru-RU"/>
        </w:rPr>
        <w:t>нужно выбрать один из «альтернативных» вариантов проживания в Пусане (например, 8/2 – 8/7)и</w:t>
      </w:r>
      <w:r>
        <w:rPr>
          <w:lang w:val="ru-RU"/>
        </w:rPr>
        <w:t xml:space="preserve"> </w:t>
      </w:r>
      <w:r w:rsidRPr="006A5F2F">
        <w:rPr>
          <w:lang w:val="ru-RU"/>
        </w:rPr>
        <w:t>не выбирать размещение в разделе 4 (Сеул).</w:t>
      </w:r>
    </w:p>
    <w:p w14:paraId="37024DF0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>Стоимость продления уже вк</w:t>
      </w:r>
      <w:r w:rsidRPr="006A5F2F">
        <w:rPr>
          <w:lang w:val="ru-RU"/>
        </w:rPr>
        <w:t>лючает:</w:t>
      </w:r>
    </w:p>
    <w:p w14:paraId="6E74C408" w14:textId="2448839E" w:rsidR="006E0A37" w:rsidRPr="006A5F2F" w:rsidRDefault="006A5F2F">
      <w:pPr>
        <w:rPr>
          <w:lang w:val="ru-RU"/>
        </w:rPr>
      </w:pPr>
      <w:r w:rsidRPr="006A5F2F">
        <w:rPr>
          <w:lang w:val="ru-RU"/>
        </w:rPr>
        <w:t>групповой трансфер обратно в Пусан</w:t>
      </w:r>
      <w:r>
        <w:rPr>
          <w:lang w:val="ru-RU"/>
        </w:rPr>
        <w:t xml:space="preserve"> </w:t>
      </w:r>
      <w:r w:rsidRPr="006A5F2F">
        <w:rPr>
          <w:lang w:val="ru-RU"/>
        </w:rPr>
        <w:t>после завершения экскурсионной программы,</w:t>
      </w:r>
    </w:p>
    <w:p w14:paraId="10914A90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t>проживание в том же отеле,</w:t>
      </w:r>
    </w:p>
    <w:p w14:paraId="30E64045" w14:textId="0CEDF7CD" w:rsidR="006E0A37" w:rsidRPr="006A5F2F" w:rsidRDefault="006A5F2F">
      <w:pPr>
        <w:rPr>
          <w:lang w:val="ru-RU"/>
        </w:rPr>
      </w:pPr>
      <w:r w:rsidRPr="006A5F2F">
        <w:rPr>
          <w:lang w:val="ru-RU"/>
        </w:rPr>
        <w:t>групповой трансфер в аэропорт Пусана</w:t>
      </w:r>
      <w:r>
        <w:rPr>
          <w:lang w:val="ru-RU"/>
        </w:rPr>
        <w:t xml:space="preserve"> </w:t>
      </w:r>
      <w:r w:rsidRPr="006A5F2F">
        <w:rPr>
          <w:lang w:val="ru-RU"/>
        </w:rPr>
        <w:t>в день вылета.</w:t>
      </w:r>
    </w:p>
    <w:p w14:paraId="0C3C5543" w14:textId="77777777" w:rsidR="006E0A37" w:rsidRPr="006A5F2F" w:rsidRDefault="006A5F2F">
      <w:pPr>
        <w:rPr>
          <w:lang w:val="ru-RU"/>
        </w:rPr>
      </w:pPr>
      <w:r w:rsidRPr="006A5F2F">
        <w:rPr>
          <w:lang w:val="ru-RU"/>
        </w:rPr>
        <w:lastRenderedPageBreak/>
        <w:t>Эта опция подойдёт тем, кто хочет немного продлить отдых — прогуляться по набережной, расслаби</w:t>
      </w:r>
      <w:r w:rsidRPr="006A5F2F">
        <w:rPr>
          <w:lang w:val="ru-RU"/>
        </w:rPr>
        <w:t>ться у моря или сходить за покупками перед вылетом.</w:t>
      </w:r>
    </w:p>
    <w:p w14:paraId="019F95AE" w14:textId="77777777" w:rsidR="006E0A37" w:rsidRPr="006A5F2F" w:rsidRDefault="006E0A37">
      <w:pPr>
        <w:rPr>
          <w:lang w:val="ru-RU"/>
        </w:rPr>
      </w:pPr>
    </w:p>
    <w:p w14:paraId="623DD960" w14:textId="77777777" w:rsidR="006E0A37" w:rsidRPr="006A5F2F" w:rsidRDefault="006A5F2F">
      <w:pPr>
        <w:pStyle w:val="21"/>
        <w:rPr>
          <w:lang w:val="ru-RU"/>
        </w:rPr>
      </w:pPr>
      <w:bookmarkStart w:id="3" w:name="tour_1_itinerary"/>
      <w:r w:rsidRPr="006A5F2F">
        <w:rPr>
          <w:lang w:val="ru-RU"/>
        </w:rPr>
        <w:t>Подробный маршрут по дням</w:t>
      </w:r>
      <w:bookmarkEnd w:id="3"/>
    </w:p>
    <w:p w14:paraId="79C9154F" w14:textId="77777777" w:rsidR="006E0A37" w:rsidRPr="006A5F2F" w:rsidRDefault="006A5F2F">
      <w:pPr>
        <w:pStyle w:val="31"/>
        <w:rPr>
          <w:lang w:val="ru-RU"/>
        </w:rPr>
      </w:pPr>
      <w:r w:rsidRPr="006A5F2F">
        <w:rPr>
          <w:lang w:val="ru-RU"/>
        </w:rPr>
        <w:t>Прибытие</w:t>
      </w:r>
    </w:p>
    <w:p w14:paraId="012DBF0E" w14:textId="0D5BC281" w:rsidR="006E0A37" w:rsidRDefault="006A5F2F">
      <w:r>
        <w:t>August</w:t>
      </w:r>
      <w:r w:rsidRPr="006A5F2F">
        <w:rPr>
          <w:lang w:val="ru-RU"/>
        </w:rPr>
        <w:t xml:space="preserve"> 18, 2027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6E0A37" w14:paraId="537F5297" w14:textId="77777777">
        <w:tc>
          <w:tcPr>
            <w:tcW w:w="10080" w:type="dxa"/>
            <w:gridSpan w:val="2"/>
            <w:shd w:val="clear" w:color="auto" w:fill="1B3A4B"/>
          </w:tcPr>
          <w:p w14:paraId="530720BA" w14:textId="77777777" w:rsidR="006E0A37" w:rsidRDefault="006A5F2F">
            <w:r>
              <w:rPr>
                <w:b/>
                <w:color w:val="FFFFFF"/>
                <w:sz w:val="28"/>
              </w:rPr>
              <w:t>День 1</w:t>
            </w:r>
          </w:p>
        </w:tc>
      </w:tr>
      <w:tr w:rsidR="006E0A37" w14:paraId="4F03C978" w14:textId="77777777">
        <w:tc>
          <w:tcPr>
            <w:tcW w:w="1701" w:type="dxa"/>
          </w:tcPr>
          <w:p w14:paraId="56905A0C" w14:textId="77777777" w:rsidR="006E0A37" w:rsidRDefault="006A5F2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ADB6D7A" w14:textId="77777777" w:rsidR="006E0A37" w:rsidRDefault="006A5F2F">
            <w:r>
              <w:t>August 18, 2027</w:t>
            </w:r>
          </w:p>
        </w:tc>
      </w:tr>
      <w:tr w:rsidR="006E0A37" w:rsidRPr="006A5F2F" w14:paraId="4CBF95E9" w14:textId="77777777">
        <w:tc>
          <w:tcPr>
            <w:tcW w:w="1701" w:type="dxa"/>
          </w:tcPr>
          <w:p w14:paraId="5F54ED03" w14:textId="77777777" w:rsidR="006E0A37" w:rsidRDefault="006E0A37"/>
        </w:tc>
        <w:tc>
          <w:tcPr>
            <w:tcW w:w="7937" w:type="dxa"/>
          </w:tcPr>
          <w:p w14:paraId="581585EC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 xml:space="preserve">Трансфер аэропорт → отель включён (водитель, без гида). Водитель встретит вас в зале прилёта с </w:t>
            </w:r>
            <w:r w:rsidRPr="006A5F2F">
              <w:rPr>
                <w:lang w:val="ru-RU"/>
              </w:rPr>
              <w:t>табличкой. Гости с близких рейсов едут вместе, поэтому возможно небольшое ожидание. Прилетаете раньше начала тура? Трансфер переносится на день вашего прилёта без доплаты.</w:t>
            </w:r>
          </w:p>
        </w:tc>
      </w:tr>
      <w:tr w:rsidR="006E0A37" w:rsidRPr="006A5F2F" w14:paraId="38D682A4" w14:textId="77777777">
        <w:tc>
          <w:tcPr>
            <w:tcW w:w="1701" w:type="dxa"/>
          </w:tcPr>
          <w:p w14:paraId="6CE6EA0D" w14:textId="77777777" w:rsidR="006E0A37" w:rsidRPr="006A5F2F" w:rsidRDefault="006E0A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71ADEFD4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>Вы можете приехать в Корею до официального начала тура. По запросу мы можем помоч</w:t>
            </w:r>
            <w:r w:rsidRPr="006A5F2F">
              <w:rPr>
                <w:lang w:val="ru-RU"/>
              </w:rPr>
              <w:t>ь с бронированием дополнительных ночей в отеле до начала тура.</w:t>
            </w:r>
          </w:p>
        </w:tc>
      </w:tr>
      <w:tr w:rsidR="006E0A37" w14:paraId="67DE2430" w14:textId="77777777">
        <w:tc>
          <w:tcPr>
            <w:tcW w:w="1701" w:type="dxa"/>
          </w:tcPr>
          <w:p w14:paraId="185E9357" w14:textId="77777777" w:rsidR="006E0A37" w:rsidRPr="006A5F2F" w:rsidRDefault="006E0A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7F472833" w14:textId="77777777" w:rsidR="006E0A37" w:rsidRDefault="006A5F2F">
            <w:proofErr w:type="spellStart"/>
            <w:r>
              <w:t>Свободный</w:t>
            </w:r>
            <w:proofErr w:type="spellEnd"/>
            <w:r>
              <w:t xml:space="preserve"> </w:t>
            </w:r>
            <w:proofErr w:type="spellStart"/>
            <w:r>
              <w:t>день</w:t>
            </w:r>
            <w:proofErr w:type="spellEnd"/>
          </w:p>
        </w:tc>
      </w:tr>
      <w:tr w:rsidR="006E0A37" w14:paraId="08E1E608" w14:textId="77777777">
        <w:tc>
          <w:tcPr>
            <w:tcW w:w="1701" w:type="dxa"/>
          </w:tcPr>
          <w:p w14:paraId="501F226C" w14:textId="77777777" w:rsidR="006E0A37" w:rsidRDefault="006A5F2F">
            <w:r>
              <w:rPr>
                <w:b/>
                <w:color w:val="1B3A4B"/>
              </w:rPr>
              <w:t>Ночь в</w:t>
            </w:r>
          </w:p>
        </w:tc>
        <w:tc>
          <w:tcPr>
            <w:tcW w:w="7937" w:type="dxa"/>
          </w:tcPr>
          <w:p w14:paraId="55787308" w14:textId="77777777" w:rsidR="006E0A37" w:rsidRDefault="006A5F2F">
            <w:r>
              <w:t>Сеул</w:t>
            </w:r>
          </w:p>
        </w:tc>
      </w:tr>
    </w:tbl>
    <w:p w14:paraId="5D427880" w14:textId="77777777" w:rsidR="006E0A37" w:rsidRDefault="006E0A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6E0A37" w14:paraId="0F2D07CF" w14:textId="77777777">
        <w:tc>
          <w:tcPr>
            <w:tcW w:w="10080" w:type="dxa"/>
            <w:gridSpan w:val="2"/>
            <w:shd w:val="clear" w:color="auto" w:fill="1B3A4B"/>
          </w:tcPr>
          <w:p w14:paraId="5A15BE29" w14:textId="77777777" w:rsidR="006E0A37" w:rsidRDefault="006A5F2F">
            <w:r>
              <w:rPr>
                <w:b/>
                <w:color w:val="FFFFFF"/>
                <w:sz w:val="28"/>
              </w:rPr>
              <w:t>День 2</w:t>
            </w:r>
          </w:p>
        </w:tc>
      </w:tr>
      <w:tr w:rsidR="006E0A37" w14:paraId="0BEE0B97" w14:textId="77777777">
        <w:tc>
          <w:tcPr>
            <w:tcW w:w="1701" w:type="dxa"/>
          </w:tcPr>
          <w:p w14:paraId="4D914CAA" w14:textId="77777777" w:rsidR="006E0A37" w:rsidRDefault="006A5F2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5A370600" w14:textId="77777777" w:rsidR="006E0A37" w:rsidRDefault="006A5F2F">
            <w:r>
              <w:t>August 19, 2027</w:t>
            </w:r>
          </w:p>
        </w:tc>
      </w:tr>
      <w:tr w:rsidR="006E0A37" w:rsidRPr="006A5F2F" w14:paraId="371004F0" w14:textId="77777777">
        <w:tc>
          <w:tcPr>
            <w:tcW w:w="1701" w:type="dxa"/>
          </w:tcPr>
          <w:p w14:paraId="463F4E50" w14:textId="77777777" w:rsidR="006E0A37" w:rsidRDefault="006A5F2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05AC1E38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 xml:space="preserve">Большой Сеул: </w:t>
            </w:r>
            <w:proofErr w:type="spellStart"/>
            <w:r w:rsidRPr="006A5F2F">
              <w:rPr>
                <w:b/>
                <w:lang w:val="ru-RU"/>
              </w:rPr>
              <w:t>Кёнбоккун</w:t>
            </w:r>
            <w:proofErr w:type="spellEnd"/>
            <w:r w:rsidRPr="006A5F2F">
              <w:rPr>
                <w:b/>
                <w:lang w:val="ru-RU"/>
              </w:rPr>
              <w:t xml:space="preserve">, </w:t>
            </w:r>
            <w:proofErr w:type="spellStart"/>
            <w:r w:rsidRPr="006A5F2F">
              <w:rPr>
                <w:b/>
                <w:lang w:val="ru-RU"/>
              </w:rPr>
              <w:t>Пукчхон</w:t>
            </w:r>
            <w:proofErr w:type="spellEnd"/>
            <w:r w:rsidRPr="006A5F2F">
              <w:rPr>
                <w:b/>
                <w:lang w:val="ru-RU"/>
              </w:rPr>
              <w:t xml:space="preserve"> и </w:t>
            </w:r>
            <w:r>
              <w:rPr>
                <w:b/>
              </w:rPr>
              <w:t>Seoul</w:t>
            </w:r>
            <w:r w:rsidRPr="006A5F2F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Sky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9.00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Мэрия Сеула</w:t>
            </w:r>
            <w:r w:rsidRPr="006A5F2F">
              <w:rPr>
                <w:lang w:val="ru-RU"/>
              </w:rPr>
              <w:br/>
            </w:r>
            <w:proofErr w:type="spellStart"/>
            <w:r w:rsidRPr="006A5F2F">
              <w:rPr>
                <w:lang w:val="ru-RU"/>
              </w:rPr>
              <w:t>Футуристичная</w:t>
            </w:r>
            <w:proofErr w:type="spellEnd"/>
            <w:r w:rsidRPr="006A5F2F">
              <w:rPr>
                <w:lang w:val="ru-RU"/>
              </w:rPr>
              <w:t xml:space="preserve"> </w:t>
            </w:r>
            <w:r w:rsidRPr="006A5F2F">
              <w:rPr>
                <w:lang w:val="ru-RU"/>
              </w:rPr>
              <w:t>«волна» из стекла и стали накрывает здание старой мэрии, сохраняя связь времён. Это один из самых экологичных проектов города: самый большой в мире вертикальный сад внутри и энергия от природы — всё работает на будущее. Загляните внутрь, чтобы увидеть зелё</w:t>
            </w:r>
            <w:r w:rsidRPr="006A5F2F">
              <w:rPr>
                <w:lang w:val="ru-RU"/>
              </w:rPr>
              <w:t>ную стену своими глазами.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Ручей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Чхонгечхон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>
              <w:rPr>
                <w:b/>
                <w:color w:val="F4B942"/>
                <w:sz w:val="20"/>
              </w:rPr>
              <w:t>청계천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>)</w:t>
            </w:r>
            <w:r w:rsidRPr="006A5F2F">
              <w:rPr>
                <w:lang w:val="ru-RU"/>
              </w:rPr>
              <w:br/>
              <w:t xml:space="preserve">Этот рукотворный ручей — симбиоз природы и городской архитектуры. Когда-то это была настоящая река, но после войны её спрятали под землю. Лишь в 2005 году, после масштабного восстановления, </w:t>
            </w:r>
            <w:proofErr w:type="spellStart"/>
            <w:r w:rsidRPr="006A5F2F">
              <w:rPr>
                <w:lang w:val="ru-RU"/>
              </w:rPr>
              <w:t>Чхонгечхон</w:t>
            </w:r>
            <w:proofErr w:type="spellEnd"/>
            <w:r w:rsidRPr="006A5F2F">
              <w:rPr>
                <w:lang w:val="ru-RU"/>
              </w:rPr>
              <w:t xml:space="preserve"> вновь </w:t>
            </w:r>
            <w:r w:rsidRPr="006A5F2F">
              <w:rPr>
                <w:lang w:val="ru-RU"/>
              </w:rPr>
              <w:t xml:space="preserve">открылся — как зелёный оазис в центре Сеула. Фонтаны, подсвеченные мосты и так </w:t>
            </w:r>
            <w:proofErr w:type="spellStart"/>
            <w:r w:rsidRPr="006A5F2F">
              <w:rPr>
                <w:lang w:val="ru-RU"/>
              </w:rPr>
              <w:t>называемя</w:t>
            </w:r>
            <w:proofErr w:type="spellEnd"/>
            <w:r w:rsidRPr="006A5F2F">
              <w:rPr>
                <w:lang w:val="ru-RU"/>
              </w:rPr>
              <w:t xml:space="preserve"> дамба </w:t>
            </w:r>
            <w:proofErr w:type="spellStart"/>
            <w:r w:rsidRPr="006A5F2F">
              <w:rPr>
                <w:lang w:val="ru-RU"/>
              </w:rPr>
              <w:t>Пальсоктам</w:t>
            </w:r>
            <w:proofErr w:type="spellEnd"/>
            <w:r w:rsidRPr="006A5F2F">
              <w:rPr>
                <w:lang w:val="ru-RU"/>
              </w:rPr>
              <w:t xml:space="preserve"> делают его одним из самых любимых мест для вечерних прогулок.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Проспект им. Великого короля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Сечжона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и ансамбль площади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Кванхвамун</w:t>
            </w:r>
            <w:proofErr w:type="spellEnd"/>
            <w:r w:rsidRPr="006A5F2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6A5F2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6A5F2F">
              <w:rPr>
                <w:color w:val="555555"/>
                <w:sz w:val="18"/>
                <w:lang w:val="ru-RU"/>
              </w:rPr>
              <w:t>)</w:t>
            </w:r>
            <w:r w:rsidRPr="006A5F2F">
              <w:rPr>
                <w:lang w:val="ru-RU"/>
              </w:rPr>
              <w:br/>
              <w:t>Комплекс це</w:t>
            </w:r>
            <w:r w:rsidRPr="006A5F2F">
              <w:rPr>
                <w:lang w:val="ru-RU"/>
              </w:rPr>
              <w:t xml:space="preserve">нтральной площади </w:t>
            </w:r>
            <w:proofErr w:type="spellStart"/>
            <w:r w:rsidRPr="006A5F2F">
              <w:rPr>
                <w:lang w:val="ru-RU"/>
              </w:rPr>
              <w:t>Кванхвамун</w:t>
            </w:r>
            <w:proofErr w:type="spellEnd"/>
            <w:r w:rsidRPr="006A5F2F">
              <w:rPr>
                <w:lang w:val="ru-RU"/>
              </w:rPr>
              <w:t xml:space="preserve"> перед королевским дворцом </w:t>
            </w:r>
            <w:proofErr w:type="spellStart"/>
            <w:r w:rsidRPr="006A5F2F">
              <w:rPr>
                <w:lang w:val="ru-RU"/>
              </w:rPr>
              <w:t>Кёнбоккун</w:t>
            </w:r>
            <w:proofErr w:type="spellEnd"/>
            <w:r w:rsidRPr="006A5F2F">
              <w:rPr>
                <w:lang w:val="ru-RU"/>
              </w:rPr>
              <w:t>, являющейся композиционным центром столицы Кореи, открывает взору удивительные виды Сеула: с одной стороны расположена главная резиденция королей государства Чосон (ныне музей). А вдоль самог</w:t>
            </w:r>
            <w:r w:rsidRPr="006A5F2F">
              <w:rPr>
                <w:lang w:val="ru-RU"/>
              </w:rPr>
              <w:t xml:space="preserve">о проспекта, отходящего от площади, стоят высотные современные здания: правительственные, посольства, крупнейшего в Корее книжного магазина </w:t>
            </w:r>
            <w:proofErr w:type="spellStart"/>
            <w:r w:rsidRPr="006A5F2F">
              <w:rPr>
                <w:lang w:val="ru-RU"/>
              </w:rPr>
              <w:t>Кёбо</w:t>
            </w:r>
            <w:proofErr w:type="spellEnd"/>
            <w:r w:rsidRPr="006A5F2F">
              <w:rPr>
                <w:lang w:val="ru-RU"/>
              </w:rPr>
              <w:t xml:space="preserve">. Далее проспект идет в Мэрии Сеула и к Большим южным воротам </w:t>
            </w:r>
            <w:proofErr w:type="spellStart"/>
            <w:r w:rsidRPr="006A5F2F">
              <w:rPr>
                <w:lang w:val="ru-RU"/>
              </w:rPr>
              <w:t>Намдэмун</w:t>
            </w:r>
            <w:proofErr w:type="spellEnd"/>
            <w:r w:rsidRPr="006A5F2F">
              <w:rPr>
                <w:lang w:val="ru-RU"/>
              </w:rPr>
              <w:t xml:space="preserve"> (Государственное сокровище №1).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Королевск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ий дворец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Кёнбоккун</w:t>
            </w:r>
            <w:proofErr w:type="spellEnd"/>
            <w:r w:rsidRPr="006A5F2F">
              <w:rPr>
                <w:lang w:val="ru-RU"/>
              </w:rPr>
              <w:br/>
              <w:t xml:space="preserve">Главный дворец династии Чосон. За века он пережил разрушения и восстановление, но сохранил своё величие. Грандиозная симметрия, церемония </w:t>
            </w:r>
            <w:r w:rsidRPr="006A5F2F">
              <w:rPr>
                <w:lang w:val="ru-RU"/>
              </w:rPr>
              <w:lastRenderedPageBreak/>
              <w:t xml:space="preserve">смены караула и возможность примерить </w:t>
            </w:r>
            <w:proofErr w:type="spellStart"/>
            <w:r w:rsidRPr="006A5F2F">
              <w:rPr>
                <w:lang w:val="ru-RU"/>
              </w:rPr>
              <w:t>ханбок</w:t>
            </w:r>
            <w:proofErr w:type="spellEnd"/>
            <w:r w:rsidRPr="006A5F2F">
              <w:rPr>
                <w:lang w:val="ru-RU"/>
              </w:rPr>
              <w:t xml:space="preserve"> превращают прогулку во дворце в настоящее путешествие</w:t>
            </w:r>
            <w:r w:rsidRPr="006A5F2F">
              <w:rPr>
                <w:lang w:val="ru-RU"/>
              </w:rPr>
              <w:t xml:space="preserve"> во времени.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Самчхон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-дон и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Пукчон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>: романтика старого Сеула</w:t>
            </w:r>
            <w:r w:rsidRPr="006A5F2F">
              <w:rPr>
                <w:lang w:val="ru-RU"/>
              </w:rPr>
              <w:br/>
              <w:t>Здесь старинные дома-</w:t>
            </w:r>
            <w:proofErr w:type="spellStart"/>
            <w:r w:rsidRPr="006A5F2F">
              <w:rPr>
                <w:lang w:val="ru-RU"/>
              </w:rPr>
              <w:t>ханоки</w:t>
            </w:r>
            <w:proofErr w:type="spellEnd"/>
            <w:r w:rsidRPr="006A5F2F">
              <w:rPr>
                <w:lang w:val="ru-RU"/>
              </w:rPr>
              <w:t xml:space="preserve">, уютные улочки и тихие склоны у дворца </w:t>
            </w:r>
            <w:proofErr w:type="spellStart"/>
            <w:r w:rsidRPr="006A5F2F">
              <w:rPr>
                <w:lang w:val="ru-RU"/>
              </w:rPr>
              <w:t>Кёнбоккун</w:t>
            </w:r>
            <w:proofErr w:type="spellEnd"/>
            <w:r w:rsidRPr="006A5F2F">
              <w:rPr>
                <w:lang w:val="ru-RU"/>
              </w:rPr>
              <w:t xml:space="preserve"> создают атмосферу уюта и неспешности. </w:t>
            </w:r>
            <w:proofErr w:type="spellStart"/>
            <w:r w:rsidRPr="006A5F2F">
              <w:rPr>
                <w:lang w:val="ru-RU"/>
              </w:rPr>
              <w:t>Самчхон</w:t>
            </w:r>
            <w:proofErr w:type="spellEnd"/>
            <w:r w:rsidRPr="006A5F2F">
              <w:rPr>
                <w:lang w:val="ru-RU"/>
              </w:rPr>
              <w:t xml:space="preserve">-дон является частью "Северной деревни" — </w:t>
            </w:r>
            <w:proofErr w:type="spellStart"/>
            <w:r w:rsidRPr="006A5F2F">
              <w:rPr>
                <w:lang w:val="ru-RU"/>
              </w:rPr>
              <w:t>Пукчхона</w:t>
            </w:r>
            <w:proofErr w:type="spellEnd"/>
            <w:r w:rsidRPr="006A5F2F">
              <w:rPr>
                <w:lang w:val="ru-RU"/>
              </w:rPr>
              <w:t>; это галереи, бутики и к</w:t>
            </w:r>
            <w:r w:rsidRPr="006A5F2F">
              <w:rPr>
                <w:lang w:val="ru-RU"/>
              </w:rPr>
              <w:t>афе, и жилые домики - ханок, спрятанные среди холмов, хранящие дух эпохи Чосон. Прогулка по этим местам — словно путешествие в другую страну, полное света, текстур, черепичных крыш и маленьких открытий.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Инсадон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>. Традиционные чайные, сувениры, бутики, галер</w:t>
            </w:r>
            <w:r w:rsidRPr="006A5F2F">
              <w:rPr>
                <w:b/>
                <w:color w:val="F4B942"/>
                <w:sz w:val="20"/>
                <w:lang w:val="ru-RU"/>
              </w:rPr>
              <w:t>еи...</w:t>
            </w:r>
            <w:r w:rsidRPr="006A5F2F">
              <w:rPr>
                <w:lang w:val="ru-RU"/>
              </w:rPr>
              <w:br/>
              <w:t xml:space="preserve">Район, знаменитый обилием сувенирных лавочек, традиционных ресторанов и чайных домиков, бутиков. Пешеходная улица </w:t>
            </w:r>
            <w:proofErr w:type="spellStart"/>
            <w:r w:rsidRPr="006A5F2F">
              <w:rPr>
                <w:lang w:val="ru-RU"/>
              </w:rPr>
              <w:t>Инсадон</w:t>
            </w:r>
            <w:proofErr w:type="spellEnd"/>
            <w:r w:rsidRPr="006A5F2F">
              <w:rPr>
                <w:lang w:val="ru-RU"/>
              </w:rPr>
              <w:t>-киль является центральной улицей этого района. Часто вы можете увидеть уличные представления - традиционный корейский квартет уд</w:t>
            </w:r>
            <w:r w:rsidRPr="006A5F2F">
              <w:rPr>
                <w:lang w:val="ru-RU"/>
              </w:rPr>
              <w:t xml:space="preserve">арных </w:t>
            </w:r>
            <w:proofErr w:type="spellStart"/>
            <w:r w:rsidRPr="006A5F2F">
              <w:rPr>
                <w:lang w:val="ru-RU"/>
              </w:rPr>
              <w:t>самульнори</w:t>
            </w:r>
            <w:proofErr w:type="spellEnd"/>
            <w:r>
              <w:t> </w:t>
            </w:r>
            <w:r w:rsidRPr="006A5F2F">
              <w:rPr>
                <w:lang w:val="ru-RU"/>
              </w:rPr>
              <w:t xml:space="preserve">либо боевые искусства </w:t>
            </w:r>
            <w:proofErr w:type="spellStart"/>
            <w:r w:rsidRPr="006A5F2F">
              <w:rPr>
                <w:lang w:val="ru-RU"/>
              </w:rPr>
              <w:t>теккён</w:t>
            </w:r>
            <w:proofErr w:type="spellEnd"/>
            <w:r w:rsidRPr="006A5F2F">
              <w:rPr>
                <w:lang w:val="ru-RU"/>
              </w:rPr>
              <w:t xml:space="preserve">, </w:t>
            </w:r>
            <w:proofErr w:type="spellStart"/>
            <w:proofErr w:type="gramStart"/>
            <w:r w:rsidRPr="006A5F2F">
              <w:rPr>
                <w:lang w:val="ru-RU"/>
              </w:rPr>
              <w:t>тхэквон</w:t>
            </w:r>
            <w:proofErr w:type="spellEnd"/>
            <w:r w:rsidRPr="006A5F2F">
              <w:rPr>
                <w:lang w:val="ru-RU"/>
              </w:rPr>
              <w:t>-до</w:t>
            </w:r>
            <w:proofErr w:type="gramEnd"/>
            <w:r w:rsidRPr="006A5F2F">
              <w:rPr>
                <w:lang w:val="ru-RU"/>
              </w:rPr>
              <w:t xml:space="preserve"> либо выступления молодежных коллективов в стиле </w:t>
            </w:r>
            <w:r>
              <w:t>fusion</w:t>
            </w:r>
            <w:r w:rsidRPr="006A5F2F">
              <w:rPr>
                <w:lang w:val="ru-RU"/>
              </w:rPr>
              <w:t xml:space="preserve"> и т.д.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Рынок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Кванчжан</w:t>
            </w:r>
            <w:proofErr w:type="spellEnd"/>
            <w:r w:rsidRPr="006A5F2F">
              <w:rPr>
                <w:lang w:val="ru-RU"/>
              </w:rPr>
              <w:br/>
              <w:t xml:space="preserve">Погрузитесь в гастрономическое сердце рынка </w:t>
            </w:r>
            <w:proofErr w:type="spellStart"/>
            <w:r w:rsidRPr="006A5F2F">
              <w:rPr>
                <w:lang w:val="ru-RU"/>
              </w:rPr>
              <w:t>Кванчжан</w:t>
            </w:r>
            <w:proofErr w:type="spellEnd"/>
            <w:r w:rsidRPr="006A5F2F">
              <w:rPr>
                <w:lang w:val="ru-RU"/>
              </w:rPr>
              <w:t>, который можно по праву назвать настоящим раем для любителей традици</w:t>
            </w:r>
            <w:r w:rsidRPr="006A5F2F">
              <w:rPr>
                <w:lang w:val="ru-RU"/>
              </w:rPr>
              <w:t xml:space="preserve">онной еды в самом сердце Сеула. Здесь оживают насыщенные ароматы корейской уличной и, так сказать, более солидной еды. Насладитесь хрустящими блинчиками </w:t>
            </w:r>
            <w:proofErr w:type="spellStart"/>
            <w:r w:rsidRPr="006A5F2F">
              <w:rPr>
                <w:lang w:val="ru-RU"/>
              </w:rPr>
              <w:t>хотток</w:t>
            </w:r>
            <w:proofErr w:type="spellEnd"/>
            <w:r w:rsidRPr="006A5F2F">
              <w:rPr>
                <w:lang w:val="ru-RU"/>
              </w:rPr>
              <w:t xml:space="preserve">, горячими порциями </w:t>
            </w:r>
            <w:proofErr w:type="spellStart"/>
            <w:r w:rsidRPr="006A5F2F">
              <w:rPr>
                <w:lang w:val="ru-RU"/>
              </w:rPr>
              <w:t>ттокпокки</w:t>
            </w:r>
            <w:proofErr w:type="spellEnd"/>
            <w:r w:rsidRPr="006A5F2F">
              <w:rPr>
                <w:lang w:val="ru-RU"/>
              </w:rPr>
              <w:t xml:space="preserve"> и сочными корейскими пельменями (манду). Оживленная атмосфера, напо</w:t>
            </w:r>
            <w:r w:rsidRPr="006A5F2F">
              <w:rPr>
                <w:lang w:val="ru-RU"/>
              </w:rPr>
              <w:t xml:space="preserve">лненная звуками жарки и манящими ароматами, подарит вам незабываемый праздник для чувств. Если вы гурман или просто хотите познакомиться с корейской кухней, </w:t>
            </w:r>
            <w:proofErr w:type="spellStart"/>
            <w:r w:rsidRPr="006A5F2F">
              <w:rPr>
                <w:lang w:val="ru-RU"/>
              </w:rPr>
              <w:t>Кванчжан</w:t>
            </w:r>
            <w:proofErr w:type="spellEnd"/>
            <w:r w:rsidRPr="006A5F2F">
              <w:rPr>
                <w:lang w:val="ru-RU"/>
              </w:rPr>
              <w:t xml:space="preserve"> станет идеальным местом для дегустации аутентичных блюд и погружения в кулинарную культуру</w:t>
            </w:r>
            <w:r w:rsidRPr="006A5F2F">
              <w:rPr>
                <w:lang w:val="ru-RU"/>
              </w:rPr>
              <w:t xml:space="preserve"> Сеула.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ворота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Хынин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Чжимун</w:t>
            </w:r>
            <w:proofErr w:type="spellEnd"/>
            <w:r w:rsidRPr="006A5F2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6A5F2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6A5F2F">
              <w:rPr>
                <w:color w:val="555555"/>
                <w:sz w:val="18"/>
                <w:lang w:val="ru-RU"/>
              </w:rPr>
              <w:t>)</w:t>
            </w:r>
            <w:r w:rsidRPr="006A5F2F">
              <w:rPr>
                <w:lang w:val="ru-RU"/>
              </w:rPr>
              <w:br/>
              <w:t>Большие Восточные ворота в крепостной стене Сеула (внешний осмотр)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>
              <w:rPr>
                <w:b/>
                <w:color w:val="F4B942"/>
                <w:sz w:val="20"/>
              </w:rPr>
              <w:t>Dongdaemun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Design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Plaza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 (</w:t>
            </w:r>
            <w:r>
              <w:rPr>
                <w:b/>
                <w:color w:val="F4B942"/>
                <w:sz w:val="20"/>
              </w:rPr>
              <w:t>DDP</w:t>
            </w:r>
            <w:r w:rsidRPr="006A5F2F">
              <w:rPr>
                <w:b/>
                <w:color w:val="F4B942"/>
                <w:sz w:val="20"/>
                <w:lang w:val="ru-RU"/>
              </w:rPr>
              <w:t>)</w:t>
            </w:r>
            <w:r w:rsidRPr="006A5F2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6A5F2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6A5F2F">
              <w:rPr>
                <w:color w:val="555555"/>
                <w:sz w:val="18"/>
                <w:lang w:val="ru-RU"/>
              </w:rPr>
              <w:t>)</w:t>
            </w:r>
            <w:r w:rsidRPr="006A5F2F">
              <w:rPr>
                <w:lang w:val="ru-RU"/>
              </w:rPr>
              <w:br/>
              <w:t xml:space="preserve">Футуристический комплекс от мировой знаменитости в сфере архитектуры - </w:t>
            </w:r>
            <w:proofErr w:type="spellStart"/>
            <w:r w:rsidRPr="006A5F2F">
              <w:rPr>
                <w:lang w:val="ru-RU"/>
              </w:rPr>
              <w:t>Захи</w:t>
            </w:r>
            <w:proofErr w:type="spellEnd"/>
            <w:r w:rsidRPr="006A5F2F">
              <w:rPr>
                <w:lang w:val="ru-RU"/>
              </w:rPr>
              <w:t xml:space="preserve"> Хадид, центр моды и дизайна, с плав</w:t>
            </w:r>
            <w:r w:rsidRPr="006A5F2F">
              <w:rPr>
                <w:lang w:val="ru-RU"/>
              </w:rPr>
              <w:t xml:space="preserve">ными линиями и современной эстетикой. Расположена в районе </w:t>
            </w:r>
            <w:proofErr w:type="spellStart"/>
            <w:r w:rsidRPr="006A5F2F">
              <w:rPr>
                <w:lang w:val="ru-RU"/>
              </w:rPr>
              <w:t>Тондэмун</w:t>
            </w:r>
            <w:proofErr w:type="spellEnd"/>
            <w:r w:rsidRPr="006A5F2F">
              <w:rPr>
                <w:lang w:val="ru-RU"/>
              </w:rPr>
              <w:t>. Место проведения выставок, форумов, показов мод, биеннале и т.д.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r>
              <w:rPr>
                <w:b/>
                <w:color w:val="F4B942"/>
                <w:sz w:val="20"/>
              </w:rPr>
              <w:t>Lotte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World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Tower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 &amp; </w:t>
            </w:r>
            <w:r>
              <w:rPr>
                <w:b/>
                <w:color w:val="F4B942"/>
                <w:sz w:val="20"/>
              </w:rPr>
              <w:t>Seoul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Sky</w:t>
            </w:r>
            <w:r w:rsidRPr="006A5F2F">
              <w:rPr>
                <w:lang w:val="ru-RU"/>
              </w:rPr>
              <w:br/>
              <w:t xml:space="preserve">Самое высокое здание в Корее - </w:t>
            </w:r>
            <w:r>
              <w:t>Lotte</w:t>
            </w:r>
            <w:r w:rsidRPr="006A5F2F">
              <w:rPr>
                <w:lang w:val="ru-RU"/>
              </w:rPr>
              <w:t xml:space="preserve"> </w:t>
            </w:r>
            <w:r>
              <w:t>World</w:t>
            </w:r>
            <w:r w:rsidRPr="006A5F2F">
              <w:rPr>
                <w:lang w:val="ru-RU"/>
              </w:rPr>
              <w:t xml:space="preserve"> </w:t>
            </w:r>
            <w:r>
              <w:t>Tower</w:t>
            </w:r>
            <w:r w:rsidRPr="006A5F2F">
              <w:rPr>
                <w:lang w:val="ru-RU"/>
              </w:rPr>
              <w:t>. 123 этажа и 555 метров высотой. И на самых</w:t>
            </w:r>
            <w:r w:rsidRPr="006A5F2F">
              <w:rPr>
                <w:lang w:val="ru-RU"/>
              </w:rPr>
              <w:t xml:space="preserve"> верхних этажах находится </w:t>
            </w:r>
            <w:r>
              <w:t>Seoul</w:t>
            </w:r>
            <w:r w:rsidRPr="006A5F2F">
              <w:rPr>
                <w:lang w:val="ru-RU"/>
              </w:rPr>
              <w:t xml:space="preserve"> </w:t>
            </w:r>
            <w:r>
              <w:t>Sky</w:t>
            </w:r>
            <w:r w:rsidRPr="006A5F2F">
              <w:rPr>
                <w:lang w:val="ru-RU"/>
              </w:rPr>
              <w:t xml:space="preserve"> - обзорная площадка. Этаж с прозрачным полом; этаж, где вы можете выйти на улицу, этаж с кафе и сувенирами. Даже лифт, который везет вас к </w:t>
            </w:r>
            <w:r>
              <w:t>Seoul</w:t>
            </w:r>
            <w:r w:rsidRPr="006A5F2F">
              <w:rPr>
                <w:lang w:val="ru-RU"/>
              </w:rPr>
              <w:t xml:space="preserve"> </w:t>
            </w:r>
            <w:r>
              <w:t>Sky</w:t>
            </w:r>
            <w:r w:rsidRPr="006A5F2F">
              <w:rPr>
                <w:lang w:val="ru-RU"/>
              </w:rPr>
              <w:t xml:space="preserve"> - отдельный аттракцион с рекордами Гиннесса в придачу.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Буддийский храм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Понынса</w:t>
            </w:r>
            <w:proofErr w:type="spellEnd"/>
            <w:r w:rsidRPr="006A5F2F">
              <w:rPr>
                <w:lang w:val="ru-RU"/>
              </w:rPr>
              <w:br/>
              <w:t xml:space="preserve">Храм </w:t>
            </w:r>
            <w:proofErr w:type="spellStart"/>
            <w:r w:rsidRPr="006A5F2F">
              <w:rPr>
                <w:lang w:val="ru-RU"/>
              </w:rPr>
              <w:t>Понынса</w:t>
            </w:r>
            <w:proofErr w:type="spellEnd"/>
            <w:r w:rsidRPr="006A5F2F">
              <w:rPr>
                <w:lang w:val="ru-RU"/>
              </w:rPr>
              <w:t xml:space="preserve"> расположен в непосредственной близости от </w:t>
            </w:r>
            <w:proofErr w:type="spellStart"/>
            <w:r w:rsidRPr="006A5F2F">
              <w:rPr>
                <w:lang w:val="ru-RU"/>
              </w:rPr>
              <w:t>выставочно-конгрессного</w:t>
            </w:r>
            <w:proofErr w:type="spellEnd"/>
            <w:r w:rsidRPr="006A5F2F">
              <w:rPr>
                <w:lang w:val="ru-RU"/>
              </w:rPr>
              <w:t xml:space="preserve"> комплекса </w:t>
            </w:r>
            <w:r>
              <w:t>COEX</w:t>
            </w:r>
            <w:r w:rsidRPr="006A5F2F">
              <w:rPr>
                <w:lang w:val="ru-RU"/>
              </w:rPr>
              <w:t xml:space="preserve">. Первоначально он назывался </w:t>
            </w:r>
            <w:proofErr w:type="spellStart"/>
            <w:r w:rsidRPr="006A5F2F">
              <w:rPr>
                <w:lang w:val="ru-RU"/>
              </w:rPr>
              <w:t>Кёнсонса</w:t>
            </w:r>
            <w:proofErr w:type="spellEnd"/>
            <w:r w:rsidRPr="006A5F2F">
              <w:rPr>
                <w:lang w:val="ru-RU"/>
              </w:rPr>
              <w:t xml:space="preserve"> и был построен королём </w:t>
            </w:r>
            <w:proofErr w:type="spellStart"/>
            <w:r w:rsidRPr="006A5F2F">
              <w:rPr>
                <w:lang w:val="ru-RU"/>
              </w:rPr>
              <w:t>Вонсоном</w:t>
            </w:r>
            <w:proofErr w:type="spellEnd"/>
            <w:r w:rsidRPr="006A5F2F">
              <w:rPr>
                <w:lang w:val="ru-RU"/>
              </w:rPr>
              <w:t xml:space="preserve"> (государство Силла) на десятом году правления (794г.). В 1498 г. стараниями королевы </w:t>
            </w:r>
            <w:proofErr w:type="spellStart"/>
            <w:r w:rsidRPr="006A5F2F">
              <w:rPr>
                <w:lang w:val="ru-RU"/>
              </w:rPr>
              <w:t>Чонхён</w:t>
            </w:r>
            <w:proofErr w:type="spellEnd"/>
            <w:r w:rsidRPr="006A5F2F">
              <w:rPr>
                <w:lang w:val="ru-RU"/>
              </w:rPr>
              <w:t xml:space="preserve"> он был отреставрирован и расширен к востоку от кургана короля </w:t>
            </w:r>
            <w:proofErr w:type="spellStart"/>
            <w:r w:rsidRPr="006A5F2F">
              <w:rPr>
                <w:lang w:val="ru-RU"/>
              </w:rPr>
              <w:t>Сончжона</w:t>
            </w:r>
            <w:proofErr w:type="spellEnd"/>
            <w:r w:rsidRPr="006A5F2F">
              <w:rPr>
                <w:lang w:val="ru-RU"/>
              </w:rPr>
              <w:t xml:space="preserve"> и тогда же получил новое имя - </w:t>
            </w:r>
            <w:proofErr w:type="spellStart"/>
            <w:r w:rsidRPr="006A5F2F">
              <w:rPr>
                <w:lang w:val="ru-RU"/>
              </w:rPr>
              <w:t>Понынса</w:t>
            </w:r>
            <w:proofErr w:type="spellEnd"/>
            <w:r w:rsidRPr="006A5F2F">
              <w:rPr>
                <w:lang w:val="ru-RU"/>
              </w:rPr>
              <w:t xml:space="preserve">. Культовый вид на </w:t>
            </w:r>
            <w:r>
              <w:t>COEX</w:t>
            </w:r>
            <w:r w:rsidRPr="006A5F2F">
              <w:rPr>
                <w:lang w:val="ru-RU"/>
              </w:rPr>
              <w:t xml:space="preserve"> открывается со стороны статуи будды </w:t>
            </w:r>
            <w:proofErr w:type="spellStart"/>
            <w:r w:rsidRPr="006A5F2F">
              <w:rPr>
                <w:lang w:val="ru-RU"/>
              </w:rPr>
              <w:t>Майтреи</w:t>
            </w:r>
            <w:proofErr w:type="spellEnd"/>
            <w:r w:rsidRPr="006A5F2F">
              <w:rPr>
                <w:lang w:val="ru-RU"/>
              </w:rPr>
              <w:t xml:space="preserve"> на территории храма.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памятник </w:t>
            </w:r>
            <w:r>
              <w:rPr>
                <w:b/>
                <w:color w:val="F4B942"/>
                <w:sz w:val="20"/>
              </w:rPr>
              <w:t>Gangnam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Style</w:t>
            </w:r>
            <w:r w:rsidRPr="006A5F2F">
              <w:rPr>
                <w:lang w:val="ru-RU"/>
              </w:rPr>
              <w:br/>
              <w:t>Этот памятник обязательно ну</w:t>
            </w:r>
            <w:r w:rsidRPr="006A5F2F">
              <w:rPr>
                <w:lang w:val="ru-RU"/>
              </w:rPr>
              <w:t xml:space="preserve">жно посетить поклонникам мирового хита </w:t>
            </w:r>
            <w:r>
              <w:t>PSY</w:t>
            </w:r>
            <w:r w:rsidRPr="006A5F2F">
              <w:rPr>
                <w:lang w:val="ru-RU"/>
              </w:rPr>
              <w:t xml:space="preserve"> "</w:t>
            </w:r>
            <w:r>
              <w:t>Gangnam</w:t>
            </w:r>
            <w:r w:rsidRPr="006A5F2F">
              <w:rPr>
                <w:lang w:val="ru-RU"/>
              </w:rPr>
              <w:t xml:space="preserve"> </w:t>
            </w:r>
            <w:r>
              <w:t>Style</w:t>
            </w:r>
            <w:r w:rsidRPr="006A5F2F">
              <w:rPr>
                <w:lang w:val="ru-RU"/>
              </w:rPr>
              <w:t>". Забавное место для ярких и запоминающихся фотографий, особенно если вы повторите знаменитую позу "лошадиного танца"!</w:t>
            </w:r>
          </w:p>
        </w:tc>
      </w:tr>
      <w:tr w:rsidR="006E0A37" w14:paraId="2D3103F7" w14:textId="77777777">
        <w:tc>
          <w:tcPr>
            <w:tcW w:w="1701" w:type="dxa"/>
          </w:tcPr>
          <w:p w14:paraId="7C9A46AC" w14:textId="77777777" w:rsidR="006E0A37" w:rsidRDefault="006A5F2F">
            <w:proofErr w:type="spellStart"/>
            <w:r>
              <w:rPr>
                <w:b/>
                <w:color w:val="1B3A4B"/>
              </w:rPr>
              <w:lastRenderedPageBreak/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45962C5F" w14:textId="77777777" w:rsidR="006E0A37" w:rsidRDefault="006A5F2F">
            <w:r>
              <w:t>Сеул</w:t>
            </w:r>
          </w:p>
        </w:tc>
      </w:tr>
    </w:tbl>
    <w:p w14:paraId="4C71F133" w14:textId="77777777" w:rsidR="006E0A37" w:rsidRDefault="006E0A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6E0A37" w14:paraId="6D6AC06D" w14:textId="77777777">
        <w:tc>
          <w:tcPr>
            <w:tcW w:w="10080" w:type="dxa"/>
            <w:gridSpan w:val="2"/>
            <w:shd w:val="clear" w:color="auto" w:fill="1B3A4B"/>
          </w:tcPr>
          <w:p w14:paraId="4A3EFC88" w14:textId="77777777" w:rsidR="006E0A37" w:rsidRDefault="006A5F2F">
            <w:r>
              <w:rPr>
                <w:b/>
                <w:color w:val="FFFFFF"/>
                <w:sz w:val="28"/>
              </w:rPr>
              <w:t>День 3</w:t>
            </w:r>
          </w:p>
        </w:tc>
      </w:tr>
      <w:tr w:rsidR="006E0A37" w14:paraId="65BBB53F" w14:textId="77777777">
        <w:tc>
          <w:tcPr>
            <w:tcW w:w="1701" w:type="dxa"/>
          </w:tcPr>
          <w:p w14:paraId="3364F954" w14:textId="77777777" w:rsidR="006E0A37" w:rsidRDefault="006A5F2F">
            <w:r>
              <w:rPr>
                <w:b/>
              </w:rPr>
              <w:lastRenderedPageBreak/>
              <w:t>дата</w:t>
            </w:r>
          </w:p>
        </w:tc>
        <w:tc>
          <w:tcPr>
            <w:tcW w:w="7937" w:type="dxa"/>
          </w:tcPr>
          <w:p w14:paraId="43BDDC5D" w14:textId="77777777" w:rsidR="006E0A37" w:rsidRDefault="006A5F2F">
            <w:r>
              <w:t>August 20, 2027</w:t>
            </w:r>
          </w:p>
        </w:tc>
      </w:tr>
      <w:tr w:rsidR="006E0A37" w:rsidRPr="006A5F2F" w14:paraId="1B1F36B7" w14:textId="77777777">
        <w:tc>
          <w:tcPr>
            <w:tcW w:w="1701" w:type="dxa"/>
          </w:tcPr>
          <w:p w14:paraId="6D252D71" w14:textId="77777777" w:rsidR="006E0A37" w:rsidRDefault="006A5F2F">
            <w:r>
              <w:rPr>
                <w:b/>
                <w:color w:val="1B3A4B"/>
              </w:rPr>
              <w:t>08:00</w:t>
            </w:r>
          </w:p>
        </w:tc>
        <w:tc>
          <w:tcPr>
            <w:tcW w:w="7937" w:type="dxa"/>
          </w:tcPr>
          <w:p w14:paraId="464D360C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>трансфер в провинцию Северн</w:t>
            </w:r>
            <w:r w:rsidRPr="006A5F2F">
              <w:rPr>
                <w:lang w:val="ru-RU"/>
              </w:rPr>
              <w:t xml:space="preserve">ая </w:t>
            </w:r>
            <w:proofErr w:type="spellStart"/>
            <w:r w:rsidRPr="006A5F2F">
              <w:rPr>
                <w:lang w:val="ru-RU"/>
              </w:rPr>
              <w:t>Чхунчхон</w:t>
            </w:r>
            <w:proofErr w:type="spellEnd"/>
            <w:r w:rsidRPr="006A5F2F">
              <w:rPr>
                <w:lang w:val="ru-RU"/>
              </w:rPr>
              <w:t xml:space="preserve"> (около 2 часов)</w:t>
            </w:r>
          </w:p>
        </w:tc>
      </w:tr>
      <w:tr w:rsidR="006E0A37" w:rsidRPr="006A5F2F" w14:paraId="1372041A" w14:textId="77777777">
        <w:tc>
          <w:tcPr>
            <w:tcW w:w="1701" w:type="dxa"/>
          </w:tcPr>
          <w:p w14:paraId="1782C17B" w14:textId="77777777" w:rsidR="006E0A37" w:rsidRDefault="006A5F2F">
            <w:r>
              <w:rPr>
                <w:b/>
                <w:color w:val="1B3A4B"/>
              </w:rPr>
              <w:t>11:00</w:t>
            </w:r>
          </w:p>
        </w:tc>
        <w:tc>
          <w:tcPr>
            <w:tcW w:w="7937" w:type="dxa"/>
          </w:tcPr>
          <w:p w14:paraId="0E454B9A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 xml:space="preserve">Сосан: Улыбка </w:t>
            </w:r>
            <w:proofErr w:type="spellStart"/>
            <w:r w:rsidRPr="006A5F2F">
              <w:rPr>
                <w:b/>
                <w:lang w:val="ru-RU"/>
              </w:rPr>
              <w:t>Пэкче</w:t>
            </w:r>
            <w:proofErr w:type="spellEnd"/>
            <w:r w:rsidRPr="006A5F2F">
              <w:rPr>
                <w:b/>
                <w:lang w:val="ru-RU"/>
              </w:rPr>
              <w:t xml:space="preserve">, храм </w:t>
            </w:r>
            <w:proofErr w:type="spellStart"/>
            <w:r w:rsidRPr="006A5F2F">
              <w:rPr>
                <w:b/>
                <w:lang w:val="ru-RU"/>
              </w:rPr>
              <w:t>Судокса</w:t>
            </w:r>
            <w:proofErr w:type="spellEnd"/>
            <w:r w:rsidRPr="006A5F2F">
              <w:rPr>
                <w:b/>
                <w:lang w:val="ru-RU"/>
              </w:rPr>
              <w:t xml:space="preserve"> и католические мученики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7.00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 xml:space="preserve">Буддизм, католичество и уникальная городская крепость, где начинал свою карьеру знаменитый корейский адмирал Ли </w:t>
            </w:r>
            <w:proofErr w:type="spellStart"/>
            <w:r w:rsidRPr="006A5F2F">
              <w:rPr>
                <w:lang w:val="ru-RU"/>
              </w:rPr>
              <w:t>Сунсин</w:t>
            </w:r>
            <w:proofErr w:type="spellEnd"/>
            <w:r w:rsidRPr="006A5F2F">
              <w:rPr>
                <w:lang w:val="ru-RU"/>
              </w:rPr>
              <w:t>.</w:t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Ул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ыбка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Пэкче</w:t>
            </w:r>
            <w:proofErr w:type="spellEnd"/>
            <w:r w:rsidRPr="006A5F2F">
              <w:rPr>
                <w:lang w:val="ru-RU"/>
              </w:rPr>
              <w:br/>
              <w:t xml:space="preserve">Знаменитая "улыбка </w:t>
            </w:r>
            <w:proofErr w:type="spellStart"/>
            <w:r w:rsidRPr="006A5F2F">
              <w:rPr>
                <w:lang w:val="ru-RU"/>
              </w:rPr>
              <w:t>Пэкче</w:t>
            </w:r>
            <w:proofErr w:type="spellEnd"/>
            <w:r w:rsidRPr="006A5F2F">
              <w:rPr>
                <w:lang w:val="ru-RU"/>
              </w:rPr>
              <w:t xml:space="preserve">" - характерное дружелюбное и теплое выражение лица будд и бодхисаттв, воспроизведенное в барельефах государства </w:t>
            </w:r>
            <w:proofErr w:type="spellStart"/>
            <w:r w:rsidRPr="006A5F2F">
              <w:rPr>
                <w:lang w:val="ru-RU"/>
              </w:rPr>
              <w:t>Пэкче</w:t>
            </w:r>
            <w:proofErr w:type="spellEnd"/>
            <w:r w:rsidRPr="006A5F2F">
              <w:rPr>
                <w:lang w:val="ru-RU"/>
              </w:rPr>
              <w:t xml:space="preserve"> (18 </w:t>
            </w:r>
            <w:proofErr w:type="spellStart"/>
            <w:r w:rsidRPr="006A5F2F">
              <w:rPr>
                <w:lang w:val="ru-RU"/>
              </w:rPr>
              <w:t>г.д.н.э</w:t>
            </w:r>
            <w:proofErr w:type="spellEnd"/>
            <w:r w:rsidRPr="006A5F2F">
              <w:rPr>
                <w:lang w:val="ru-RU"/>
              </w:rPr>
              <w:t xml:space="preserve">. - 660 г. н.э.). Конечно же, репродукции и фотографии </w:t>
            </w:r>
            <w:proofErr w:type="gramStart"/>
            <w:r w:rsidRPr="006A5F2F">
              <w:rPr>
                <w:lang w:val="ru-RU"/>
              </w:rPr>
              <w:t>- это</w:t>
            </w:r>
            <w:proofErr w:type="gramEnd"/>
            <w:r w:rsidRPr="006A5F2F">
              <w:rPr>
                <w:lang w:val="ru-RU"/>
              </w:rPr>
              <w:t xml:space="preserve"> одно; но познакомиться с улыбк</w:t>
            </w:r>
            <w:r w:rsidRPr="006A5F2F">
              <w:rPr>
                <w:lang w:val="ru-RU"/>
              </w:rPr>
              <w:t xml:space="preserve">ой в оригинале - это другое! Добраться до "улыбки" раньше было достаточно сложно - ведь буддийская троица находится в корейской глубинке - уезд Сосан провинции Южный </w:t>
            </w:r>
            <w:proofErr w:type="spellStart"/>
            <w:r w:rsidRPr="006A5F2F">
              <w:rPr>
                <w:lang w:val="ru-RU"/>
              </w:rPr>
              <w:t>Чхунчхон</w:t>
            </w:r>
            <w:proofErr w:type="spellEnd"/>
            <w:r w:rsidRPr="006A5F2F">
              <w:rPr>
                <w:lang w:val="ru-RU"/>
              </w:rPr>
              <w:t>, но сейчас сюда проложена асфальтовая дорога; нам предстоит пройти пешком лишь не</w:t>
            </w:r>
            <w:r w:rsidRPr="006A5F2F">
              <w:rPr>
                <w:lang w:val="ru-RU"/>
              </w:rPr>
              <w:t>большой участок пути... Неподалеку расположены развалины храма, при котором находился эрмитаж (храм-</w:t>
            </w:r>
            <w:proofErr w:type="spellStart"/>
            <w:r w:rsidRPr="006A5F2F">
              <w:rPr>
                <w:lang w:val="ru-RU"/>
              </w:rPr>
              <w:t>саттелит</w:t>
            </w:r>
            <w:proofErr w:type="spellEnd"/>
            <w:r w:rsidRPr="006A5F2F">
              <w:rPr>
                <w:lang w:val="ru-RU"/>
              </w:rPr>
              <w:t>/жилище отшельника) с Буддой и 2мя бодхисаттвами с нашей улыбкой. Уникальная техника и</w:t>
            </w:r>
            <w:r>
              <w:t> </w:t>
            </w:r>
            <w:r w:rsidRPr="006A5F2F">
              <w:rPr>
                <w:lang w:val="ru-RU"/>
              </w:rPr>
              <w:t>артистизм</w:t>
            </w:r>
            <w:r>
              <w:t> </w:t>
            </w:r>
            <w:r w:rsidRPr="006A5F2F">
              <w:rPr>
                <w:lang w:val="ru-RU"/>
              </w:rPr>
              <w:t>неизвестного мастера позволит нам увидеть открытое,</w:t>
            </w:r>
            <w:r w:rsidRPr="006A5F2F">
              <w:rPr>
                <w:lang w:val="ru-RU"/>
              </w:rPr>
              <w:t xml:space="preserve"> не отягощенное заботами, дружелюбное выражение лица </w:t>
            </w:r>
            <w:proofErr w:type="spellStart"/>
            <w:r w:rsidRPr="006A5F2F">
              <w:rPr>
                <w:lang w:val="ru-RU"/>
              </w:rPr>
              <w:t>пэкчесцев</w:t>
            </w:r>
            <w:proofErr w:type="spellEnd"/>
            <w:r w:rsidRPr="006A5F2F">
              <w:rPr>
                <w:lang w:val="ru-RU"/>
              </w:rPr>
              <w:t>, живших здесь более 1400 лет тому назад.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Мемориал на месте казни корейских католиков</w:t>
            </w:r>
            <w:r w:rsidRPr="006A5F2F">
              <w:rPr>
                <w:lang w:val="ru-RU"/>
              </w:rPr>
              <w:br/>
              <w:t xml:space="preserve">Место </w:t>
            </w:r>
            <w:proofErr w:type="spellStart"/>
            <w:r w:rsidRPr="006A5F2F">
              <w:rPr>
                <w:lang w:val="ru-RU"/>
              </w:rPr>
              <w:t>мученичской</w:t>
            </w:r>
            <w:proofErr w:type="spellEnd"/>
            <w:r w:rsidRPr="006A5F2F">
              <w:rPr>
                <w:lang w:val="ru-RU"/>
              </w:rPr>
              <w:t xml:space="preserve"> смерти более 1000 корейских католиков в период с 1797 по 1872 гг. Папа Франциск совершил п</w:t>
            </w:r>
            <w:r w:rsidRPr="006A5F2F">
              <w:rPr>
                <w:lang w:val="ru-RU"/>
              </w:rPr>
              <w:t>аломничество сюда в 2014 г.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Крепость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Хэмиыпсон</w:t>
            </w:r>
            <w:proofErr w:type="spellEnd"/>
            <w:r w:rsidRPr="006A5F2F">
              <w:rPr>
                <w:lang w:val="ru-RU"/>
              </w:rPr>
              <w:br/>
              <w:t>Каменная крепость, построенная в период</w:t>
            </w:r>
            <w:r>
              <w:t> </w:t>
            </w:r>
            <w:r w:rsidRPr="006A5F2F">
              <w:rPr>
                <w:lang w:val="ru-RU"/>
              </w:rPr>
              <w:t xml:space="preserve">с 1417 по 1421 гг. Здесь располагался командный пункт армии провинции </w:t>
            </w:r>
            <w:proofErr w:type="spellStart"/>
            <w:r w:rsidRPr="006A5F2F">
              <w:rPr>
                <w:lang w:val="ru-RU"/>
              </w:rPr>
              <w:t>Чхунчхон</w:t>
            </w:r>
            <w:proofErr w:type="spellEnd"/>
            <w:r w:rsidRPr="006A5F2F">
              <w:rPr>
                <w:lang w:val="ru-RU"/>
              </w:rPr>
              <w:t>. Основное назначение крепости - противостоять набегам пиратов из Японии. В течение 10 меся</w:t>
            </w:r>
            <w:r w:rsidRPr="006A5F2F">
              <w:rPr>
                <w:lang w:val="ru-RU"/>
              </w:rPr>
              <w:t xml:space="preserve">цев адмирал Ли </w:t>
            </w:r>
            <w:proofErr w:type="spellStart"/>
            <w:r w:rsidRPr="006A5F2F">
              <w:rPr>
                <w:lang w:val="ru-RU"/>
              </w:rPr>
              <w:t>Сунсин</w:t>
            </w:r>
            <w:proofErr w:type="spellEnd"/>
            <w:r w:rsidRPr="006A5F2F">
              <w:rPr>
                <w:lang w:val="ru-RU"/>
              </w:rPr>
              <w:t xml:space="preserve"> служил здесь в 1578 году.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Буддийский храм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Судокса</w:t>
            </w:r>
            <w:proofErr w:type="spellEnd"/>
            <w:r w:rsidRPr="006A5F2F">
              <w:rPr>
                <w:lang w:val="ru-RU"/>
              </w:rPr>
              <w:br/>
              <w:t xml:space="preserve">Старейший храм Кореи - </w:t>
            </w:r>
            <w:proofErr w:type="spellStart"/>
            <w:r w:rsidRPr="006A5F2F">
              <w:rPr>
                <w:lang w:val="ru-RU"/>
              </w:rPr>
              <w:t>Судокса</w:t>
            </w:r>
            <w:proofErr w:type="spellEnd"/>
            <w:r w:rsidRPr="006A5F2F">
              <w:rPr>
                <w:lang w:val="ru-RU"/>
              </w:rPr>
              <w:t>. Этот храм - уникален; ему, одному из немногих корейских храмов, посчастливилось пережить войну с Японией 1592-1598 гг. Старейшее здание храма - его глав</w:t>
            </w:r>
            <w:r w:rsidRPr="006A5F2F">
              <w:rPr>
                <w:lang w:val="ru-RU"/>
              </w:rPr>
              <w:t xml:space="preserve">ный павильон </w:t>
            </w:r>
            <w:proofErr w:type="spellStart"/>
            <w:r w:rsidRPr="006A5F2F">
              <w:rPr>
                <w:lang w:val="ru-RU"/>
              </w:rPr>
              <w:t>Тэунчжон</w:t>
            </w:r>
            <w:proofErr w:type="spellEnd"/>
            <w:r w:rsidRPr="006A5F2F">
              <w:rPr>
                <w:lang w:val="ru-RU"/>
              </w:rPr>
              <w:t xml:space="preserve"> - относится к периоду </w:t>
            </w:r>
            <w:proofErr w:type="spellStart"/>
            <w:r w:rsidRPr="006A5F2F">
              <w:rPr>
                <w:lang w:val="ru-RU"/>
              </w:rPr>
              <w:t>Корё</w:t>
            </w:r>
            <w:proofErr w:type="spellEnd"/>
            <w:r w:rsidRPr="006A5F2F">
              <w:rPr>
                <w:lang w:val="ru-RU"/>
              </w:rPr>
              <w:t xml:space="preserve"> (1308 г.).</w:t>
            </w:r>
          </w:p>
        </w:tc>
      </w:tr>
      <w:tr w:rsidR="006E0A37" w:rsidRPr="006A5F2F" w14:paraId="4132056D" w14:textId="77777777">
        <w:tc>
          <w:tcPr>
            <w:tcW w:w="1701" w:type="dxa"/>
          </w:tcPr>
          <w:p w14:paraId="181412EB" w14:textId="77777777" w:rsidR="006E0A37" w:rsidRDefault="006A5F2F">
            <w:r>
              <w:rPr>
                <w:b/>
                <w:color w:val="1B3A4B"/>
              </w:rPr>
              <w:t>19:00</w:t>
            </w:r>
          </w:p>
        </w:tc>
        <w:tc>
          <w:tcPr>
            <w:tcW w:w="7937" w:type="dxa"/>
          </w:tcPr>
          <w:p w14:paraId="5526810F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>ужин, корейская кухня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1.00 часов</w:t>
            </w:r>
            <w:r w:rsidRPr="006A5F2F">
              <w:rPr>
                <w:lang w:val="ru-RU"/>
              </w:rPr>
              <w:br/>
            </w:r>
          </w:p>
        </w:tc>
      </w:tr>
      <w:tr w:rsidR="006E0A37" w:rsidRPr="006A5F2F" w14:paraId="35C62401" w14:textId="77777777">
        <w:tc>
          <w:tcPr>
            <w:tcW w:w="1701" w:type="dxa"/>
          </w:tcPr>
          <w:p w14:paraId="3706EC6F" w14:textId="77777777" w:rsidR="006E0A37" w:rsidRPr="006A5F2F" w:rsidRDefault="006E0A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1FA91CE4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 xml:space="preserve">В отеле в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мы остаемся на 2 ночи</w:t>
            </w:r>
          </w:p>
        </w:tc>
      </w:tr>
      <w:tr w:rsidR="006E0A37" w14:paraId="2CA1D4AD" w14:textId="77777777">
        <w:tc>
          <w:tcPr>
            <w:tcW w:w="1701" w:type="dxa"/>
          </w:tcPr>
          <w:p w14:paraId="0D6017A7" w14:textId="77777777" w:rsidR="006E0A37" w:rsidRDefault="006A5F2F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3A781A9D" w14:textId="77777777" w:rsidR="006E0A37" w:rsidRDefault="006A5F2F">
            <w:r>
              <w:t>Чончжу, North Jeolla</w:t>
            </w:r>
          </w:p>
        </w:tc>
      </w:tr>
    </w:tbl>
    <w:p w14:paraId="5768A9F1" w14:textId="77777777" w:rsidR="006E0A37" w:rsidRDefault="006E0A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6E0A37" w14:paraId="3FDCDED8" w14:textId="77777777">
        <w:tc>
          <w:tcPr>
            <w:tcW w:w="10080" w:type="dxa"/>
            <w:gridSpan w:val="2"/>
            <w:shd w:val="clear" w:color="auto" w:fill="1B3A4B"/>
          </w:tcPr>
          <w:p w14:paraId="654C6C1F" w14:textId="77777777" w:rsidR="006E0A37" w:rsidRDefault="006A5F2F">
            <w:r>
              <w:rPr>
                <w:b/>
                <w:color w:val="FFFFFF"/>
                <w:sz w:val="28"/>
              </w:rPr>
              <w:t>День 4</w:t>
            </w:r>
          </w:p>
        </w:tc>
      </w:tr>
      <w:tr w:rsidR="006E0A37" w14:paraId="1B48A3D5" w14:textId="77777777">
        <w:tc>
          <w:tcPr>
            <w:tcW w:w="1701" w:type="dxa"/>
          </w:tcPr>
          <w:p w14:paraId="175DC86E" w14:textId="77777777" w:rsidR="006E0A37" w:rsidRDefault="006A5F2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03DEF423" w14:textId="77777777" w:rsidR="006E0A37" w:rsidRDefault="006A5F2F">
            <w:r>
              <w:t>August 21, 2027</w:t>
            </w:r>
          </w:p>
        </w:tc>
      </w:tr>
      <w:tr w:rsidR="006E0A37" w:rsidRPr="006A5F2F" w14:paraId="02927777" w14:textId="77777777">
        <w:tc>
          <w:tcPr>
            <w:tcW w:w="1701" w:type="dxa"/>
          </w:tcPr>
          <w:p w14:paraId="4CC1CFEF" w14:textId="77777777" w:rsidR="006E0A37" w:rsidRDefault="006A5F2F">
            <w:r>
              <w:rPr>
                <w:b/>
                <w:color w:val="1B3A4B"/>
              </w:rPr>
              <w:t>08:00</w:t>
            </w:r>
          </w:p>
        </w:tc>
        <w:tc>
          <w:tcPr>
            <w:tcW w:w="7937" w:type="dxa"/>
          </w:tcPr>
          <w:p w14:paraId="4252EE73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 xml:space="preserve">Утром мы </w:t>
            </w:r>
            <w:r w:rsidRPr="006A5F2F">
              <w:rPr>
                <w:lang w:val="ru-RU"/>
              </w:rPr>
              <w:t xml:space="preserve">отправляемся на нашем транспорте в соседний </w:t>
            </w:r>
            <w:proofErr w:type="spellStart"/>
            <w:r w:rsidRPr="006A5F2F">
              <w:rPr>
                <w:lang w:val="ru-RU"/>
              </w:rPr>
              <w:t>провициальный</w:t>
            </w:r>
            <w:proofErr w:type="spellEnd"/>
            <w:r w:rsidRPr="006A5F2F">
              <w:rPr>
                <w:lang w:val="ru-RU"/>
              </w:rPr>
              <w:t xml:space="preserve"> парк </w:t>
            </w:r>
            <w:proofErr w:type="spellStart"/>
            <w:r w:rsidRPr="006A5F2F">
              <w:rPr>
                <w:lang w:val="ru-RU"/>
              </w:rPr>
              <w:t>Маисан</w:t>
            </w:r>
            <w:proofErr w:type="spellEnd"/>
            <w:r w:rsidRPr="006A5F2F">
              <w:rPr>
                <w:lang w:val="ru-RU"/>
              </w:rPr>
              <w:t xml:space="preserve">, а затем возвращаемся в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>.</w:t>
            </w:r>
          </w:p>
        </w:tc>
      </w:tr>
      <w:tr w:rsidR="006E0A37" w:rsidRPr="006A5F2F" w14:paraId="64273625" w14:textId="77777777">
        <w:tc>
          <w:tcPr>
            <w:tcW w:w="1701" w:type="dxa"/>
          </w:tcPr>
          <w:p w14:paraId="47FDC0DC" w14:textId="77777777" w:rsidR="006E0A37" w:rsidRDefault="006A5F2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6CDC8D57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 xml:space="preserve">Горы </w:t>
            </w:r>
            <w:proofErr w:type="spellStart"/>
            <w:r w:rsidRPr="006A5F2F">
              <w:rPr>
                <w:b/>
                <w:lang w:val="ru-RU"/>
              </w:rPr>
              <w:t>Маисан</w:t>
            </w:r>
            <w:proofErr w:type="spellEnd"/>
            <w:r w:rsidRPr="006A5F2F">
              <w:rPr>
                <w:b/>
                <w:lang w:val="ru-RU"/>
              </w:rPr>
              <w:t xml:space="preserve"> ("Уши лошади")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3.00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>Вероятно, раньше здесь жили сказочные существа, родственники троллей; троллей уж</w:t>
            </w:r>
            <w:r w:rsidRPr="006A5F2F">
              <w:rPr>
                <w:lang w:val="ru-RU"/>
              </w:rPr>
              <w:t>е давно никто не видел, но антураж остался!</w:t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lastRenderedPageBreak/>
              <w:t>Маисан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>, провинциальный парк</w:t>
            </w:r>
            <w:r w:rsidRPr="006A5F2F">
              <w:rPr>
                <w:lang w:val="ru-RU"/>
              </w:rPr>
              <w:br/>
              <w:t xml:space="preserve">Буквально "Уши лошади". Две главные вершины комплекса, действительно, похожи на ушки лошади. Олицетворяют вершины женское (повыше - 673 м) и мужское (пониже - 667 м) начала - </w:t>
            </w:r>
            <w:proofErr w:type="spellStart"/>
            <w:r w:rsidRPr="006A5F2F">
              <w:rPr>
                <w:lang w:val="ru-RU"/>
              </w:rPr>
              <w:t>инь</w:t>
            </w:r>
            <w:proofErr w:type="spellEnd"/>
            <w:r w:rsidRPr="006A5F2F">
              <w:rPr>
                <w:lang w:val="ru-RU"/>
              </w:rPr>
              <w:t xml:space="preserve"> и </w:t>
            </w:r>
            <w:proofErr w:type="spellStart"/>
            <w:r w:rsidRPr="006A5F2F">
              <w:rPr>
                <w:lang w:val="ru-RU"/>
              </w:rPr>
              <w:t>ян</w:t>
            </w:r>
            <w:r w:rsidRPr="006A5F2F">
              <w:rPr>
                <w:lang w:val="ru-RU"/>
              </w:rPr>
              <w:t>ь</w:t>
            </w:r>
            <w:proofErr w:type="spellEnd"/>
            <w:r w:rsidRPr="006A5F2F">
              <w:rPr>
                <w:lang w:val="ru-RU"/>
              </w:rPr>
              <w:t>. Парк знаменит множеством рукотворных пагод, собранных в одном месте ревностным монахом. Пагоды также "парные", также несут в себе женское и мужское начала. Дорога к парку идет под сенью величественных вишневых деревьев - одних из самых поздноцветущих</w:t>
            </w:r>
            <w:r>
              <w:t> </w:t>
            </w:r>
            <w:r w:rsidRPr="006A5F2F">
              <w:rPr>
                <w:lang w:val="ru-RU"/>
              </w:rPr>
              <w:t xml:space="preserve">в </w:t>
            </w:r>
            <w:r w:rsidRPr="006A5F2F">
              <w:rPr>
                <w:lang w:val="ru-RU"/>
              </w:rPr>
              <w:t>Корее!</w:t>
            </w:r>
          </w:p>
        </w:tc>
      </w:tr>
      <w:tr w:rsidR="006E0A37" w:rsidRPr="006A5F2F" w14:paraId="6AEC2328" w14:textId="77777777">
        <w:tc>
          <w:tcPr>
            <w:tcW w:w="1701" w:type="dxa"/>
          </w:tcPr>
          <w:p w14:paraId="4F5506E0" w14:textId="77777777" w:rsidR="006E0A37" w:rsidRDefault="006A5F2F">
            <w:r>
              <w:rPr>
                <w:b/>
                <w:color w:val="1B3A4B"/>
              </w:rPr>
              <w:lastRenderedPageBreak/>
              <w:t>14:00</w:t>
            </w:r>
          </w:p>
        </w:tc>
        <w:tc>
          <w:tcPr>
            <w:tcW w:w="7937" w:type="dxa"/>
          </w:tcPr>
          <w:p w14:paraId="0BF5ACA0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>Мастер-класс игры на традиционных барабанах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1.00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>Попробуем почувствовать ритм корейской музыки собственными руками и телом? Ритм предлагается несложный, но, если с чувством</w:t>
            </w:r>
            <w:r>
              <w:t> </w:t>
            </w:r>
            <w:r w:rsidRPr="006A5F2F">
              <w:rPr>
                <w:lang w:val="ru-RU"/>
              </w:rPr>
              <w:t xml:space="preserve">подойти к его изучению, - </w:t>
            </w:r>
            <w:r w:rsidRPr="006A5F2F">
              <w:rPr>
                <w:lang w:val="ru-RU"/>
              </w:rPr>
              <w:t>завораживающий и затягивающий.</w:t>
            </w:r>
            <w:r w:rsidRPr="006A5F2F">
              <w:rPr>
                <w:lang w:val="ru-RU"/>
              </w:rPr>
              <w:br/>
              <w:t>Если у вас накопился стресс - самое время от него избавиться: барабаны - лучшее лекарство от стресса!</w:t>
            </w:r>
          </w:p>
        </w:tc>
      </w:tr>
      <w:tr w:rsidR="006E0A37" w:rsidRPr="006A5F2F" w14:paraId="53956A2C" w14:textId="77777777">
        <w:tc>
          <w:tcPr>
            <w:tcW w:w="1701" w:type="dxa"/>
          </w:tcPr>
          <w:p w14:paraId="000D95BE" w14:textId="77777777" w:rsidR="006E0A37" w:rsidRDefault="006A5F2F">
            <w:r>
              <w:rPr>
                <w:b/>
                <w:color w:val="1B3A4B"/>
              </w:rPr>
              <w:t>15:00</w:t>
            </w:r>
          </w:p>
        </w:tc>
        <w:tc>
          <w:tcPr>
            <w:tcW w:w="7937" w:type="dxa"/>
          </w:tcPr>
          <w:p w14:paraId="24365631" w14:textId="77777777" w:rsidR="006E0A37" w:rsidRPr="006A5F2F" w:rsidRDefault="006A5F2F">
            <w:pPr>
              <w:rPr>
                <w:lang w:val="ru-RU"/>
              </w:rPr>
            </w:pPr>
            <w:proofErr w:type="spellStart"/>
            <w:r w:rsidRPr="006A5F2F">
              <w:rPr>
                <w:b/>
                <w:lang w:val="ru-RU"/>
              </w:rPr>
              <w:t>Чончжу</w:t>
            </w:r>
            <w:proofErr w:type="spellEnd"/>
            <w:r w:rsidRPr="006A5F2F">
              <w:rPr>
                <w:b/>
                <w:lang w:val="ru-RU"/>
              </w:rPr>
              <w:t>: квартал ханок и колыбель династии Чосон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3.00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>Буквально</w:t>
            </w:r>
            <w:r>
              <w:t> </w:t>
            </w:r>
            <w:r w:rsidRPr="006A5F2F">
              <w:rPr>
                <w:lang w:val="ru-RU"/>
              </w:rPr>
              <w:t xml:space="preserve">название города </w:t>
            </w:r>
            <w:proofErr w:type="spellStart"/>
            <w:r w:rsidRPr="006A5F2F">
              <w:rPr>
                <w:lang w:val="ru-RU"/>
              </w:rPr>
              <w:t>Чо</w:t>
            </w:r>
            <w:r w:rsidRPr="006A5F2F">
              <w:rPr>
                <w:lang w:val="ru-RU"/>
              </w:rPr>
              <w:t>нчжу</w:t>
            </w:r>
            <w:proofErr w:type="spellEnd"/>
            <w:r w:rsidRPr="006A5F2F">
              <w:rPr>
                <w:lang w:val="ru-RU"/>
              </w:rPr>
              <w:t xml:space="preserve"> переводится "полный, совершенный, нетронутый район". Плодородные земли вокруг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издавна были житницей Кореи и предметом посягательств</w:t>
            </w:r>
            <w:r w:rsidRPr="006A5F2F">
              <w:rPr>
                <w:lang w:val="ru-RU"/>
              </w:rPr>
              <w:br/>
              <w:t>грабителей</w:t>
            </w:r>
            <w:r w:rsidRPr="006A5F2F">
              <w:rPr>
                <w:lang w:val="ru-RU"/>
              </w:rPr>
              <w:br/>
              <w:t xml:space="preserve">обитателей соседней Японии, а кухня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считается одной из самых вкусных в</w:t>
            </w:r>
            <w:r>
              <w:t> </w:t>
            </w:r>
            <w:r w:rsidRPr="006A5F2F">
              <w:rPr>
                <w:lang w:val="ru-RU"/>
              </w:rPr>
              <w:t>стране (</w:t>
            </w:r>
            <w:proofErr w:type="spellStart"/>
            <w:r w:rsidRPr="006A5F2F">
              <w:rPr>
                <w:lang w:val="ru-RU"/>
              </w:rPr>
              <w:t>пибимпап</w:t>
            </w:r>
            <w:proofErr w:type="spellEnd"/>
            <w:r w:rsidRPr="006A5F2F">
              <w:rPr>
                <w:lang w:val="ru-RU"/>
              </w:rPr>
              <w:t xml:space="preserve"> </w:t>
            </w:r>
            <w:proofErr w:type="spellStart"/>
            <w:r w:rsidRPr="006A5F2F">
              <w:rPr>
                <w:lang w:val="ru-RU"/>
              </w:rPr>
              <w:t>по-Чон</w:t>
            </w:r>
            <w:r w:rsidRPr="006A5F2F">
              <w:rPr>
                <w:lang w:val="ru-RU"/>
              </w:rPr>
              <w:t>чжуски</w:t>
            </w:r>
            <w:proofErr w:type="spellEnd"/>
            <w:r w:rsidRPr="006A5F2F">
              <w:rPr>
                <w:lang w:val="ru-RU"/>
              </w:rPr>
              <w:t xml:space="preserve"> - рис, перемешанный с фаршем и овощами - одно из самых узнаваемых блюд в Корее).</w:t>
            </w:r>
            <w:r w:rsidRPr="006A5F2F">
              <w:rPr>
                <w:lang w:val="ru-RU"/>
              </w:rPr>
              <w:br/>
              <w:t xml:space="preserve">Давайте спустимся в исторический центр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>; здесь сохранилось много учреждений, связанных с эпохой Чосон, например,</w:t>
            </w:r>
            <w:r w:rsidRPr="006A5F2F">
              <w:rPr>
                <w:lang w:val="ru-RU"/>
              </w:rPr>
              <w:br/>
              <w:t xml:space="preserve">святилище </w:t>
            </w:r>
            <w:proofErr w:type="spellStart"/>
            <w:r w:rsidRPr="006A5F2F">
              <w:rPr>
                <w:lang w:val="ru-RU"/>
              </w:rPr>
              <w:t>Кёнгичжон</w:t>
            </w:r>
            <w:proofErr w:type="spellEnd"/>
            <w:r w:rsidRPr="006A5F2F">
              <w:rPr>
                <w:lang w:val="ru-RU"/>
              </w:rPr>
              <w:br/>
              <w:t xml:space="preserve">, посвященное .... портрету! </w:t>
            </w:r>
            <w:r w:rsidRPr="006A5F2F">
              <w:rPr>
                <w:lang w:val="ru-RU"/>
              </w:rPr>
              <w:t xml:space="preserve">Портрету Ли </w:t>
            </w:r>
            <w:proofErr w:type="spellStart"/>
            <w:r w:rsidRPr="006A5F2F">
              <w:rPr>
                <w:lang w:val="ru-RU"/>
              </w:rPr>
              <w:t>Сонге</w:t>
            </w:r>
            <w:proofErr w:type="spellEnd"/>
            <w:r w:rsidRPr="006A5F2F">
              <w:rPr>
                <w:lang w:val="ru-RU"/>
              </w:rPr>
              <w:t>, уже знакомого нам основателя династии Ли/Чосон.</w:t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Омоктэ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-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Имоктэ</w:t>
            </w:r>
            <w:proofErr w:type="spellEnd"/>
            <w:r w:rsidRPr="006A5F2F">
              <w:rPr>
                <w:lang w:val="ru-RU"/>
              </w:rPr>
              <w:br/>
              <w:t xml:space="preserve">В 1380 году будущий основатель государства Утренней свежести (Чосон), а в то время - генерал на службе у </w:t>
            </w:r>
            <w:proofErr w:type="spellStart"/>
            <w:r w:rsidRPr="006A5F2F">
              <w:rPr>
                <w:lang w:val="ru-RU"/>
              </w:rPr>
              <w:t>корёского</w:t>
            </w:r>
            <w:proofErr w:type="spellEnd"/>
            <w:r w:rsidRPr="006A5F2F">
              <w:rPr>
                <w:lang w:val="ru-RU"/>
              </w:rPr>
              <w:t xml:space="preserve"> </w:t>
            </w:r>
            <w:proofErr w:type="spellStart"/>
            <w:r w:rsidRPr="006A5F2F">
              <w:rPr>
                <w:lang w:val="ru-RU"/>
              </w:rPr>
              <w:t>вана</w:t>
            </w:r>
            <w:proofErr w:type="spellEnd"/>
            <w:r w:rsidRPr="006A5F2F">
              <w:rPr>
                <w:lang w:val="ru-RU"/>
              </w:rPr>
              <w:t xml:space="preserve"> Ли </w:t>
            </w:r>
            <w:proofErr w:type="spellStart"/>
            <w:r w:rsidRPr="006A5F2F">
              <w:rPr>
                <w:lang w:val="ru-RU"/>
              </w:rPr>
              <w:t>Сонге</w:t>
            </w:r>
            <w:proofErr w:type="spellEnd"/>
            <w:r w:rsidRPr="006A5F2F">
              <w:rPr>
                <w:lang w:val="ru-RU"/>
              </w:rPr>
              <w:t>,</w:t>
            </w:r>
            <w:r>
              <w:t> </w:t>
            </w:r>
            <w:r w:rsidRPr="006A5F2F">
              <w:rPr>
                <w:lang w:val="ru-RU"/>
              </w:rPr>
              <w:t xml:space="preserve">устроил банкет в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в честь победы над</w:t>
            </w:r>
            <w:r w:rsidRPr="006A5F2F">
              <w:rPr>
                <w:lang w:val="ru-RU"/>
              </w:rPr>
              <w:t xml:space="preserve"> японскими разбойниками,</w:t>
            </w:r>
            <w:r>
              <w:t> </w:t>
            </w:r>
            <w:r w:rsidRPr="006A5F2F">
              <w:rPr>
                <w:lang w:val="ru-RU"/>
              </w:rPr>
              <w:t xml:space="preserve">бесчинствовавшими в </w:t>
            </w:r>
            <w:proofErr w:type="spellStart"/>
            <w:r w:rsidRPr="006A5F2F">
              <w:rPr>
                <w:lang w:val="ru-RU"/>
              </w:rPr>
              <w:t>Корё</w:t>
            </w:r>
            <w:proofErr w:type="spellEnd"/>
            <w:r w:rsidRPr="006A5F2F">
              <w:rPr>
                <w:lang w:val="ru-RU"/>
              </w:rPr>
              <w:t xml:space="preserve">. Место банкета - Павильон </w:t>
            </w:r>
            <w:proofErr w:type="spellStart"/>
            <w:r w:rsidRPr="006A5F2F">
              <w:rPr>
                <w:lang w:val="ru-RU"/>
              </w:rPr>
              <w:t>павлонии</w:t>
            </w:r>
            <w:proofErr w:type="spellEnd"/>
            <w:r w:rsidRPr="006A5F2F">
              <w:rPr>
                <w:lang w:val="ru-RU"/>
              </w:rPr>
              <w:t xml:space="preserve"> </w:t>
            </w:r>
            <w:proofErr w:type="spellStart"/>
            <w:proofErr w:type="gramStart"/>
            <w:r w:rsidRPr="006A5F2F">
              <w:rPr>
                <w:lang w:val="ru-RU"/>
              </w:rPr>
              <w:t>Омоктэ</w:t>
            </w:r>
            <w:proofErr w:type="spellEnd"/>
            <w:r w:rsidRPr="006A5F2F">
              <w:rPr>
                <w:lang w:val="ru-RU"/>
              </w:rPr>
              <w:t xml:space="preserve"> ;</w:t>
            </w:r>
            <w:proofErr w:type="gramEnd"/>
            <w:r w:rsidRPr="006A5F2F">
              <w:rPr>
                <w:lang w:val="ru-RU"/>
              </w:rPr>
              <w:t xml:space="preserve"> отсюда открывается вид сверху на</w:t>
            </w:r>
            <w:r>
              <w:t> </w:t>
            </w:r>
            <w:r w:rsidRPr="006A5F2F">
              <w:rPr>
                <w:lang w:val="ru-RU"/>
              </w:rPr>
              <w:t>район корейских</w:t>
            </w:r>
            <w:r>
              <w:t> </w:t>
            </w:r>
            <w:r w:rsidRPr="006A5F2F">
              <w:rPr>
                <w:lang w:val="ru-RU"/>
              </w:rPr>
              <w:t xml:space="preserve">домов с черепичными крышами -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ханок </w:t>
            </w:r>
            <w:proofErr w:type="spellStart"/>
            <w:r w:rsidRPr="006A5F2F">
              <w:rPr>
                <w:lang w:val="ru-RU"/>
              </w:rPr>
              <w:t>маыль</w:t>
            </w:r>
            <w:proofErr w:type="spellEnd"/>
            <w:r w:rsidRPr="006A5F2F">
              <w:rPr>
                <w:lang w:val="ru-RU"/>
              </w:rPr>
              <w:t xml:space="preserve"> . </w:t>
            </w:r>
            <w:proofErr w:type="spellStart"/>
            <w:r w:rsidRPr="006A5F2F">
              <w:rPr>
                <w:lang w:val="ru-RU"/>
              </w:rPr>
              <w:t>Омоктэ</w:t>
            </w:r>
            <w:proofErr w:type="spellEnd"/>
            <w:r w:rsidRPr="006A5F2F">
              <w:rPr>
                <w:lang w:val="ru-RU"/>
              </w:rPr>
              <w:t xml:space="preserve"> находится совсем недалеко от памятной Грушевой стелы </w:t>
            </w:r>
            <w:proofErr w:type="spellStart"/>
            <w:r w:rsidRPr="006A5F2F">
              <w:rPr>
                <w:lang w:val="ru-RU"/>
              </w:rPr>
              <w:t>Им</w:t>
            </w:r>
            <w:r w:rsidRPr="006A5F2F">
              <w:rPr>
                <w:lang w:val="ru-RU"/>
              </w:rPr>
              <w:t>октэ</w:t>
            </w:r>
            <w:proofErr w:type="spellEnd"/>
            <w:r w:rsidRPr="006A5F2F">
              <w:rPr>
                <w:lang w:val="ru-RU"/>
              </w:rPr>
              <w:t xml:space="preserve"> (</w:t>
            </w:r>
            <w:proofErr w:type="spellStart"/>
            <w:r>
              <w:t>梨木臺</w:t>
            </w:r>
            <w:proofErr w:type="spellEnd"/>
            <w:r w:rsidRPr="006A5F2F">
              <w:rPr>
                <w:lang w:val="ru-RU"/>
              </w:rPr>
              <w:t xml:space="preserve">) , обозначающей символически место рождения 5-го предка Ли </w:t>
            </w:r>
            <w:proofErr w:type="spellStart"/>
            <w:r w:rsidRPr="006A5F2F">
              <w:rPr>
                <w:lang w:val="ru-RU"/>
              </w:rPr>
              <w:t>Сонге</w:t>
            </w:r>
            <w:proofErr w:type="spellEnd"/>
            <w:r w:rsidRPr="006A5F2F">
              <w:rPr>
                <w:lang w:val="ru-RU"/>
              </w:rPr>
              <w:t xml:space="preserve">, Ли </w:t>
            </w:r>
            <w:proofErr w:type="spellStart"/>
            <w:r w:rsidRPr="006A5F2F">
              <w:rPr>
                <w:lang w:val="ru-RU"/>
              </w:rPr>
              <w:t>Анса</w:t>
            </w:r>
            <w:proofErr w:type="spellEnd"/>
            <w:r w:rsidRPr="006A5F2F">
              <w:rPr>
                <w:lang w:val="ru-RU"/>
              </w:rPr>
              <w:t>; на</w:t>
            </w:r>
            <w:r>
              <w:t> </w:t>
            </w:r>
            <w:r w:rsidRPr="006A5F2F">
              <w:rPr>
                <w:lang w:val="ru-RU"/>
              </w:rPr>
              <w:t xml:space="preserve">стеле сохранилась надпись, сделанная собственноручно императором </w:t>
            </w:r>
            <w:proofErr w:type="spellStart"/>
            <w:r w:rsidRPr="006A5F2F">
              <w:rPr>
                <w:lang w:val="ru-RU"/>
              </w:rPr>
              <w:t>Кочжоном</w:t>
            </w:r>
            <w:proofErr w:type="spellEnd"/>
            <w:r w:rsidRPr="006A5F2F">
              <w:rPr>
                <w:lang w:val="ru-RU"/>
              </w:rPr>
              <w:t xml:space="preserve"> в 1900 г.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Район граффити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Чаман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в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br/>
            </w:r>
            <w:proofErr w:type="spellStart"/>
            <w:r w:rsidRPr="006A5F2F">
              <w:rPr>
                <w:lang w:val="ru-RU"/>
              </w:rPr>
              <w:t>Имоктэ</w:t>
            </w:r>
            <w:proofErr w:type="spellEnd"/>
            <w:r w:rsidRPr="006A5F2F">
              <w:rPr>
                <w:lang w:val="ru-RU"/>
              </w:rPr>
              <w:t xml:space="preserve"> находится в небольшом районе, получившем назван</w:t>
            </w:r>
            <w:r w:rsidRPr="006A5F2F">
              <w:rPr>
                <w:lang w:val="ru-RU"/>
              </w:rPr>
              <w:t xml:space="preserve">ие Деревня граффити </w:t>
            </w:r>
            <w:proofErr w:type="spellStart"/>
            <w:r w:rsidRPr="006A5F2F">
              <w:rPr>
                <w:lang w:val="ru-RU"/>
              </w:rPr>
              <w:t>Чаман</w:t>
            </w:r>
            <w:proofErr w:type="spellEnd"/>
            <w:r w:rsidRPr="006A5F2F">
              <w:rPr>
                <w:lang w:val="ru-RU"/>
              </w:rPr>
              <w:t xml:space="preserve"> ; стены домиков здесь расписаны профессионалами и любителями: мир японских </w:t>
            </w:r>
            <w:proofErr w:type="spellStart"/>
            <w:r w:rsidRPr="006A5F2F">
              <w:rPr>
                <w:lang w:val="ru-RU"/>
              </w:rPr>
              <w:t>манга</w:t>
            </w:r>
            <w:proofErr w:type="spellEnd"/>
            <w:r w:rsidRPr="006A5F2F">
              <w:rPr>
                <w:lang w:val="ru-RU"/>
              </w:rPr>
              <w:t xml:space="preserve"> и корейских </w:t>
            </w:r>
            <w:proofErr w:type="spellStart"/>
            <w:r w:rsidRPr="006A5F2F">
              <w:rPr>
                <w:lang w:val="ru-RU"/>
              </w:rPr>
              <w:t>манхва</w:t>
            </w:r>
            <w:proofErr w:type="spellEnd"/>
            <w:r w:rsidRPr="006A5F2F">
              <w:rPr>
                <w:lang w:val="ru-RU"/>
              </w:rPr>
              <w:t>; корейский алфавит, фантастические, герои диснеевских мультиков, традиционные корейские сюжеты.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Католический собор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6A5F2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6A5F2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6A5F2F">
              <w:rPr>
                <w:color w:val="555555"/>
                <w:sz w:val="18"/>
                <w:lang w:val="ru-RU"/>
              </w:rPr>
              <w:t>)</w:t>
            </w:r>
            <w:r w:rsidRPr="006A5F2F">
              <w:rPr>
                <w:lang w:val="ru-RU"/>
              </w:rPr>
              <w:br/>
              <w:t xml:space="preserve">К сожалению, к католичеству конфуцианцы были не очень терпимы. Об этом нам напоминает католический собор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(строился в 1908-1931 гг.), расположенный на месте казней католиков.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Святилище портрета основателя династии Чосон</w:t>
            </w:r>
            <w:r w:rsidRPr="006A5F2F">
              <w:rPr>
                <w:lang w:val="ru-RU"/>
              </w:rPr>
              <w:br/>
              <w:t xml:space="preserve">Святилище, в </w:t>
            </w:r>
            <w:proofErr w:type="spellStart"/>
            <w:r w:rsidRPr="006A5F2F">
              <w:rPr>
                <w:lang w:val="ru-RU"/>
              </w:rPr>
              <w:t>котром</w:t>
            </w:r>
            <w:proofErr w:type="spellEnd"/>
            <w:r w:rsidRPr="006A5F2F">
              <w:rPr>
                <w:lang w:val="ru-RU"/>
              </w:rPr>
              <w:t xml:space="preserve"> хранится</w:t>
            </w:r>
            <w:r>
              <w:t> </w:t>
            </w:r>
            <w:r w:rsidRPr="006A5F2F">
              <w:rPr>
                <w:lang w:val="ru-RU"/>
              </w:rPr>
              <w:t xml:space="preserve">портрет основателя династии Чосон короля </w:t>
            </w:r>
            <w:proofErr w:type="spellStart"/>
            <w:r w:rsidRPr="006A5F2F">
              <w:rPr>
                <w:lang w:val="ru-RU"/>
              </w:rPr>
              <w:t>Тхэчжо</w:t>
            </w:r>
            <w:proofErr w:type="spellEnd"/>
            <w:r w:rsidRPr="006A5F2F">
              <w:rPr>
                <w:lang w:val="ru-RU"/>
              </w:rPr>
              <w:t xml:space="preserve"> (Ли </w:t>
            </w:r>
            <w:proofErr w:type="spellStart"/>
            <w:r w:rsidRPr="006A5F2F">
              <w:rPr>
                <w:lang w:val="ru-RU"/>
              </w:rPr>
              <w:t>Сонге</w:t>
            </w:r>
            <w:proofErr w:type="spellEnd"/>
            <w:r w:rsidRPr="006A5F2F">
              <w:rPr>
                <w:lang w:val="ru-RU"/>
              </w:rPr>
              <w:t xml:space="preserve">). Обширный комплекс строений, включающий </w:t>
            </w:r>
            <w:r w:rsidRPr="006A5F2F">
              <w:rPr>
                <w:lang w:val="ru-RU"/>
              </w:rPr>
              <w:lastRenderedPageBreak/>
              <w:t xml:space="preserve">непосредственно само святилище, государственный архив саго, музей, место захоронения плаценты короля </w:t>
            </w:r>
            <w:proofErr w:type="spellStart"/>
            <w:r w:rsidRPr="006A5F2F">
              <w:rPr>
                <w:lang w:val="ru-RU"/>
              </w:rPr>
              <w:t>Йечжона</w:t>
            </w:r>
            <w:proofErr w:type="spellEnd"/>
            <w:r w:rsidRPr="006A5F2F">
              <w:rPr>
                <w:lang w:val="ru-RU"/>
              </w:rPr>
              <w:t>, комплекс вспомогательных строений. Зачем и кто</w:t>
            </w:r>
            <w:r w:rsidRPr="006A5F2F">
              <w:rPr>
                <w:lang w:val="ru-RU"/>
              </w:rPr>
              <w:t xml:space="preserve"> делал портреты королей, что такое исторический архив, зачем хоронить королевскую плаценту - мы постараемся найти ответы на эти вопросы в </w:t>
            </w:r>
            <w:proofErr w:type="spellStart"/>
            <w:r w:rsidRPr="006A5F2F">
              <w:rPr>
                <w:lang w:val="ru-RU"/>
              </w:rPr>
              <w:t>Кёнгичжоне</w:t>
            </w:r>
            <w:proofErr w:type="spellEnd"/>
            <w:r w:rsidRPr="006A5F2F">
              <w:rPr>
                <w:lang w:val="ru-RU"/>
              </w:rPr>
              <w:t>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Район традиционных корейских домов в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br/>
              <w:t xml:space="preserve">В самом историческом центре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вы окажетесь в сказочной ат</w:t>
            </w:r>
            <w:r w:rsidRPr="006A5F2F">
              <w:rPr>
                <w:lang w:val="ru-RU"/>
              </w:rPr>
              <w:t>мосфере. Традиционные корейские дома ханок с черепичными крышами украшают романтические</w:t>
            </w:r>
            <w:r>
              <w:t> </w:t>
            </w:r>
            <w:r w:rsidRPr="006A5F2F">
              <w:rPr>
                <w:lang w:val="ru-RU"/>
              </w:rPr>
              <w:t xml:space="preserve">узкие улочки. Здесь каждый дом – уникальный шедевр архитектуры, отражающий богатство и глубину корейской истории. Прогуливаясь по этим улочкам, вы заметите, как каждый </w:t>
            </w:r>
            <w:r w:rsidRPr="006A5F2F">
              <w:rPr>
                <w:lang w:val="ru-RU"/>
              </w:rPr>
              <w:t>дом сливается с окружающей природой и создает гармоничный образ. Вы увидите маленькие сады с цветами, ухоженные дворики, а также традиционные элементы декора, которые воссоздают атмосферу древности, а порой, наоборот, напоминают нам о современных тенденция</w:t>
            </w:r>
            <w:r w:rsidRPr="006A5F2F">
              <w:rPr>
                <w:lang w:val="ru-RU"/>
              </w:rPr>
              <w:t>х в дизайне. В последнее время у корейцев и гостей Страны утренней свежести</w:t>
            </w:r>
            <w:r>
              <w:t> </w:t>
            </w:r>
            <w:r w:rsidRPr="006A5F2F">
              <w:rPr>
                <w:lang w:val="ru-RU"/>
              </w:rPr>
              <w:t xml:space="preserve">стало модно брать в аренду стилизованные костюмы - традиционные </w:t>
            </w:r>
            <w:proofErr w:type="spellStart"/>
            <w:proofErr w:type="gramStart"/>
            <w:r w:rsidRPr="006A5F2F">
              <w:rPr>
                <w:lang w:val="ru-RU"/>
              </w:rPr>
              <w:t>ханбок</w:t>
            </w:r>
            <w:proofErr w:type="spellEnd"/>
            <w:r w:rsidRPr="006A5F2F">
              <w:rPr>
                <w:lang w:val="ru-RU"/>
              </w:rPr>
              <w:t xml:space="preserve"> ,</w:t>
            </w:r>
            <w:proofErr w:type="gramEnd"/>
            <w:r w:rsidRPr="006A5F2F">
              <w:rPr>
                <w:lang w:val="ru-RU"/>
              </w:rPr>
              <w:t xml:space="preserve"> либо европейские костюмы более близкой нам эпохи первой половины 20-го века. В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вы увидите много таки</w:t>
            </w:r>
            <w:r w:rsidRPr="006A5F2F">
              <w:rPr>
                <w:lang w:val="ru-RU"/>
              </w:rPr>
              <w:t>х парочек, либо семей, выглядящих экзотично на фоне исторических зданий и традиционных домов ханок ...</w:t>
            </w:r>
          </w:p>
        </w:tc>
      </w:tr>
      <w:tr w:rsidR="006E0A37" w14:paraId="60C8F31A" w14:textId="77777777">
        <w:tc>
          <w:tcPr>
            <w:tcW w:w="1701" w:type="dxa"/>
          </w:tcPr>
          <w:p w14:paraId="2616EF54" w14:textId="77777777" w:rsidR="006E0A37" w:rsidRDefault="006A5F2F">
            <w:proofErr w:type="spellStart"/>
            <w:r>
              <w:rPr>
                <w:b/>
                <w:color w:val="1B3A4B"/>
              </w:rPr>
              <w:lastRenderedPageBreak/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58E83F15" w14:textId="77777777" w:rsidR="006E0A37" w:rsidRDefault="006A5F2F">
            <w:r>
              <w:t>Чончжу, North Jeolla</w:t>
            </w:r>
          </w:p>
        </w:tc>
      </w:tr>
    </w:tbl>
    <w:p w14:paraId="18230A8F" w14:textId="77777777" w:rsidR="006E0A37" w:rsidRDefault="006E0A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6E0A37" w14:paraId="501CF4F5" w14:textId="77777777">
        <w:tc>
          <w:tcPr>
            <w:tcW w:w="10080" w:type="dxa"/>
            <w:gridSpan w:val="2"/>
            <w:shd w:val="clear" w:color="auto" w:fill="1B3A4B"/>
          </w:tcPr>
          <w:p w14:paraId="1358C8D3" w14:textId="77777777" w:rsidR="006E0A37" w:rsidRDefault="006A5F2F">
            <w:r>
              <w:rPr>
                <w:b/>
                <w:color w:val="FFFFFF"/>
                <w:sz w:val="28"/>
              </w:rPr>
              <w:t>День 5</w:t>
            </w:r>
          </w:p>
        </w:tc>
      </w:tr>
      <w:tr w:rsidR="006E0A37" w14:paraId="5BC94841" w14:textId="77777777">
        <w:tc>
          <w:tcPr>
            <w:tcW w:w="1701" w:type="dxa"/>
          </w:tcPr>
          <w:p w14:paraId="01EE3E96" w14:textId="77777777" w:rsidR="006E0A37" w:rsidRDefault="006A5F2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2BE3C354" w14:textId="77777777" w:rsidR="006E0A37" w:rsidRDefault="006A5F2F">
            <w:r>
              <w:t>August 22, 2027</w:t>
            </w:r>
          </w:p>
        </w:tc>
      </w:tr>
      <w:tr w:rsidR="006E0A37" w:rsidRPr="006A5F2F" w14:paraId="5AE0773E" w14:textId="77777777">
        <w:tc>
          <w:tcPr>
            <w:tcW w:w="1701" w:type="dxa"/>
          </w:tcPr>
          <w:p w14:paraId="53E5D52E" w14:textId="77777777" w:rsidR="006E0A37" w:rsidRDefault="006A5F2F">
            <w:r>
              <w:rPr>
                <w:b/>
                <w:color w:val="1B3A4B"/>
              </w:rPr>
              <w:t>08:00</w:t>
            </w:r>
          </w:p>
        </w:tc>
        <w:tc>
          <w:tcPr>
            <w:tcW w:w="7937" w:type="dxa"/>
          </w:tcPr>
          <w:p w14:paraId="3330314F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 xml:space="preserve">После завтрака мы покидаем уютный </w:t>
            </w:r>
            <w:proofErr w:type="spellStart"/>
            <w:r w:rsidRPr="006A5F2F">
              <w:rPr>
                <w:lang w:val="ru-RU"/>
              </w:rPr>
              <w:t>Чончжу</w:t>
            </w:r>
            <w:proofErr w:type="spellEnd"/>
            <w:r w:rsidRPr="006A5F2F">
              <w:rPr>
                <w:lang w:val="ru-RU"/>
              </w:rPr>
              <w:t xml:space="preserve"> и отправляемся в путь. Маршрут насыщен множе</w:t>
            </w:r>
            <w:r w:rsidRPr="006A5F2F">
              <w:rPr>
                <w:lang w:val="ru-RU"/>
              </w:rPr>
              <w:t>ством достопримечательностей: по дороге мы будем останавливаться в живописных и исторически значимых местах, знакомиться с культурой и природой Кореи. Каждая остановка станет небольшим открытием и придаст путешествию новые краски. К вечеру мы прибудем в Пу</w:t>
            </w:r>
            <w:r w:rsidRPr="006A5F2F">
              <w:rPr>
                <w:lang w:val="ru-RU"/>
              </w:rPr>
              <w:t>сан — динамичный портовый город на юге страны, где современность соседствует с морской романтикой.</w:t>
            </w:r>
          </w:p>
        </w:tc>
      </w:tr>
      <w:tr w:rsidR="006E0A37" w:rsidRPr="006A5F2F" w14:paraId="5A572E56" w14:textId="77777777">
        <w:tc>
          <w:tcPr>
            <w:tcW w:w="1701" w:type="dxa"/>
          </w:tcPr>
          <w:p w14:paraId="704B73AA" w14:textId="77777777" w:rsidR="006E0A37" w:rsidRDefault="006A5F2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19A1416A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 xml:space="preserve">Бамбуковый лес </w:t>
            </w:r>
            <w:proofErr w:type="spellStart"/>
            <w:r w:rsidRPr="006A5F2F">
              <w:rPr>
                <w:b/>
                <w:lang w:val="ru-RU"/>
              </w:rPr>
              <w:t>Тамяна</w:t>
            </w:r>
            <w:proofErr w:type="spellEnd"/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1.00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 xml:space="preserve">На юге Корейского полуострова бамбук достигает размеров полноценных крупных </w:t>
            </w:r>
            <w:r w:rsidRPr="006A5F2F">
              <w:rPr>
                <w:lang w:val="ru-RU"/>
              </w:rPr>
              <w:t xml:space="preserve">деревьев, а </w:t>
            </w:r>
            <w:proofErr w:type="spellStart"/>
            <w:r w:rsidRPr="006A5F2F">
              <w:rPr>
                <w:lang w:val="ru-RU"/>
              </w:rPr>
              <w:t>бамбуквые</w:t>
            </w:r>
            <w:proofErr w:type="spellEnd"/>
            <w:r w:rsidRPr="006A5F2F">
              <w:rPr>
                <w:lang w:val="ru-RU"/>
              </w:rPr>
              <w:t xml:space="preserve"> заросли превращаются в настоящие бамбуковые леса. В </w:t>
            </w:r>
            <w:proofErr w:type="spellStart"/>
            <w:r w:rsidRPr="006A5F2F">
              <w:rPr>
                <w:lang w:val="ru-RU"/>
              </w:rPr>
              <w:t>Тамяне</w:t>
            </w:r>
            <w:proofErr w:type="spellEnd"/>
            <w:r w:rsidRPr="006A5F2F">
              <w:rPr>
                <w:lang w:val="ru-RU"/>
              </w:rPr>
              <w:t xml:space="preserve"> находится один из самых известных таких лесов в Корее.</w:t>
            </w:r>
          </w:p>
        </w:tc>
      </w:tr>
      <w:tr w:rsidR="006E0A37" w:rsidRPr="006A5F2F" w14:paraId="42EEADF3" w14:textId="77777777">
        <w:tc>
          <w:tcPr>
            <w:tcW w:w="1701" w:type="dxa"/>
          </w:tcPr>
          <w:p w14:paraId="5D99873C" w14:textId="77777777" w:rsidR="006E0A37" w:rsidRDefault="006A5F2F">
            <w:r>
              <w:rPr>
                <w:b/>
                <w:color w:val="1B3A4B"/>
              </w:rPr>
              <w:t>11:00</w:t>
            </w:r>
          </w:p>
        </w:tc>
        <w:tc>
          <w:tcPr>
            <w:tcW w:w="7937" w:type="dxa"/>
          </w:tcPr>
          <w:p w14:paraId="65E5FB83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 xml:space="preserve">Дольмены уезда </w:t>
            </w:r>
            <w:proofErr w:type="spellStart"/>
            <w:r w:rsidRPr="006A5F2F">
              <w:rPr>
                <w:b/>
                <w:lang w:val="ru-RU"/>
              </w:rPr>
              <w:t>Хвасун</w:t>
            </w:r>
            <w:proofErr w:type="spellEnd"/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2.00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 xml:space="preserve">Всемирное </w:t>
            </w:r>
            <w:proofErr w:type="spellStart"/>
            <w:r w:rsidRPr="006A5F2F">
              <w:rPr>
                <w:lang w:val="ru-RU"/>
              </w:rPr>
              <w:t>дольменное</w:t>
            </w:r>
            <w:proofErr w:type="spellEnd"/>
            <w:r w:rsidRPr="006A5F2F">
              <w:rPr>
                <w:lang w:val="ru-RU"/>
              </w:rPr>
              <w:t xml:space="preserve"> наследие ЮНЕСКО в уезде </w:t>
            </w:r>
            <w:proofErr w:type="spellStart"/>
            <w:r w:rsidRPr="006A5F2F">
              <w:rPr>
                <w:lang w:val="ru-RU"/>
              </w:rPr>
              <w:t>Хвасун</w:t>
            </w:r>
            <w:proofErr w:type="spellEnd"/>
            <w:r w:rsidRPr="006A5F2F">
              <w:rPr>
                <w:lang w:val="ru-RU"/>
              </w:rPr>
              <w:t>.</w:t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Дольмены уезда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Хвасун</w:t>
            </w:r>
            <w:proofErr w:type="spellEnd"/>
            <w:r w:rsidRPr="006A5F2F">
              <w:rPr>
                <w:lang w:val="ru-RU"/>
              </w:rPr>
              <w:br/>
              <w:t xml:space="preserve">А вы знали, что дольмены в Корее входят во Всемирное наследие ЮНЕСКО? Участки с "повышенным скоплением" дольменов в Корее: о. </w:t>
            </w:r>
            <w:proofErr w:type="spellStart"/>
            <w:r w:rsidRPr="006A5F2F">
              <w:rPr>
                <w:lang w:val="ru-RU"/>
              </w:rPr>
              <w:t>Канхва</w:t>
            </w:r>
            <w:proofErr w:type="spellEnd"/>
            <w:r w:rsidRPr="006A5F2F">
              <w:rPr>
                <w:lang w:val="ru-RU"/>
              </w:rPr>
              <w:t xml:space="preserve">, уезды </w:t>
            </w:r>
            <w:proofErr w:type="spellStart"/>
            <w:r w:rsidRPr="006A5F2F">
              <w:rPr>
                <w:lang w:val="ru-RU"/>
              </w:rPr>
              <w:t>Хвасун</w:t>
            </w:r>
            <w:proofErr w:type="spellEnd"/>
            <w:r w:rsidRPr="006A5F2F">
              <w:rPr>
                <w:lang w:val="ru-RU"/>
              </w:rPr>
              <w:t xml:space="preserve"> и </w:t>
            </w:r>
            <w:proofErr w:type="spellStart"/>
            <w:r w:rsidRPr="006A5F2F">
              <w:rPr>
                <w:lang w:val="ru-RU"/>
              </w:rPr>
              <w:t>Кочхан</w:t>
            </w:r>
            <w:proofErr w:type="spellEnd"/>
            <w:r w:rsidRPr="006A5F2F">
              <w:rPr>
                <w:lang w:val="ru-RU"/>
              </w:rPr>
              <w:t xml:space="preserve">. Сегодня мы увидим один из самых больших дольменов в мире - он находится в </w:t>
            </w:r>
            <w:r w:rsidRPr="006A5F2F">
              <w:rPr>
                <w:lang w:val="ru-RU"/>
              </w:rPr>
              <w:t xml:space="preserve">уезде </w:t>
            </w:r>
            <w:proofErr w:type="spellStart"/>
            <w:r w:rsidRPr="006A5F2F">
              <w:rPr>
                <w:lang w:val="ru-RU"/>
              </w:rPr>
              <w:t>Хвасун</w:t>
            </w:r>
            <w:proofErr w:type="spellEnd"/>
            <w:r w:rsidRPr="006A5F2F">
              <w:rPr>
                <w:lang w:val="ru-RU"/>
              </w:rPr>
              <w:t>. Живописная долина с прекрасными видами протянулась на 4 км. Мы прогуляемся по долине, поговорим о том, для чего дольмены нужны, откуда взялись в Корее. И познакомимся с легендой о бабушке-великанше (нет, это не дольмен так называется).</w:t>
            </w:r>
          </w:p>
        </w:tc>
      </w:tr>
      <w:tr w:rsidR="006E0A37" w:rsidRPr="006A5F2F" w14:paraId="55A93947" w14:textId="77777777">
        <w:tc>
          <w:tcPr>
            <w:tcW w:w="1701" w:type="dxa"/>
          </w:tcPr>
          <w:p w14:paraId="5994298E" w14:textId="77777777" w:rsidR="006E0A37" w:rsidRDefault="006A5F2F">
            <w:r>
              <w:rPr>
                <w:b/>
                <w:color w:val="1B3A4B"/>
              </w:rPr>
              <w:t>13:00</w:t>
            </w:r>
          </w:p>
        </w:tc>
        <w:tc>
          <w:tcPr>
            <w:tcW w:w="7937" w:type="dxa"/>
          </w:tcPr>
          <w:p w14:paraId="240B041B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>обед, корейская кухня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1.00 часов</w:t>
            </w:r>
            <w:r w:rsidRPr="006A5F2F">
              <w:rPr>
                <w:lang w:val="ru-RU"/>
              </w:rPr>
              <w:br/>
            </w:r>
          </w:p>
        </w:tc>
      </w:tr>
      <w:tr w:rsidR="006E0A37" w:rsidRPr="006A5F2F" w14:paraId="6B90543F" w14:textId="77777777">
        <w:tc>
          <w:tcPr>
            <w:tcW w:w="1701" w:type="dxa"/>
          </w:tcPr>
          <w:p w14:paraId="58073ED8" w14:textId="77777777" w:rsidR="006E0A37" w:rsidRDefault="006A5F2F">
            <w:r>
              <w:rPr>
                <w:b/>
                <w:color w:val="1B3A4B"/>
              </w:rPr>
              <w:lastRenderedPageBreak/>
              <w:t>14:00</w:t>
            </w:r>
          </w:p>
        </w:tc>
        <w:tc>
          <w:tcPr>
            <w:tcW w:w="7937" w:type="dxa"/>
          </w:tcPr>
          <w:p w14:paraId="2902CD72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 xml:space="preserve">Наган </w:t>
            </w:r>
            <w:proofErr w:type="spellStart"/>
            <w:r w:rsidRPr="006A5F2F">
              <w:rPr>
                <w:b/>
                <w:lang w:val="ru-RU"/>
              </w:rPr>
              <w:t>Ыпсон</w:t>
            </w:r>
            <w:proofErr w:type="spellEnd"/>
            <w:r w:rsidRPr="006A5F2F">
              <w:rPr>
                <w:b/>
                <w:lang w:val="ru-RU"/>
              </w:rPr>
              <w:t>: деревня в крепости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2.00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>Уникальная и чрезвычайно живописная деревня, окруженная старинной крепостной стеной</w:t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Наган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Ыпсон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(деревня, окружен</w:t>
            </w:r>
            <w:r w:rsidRPr="006A5F2F">
              <w:rPr>
                <w:b/>
                <w:color w:val="F4B942"/>
                <w:sz w:val="20"/>
                <w:lang w:val="ru-RU"/>
              </w:rPr>
              <w:t>ная крепостной стеной)</w:t>
            </w:r>
            <w:r w:rsidRPr="006A5F2F">
              <w:rPr>
                <w:lang w:val="ru-RU"/>
              </w:rPr>
              <w:br/>
              <w:t>настоящая деревня с домами, крытыми соломенными крышами, с корнями уходящими в 600-летнюю давность, с реликтовым деревом-святилищем и каменной крепостью по периметру</w:t>
            </w:r>
          </w:p>
        </w:tc>
      </w:tr>
      <w:tr w:rsidR="006E0A37" w:rsidRPr="006A5F2F" w14:paraId="4A70469A" w14:textId="77777777">
        <w:tc>
          <w:tcPr>
            <w:tcW w:w="1701" w:type="dxa"/>
          </w:tcPr>
          <w:p w14:paraId="1AFCD9D1" w14:textId="77777777" w:rsidR="006E0A37" w:rsidRDefault="006A5F2F">
            <w:r>
              <w:rPr>
                <w:b/>
                <w:color w:val="1B3A4B"/>
              </w:rPr>
              <w:t>16:00</w:t>
            </w:r>
          </w:p>
        </w:tc>
        <w:tc>
          <w:tcPr>
            <w:tcW w:w="7937" w:type="dxa"/>
          </w:tcPr>
          <w:p w14:paraId="713CF42D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 xml:space="preserve">Сад залива </w:t>
            </w:r>
            <w:proofErr w:type="spellStart"/>
            <w:r w:rsidRPr="006A5F2F">
              <w:rPr>
                <w:b/>
                <w:lang w:val="ru-RU"/>
              </w:rPr>
              <w:t>Сунчхонман</w:t>
            </w:r>
            <w:proofErr w:type="spellEnd"/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 xml:space="preserve">Продолжительность: примерно 3.00 </w:t>
            </w:r>
            <w:r w:rsidRPr="006A5F2F">
              <w:rPr>
                <w:color w:val="555555"/>
                <w:lang w:val="ru-RU"/>
              </w:rPr>
              <w:t>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>Несмотря на название, подразумевающее небольшую площадь, этот "сад" является, в действительности, огромным парком, состоящим из нескольких, абсолютно непохожих друг на друга, зон.</w:t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Государственный сад в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Сунчхоне</w:t>
            </w:r>
            <w:proofErr w:type="spellEnd"/>
            <w:r w:rsidRPr="006A5F2F">
              <w:rPr>
                <w:lang w:val="ru-RU"/>
              </w:rPr>
              <w:br/>
              <w:t xml:space="preserve">Сад, в котором проводилась всемирная </w:t>
            </w:r>
            <w:r w:rsidRPr="006A5F2F">
              <w:rPr>
                <w:lang w:val="ru-RU"/>
              </w:rPr>
              <w:t>выставка садов 2013 г., поражает воображение разнообразием ландшафтов, обилием видов растений и современным садовым дизайном. Сохранились зоны стран-участниц Экспо-2014, а также отдельные зоны, созданные прекрасными корейскими садоводами. С апреля по октяб</w:t>
            </w:r>
            <w:r w:rsidRPr="006A5F2F">
              <w:rPr>
                <w:lang w:val="ru-RU"/>
              </w:rPr>
              <w:t xml:space="preserve">рь 2023 года в Государственном Саде г. </w:t>
            </w:r>
            <w:proofErr w:type="spellStart"/>
            <w:r w:rsidRPr="006A5F2F">
              <w:rPr>
                <w:lang w:val="ru-RU"/>
              </w:rPr>
              <w:t>Сунчхон</w:t>
            </w:r>
            <w:proofErr w:type="spellEnd"/>
            <w:r w:rsidRPr="006A5F2F">
              <w:rPr>
                <w:lang w:val="ru-RU"/>
              </w:rPr>
              <w:t xml:space="preserve"> вновь проводится Всемирная выставка садов-2023!</w:t>
            </w:r>
          </w:p>
        </w:tc>
      </w:tr>
      <w:tr w:rsidR="006E0A37" w:rsidRPr="006A5F2F" w14:paraId="7BF04880" w14:textId="77777777">
        <w:tc>
          <w:tcPr>
            <w:tcW w:w="1701" w:type="dxa"/>
          </w:tcPr>
          <w:p w14:paraId="50515D48" w14:textId="77777777" w:rsidR="006E0A37" w:rsidRPr="006A5F2F" w:rsidRDefault="006E0A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5C747D1A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>трансфер в Пусан (около 3 часов)</w:t>
            </w:r>
          </w:p>
        </w:tc>
      </w:tr>
      <w:tr w:rsidR="006E0A37" w14:paraId="0BB0C438" w14:textId="77777777">
        <w:tc>
          <w:tcPr>
            <w:tcW w:w="1701" w:type="dxa"/>
          </w:tcPr>
          <w:p w14:paraId="4C1A5295" w14:textId="77777777" w:rsidR="006E0A37" w:rsidRDefault="006A5F2F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28DEF02D" w14:textId="77777777" w:rsidR="006E0A37" w:rsidRDefault="006A5F2F">
            <w:r>
              <w:t>Пусан</w:t>
            </w:r>
          </w:p>
        </w:tc>
      </w:tr>
    </w:tbl>
    <w:p w14:paraId="176451F7" w14:textId="77777777" w:rsidR="006E0A37" w:rsidRDefault="006E0A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6E0A37" w14:paraId="3DCA09CB" w14:textId="77777777">
        <w:tc>
          <w:tcPr>
            <w:tcW w:w="10080" w:type="dxa"/>
            <w:gridSpan w:val="2"/>
            <w:shd w:val="clear" w:color="auto" w:fill="1B3A4B"/>
          </w:tcPr>
          <w:p w14:paraId="7EA93E5A" w14:textId="77777777" w:rsidR="006E0A37" w:rsidRDefault="006A5F2F">
            <w:r>
              <w:rPr>
                <w:b/>
                <w:color w:val="FFFFFF"/>
                <w:sz w:val="28"/>
              </w:rPr>
              <w:t>День 6</w:t>
            </w:r>
          </w:p>
        </w:tc>
      </w:tr>
      <w:tr w:rsidR="006E0A37" w14:paraId="26A836A4" w14:textId="77777777">
        <w:tc>
          <w:tcPr>
            <w:tcW w:w="1701" w:type="dxa"/>
          </w:tcPr>
          <w:p w14:paraId="0AE67768" w14:textId="77777777" w:rsidR="006E0A37" w:rsidRDefault="006A5F2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467F8F45" w14:textId="77777777" w:rsidR="006E0A37" w:rsidRDefault="006A5F2F">
            <w:r>
              <w:t>August 23, 2027</w:t>
            </w:r>
          </w:p>
        </w:tc>
      </w:tr>
      <w:tr w:rsidR="006E0A37" w:rsidRPr="006A5F2F" w14:paraId="244181D3" w14:textId="77777777">
        <w:tc>
          <w:tcPr>
            <w:tcW w:w="1701" w:type="dxa"/>
          </w:tcPr>
          <w:p w14:paraId="1E44ECA0" w14:textId="77777777" w:rsidR="006E0A37" w:rsidRDefault="006A5F2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55366EB2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b/>
                <w:lang w:val="ru-RU"/>
              </w:rPr>
              <w:t xml:space="preserve">Пусан: рынок </w:t>
            </w:r>
            <w:proofErr w:type="spellStart"/>
            <w:r w:rsidRPr="006A5F2F">
              <w:rPr>
                <w:b/>
                <w:lang w:val="ru-RU"/>
              </w:rPr>
              <w:t>Чагальчхи</w:t>
            </w:r>
            <w:proofErr w:type="spellEnd"/>
            <w:r w:rsidRPr="006A5F2F">
              <w:rPr>
                <w:b/>
                <w:lang w:val="ru-RU"/>
              </w:rPr>
              <w:t xml:space="preserve">, деревня </w:t>
            </w:r>
            <w:proofErr w:type="spellStart"/>
            <w:r w:rsidRPr="006A5F2F">
              <w:rPr>
                <w:b/>
                <w:lang w:val="ru-RU"/>
              </w:rPr>
              <w:t>Камчхон</w:t>
            </w:r>
            <w:proofErr w:type="spellEnd"/>
            <w:r w:rsidRPr="006A5F2F">
              <w:rPr>
                <w:b/>
                <w:lang w:val="ru-RU"/>
              </w:rPr>
              <w:t xml:space="preserve"> и канатная дорога над морем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7.00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 xml:space="preserve">Сегодня нам </w:t>
            </w:r>
            <w:proofErr w:type="gramStart"/>
            <w:r w:rsidRPr="006A5F2F">
              <w:rPr>
                <w:lang w:val="ru-RU"/>
              </w:rPr>
              <w:t>предстоит</w:t>
            </w:r>
            <w:r>
              <w:t> </w:t>
            </w:r>
            <w:r w:rsidRPr="006A5F2F">
              <w:rPr>
                <w:lang w:val="ru-RU"/>
              </w:rPr>
              <w:t xml:space="preserve"> путешествие</w:t>
            </w:r>
            <w:proofErr w:type="gramEnd"/>
            <w:r w:rsidRPr="006A5F2F">
              <w:rPr>
                <w:lang w:val="ru-RU"/>
              </w:rPr>
              <w:t xml:space="preserve"> по самому, пожалуй, динамичному мегаполису Южной Кореи. Что же нас ждет в Пусане?</w:t>
            </w:r>
            <w:r w:rsidRPr="006A5F2F">
              <w:rPr>
                <w:lang w:val="ru-RU"/>
              </w:rPr>
              <w:br/>
              <w:t>Богатый всевозможными обитателями моря, как переработанными, так и вполне себе живыми, рыбный рынок</w:t>
            </w:r>
            <w:r w:rsidRPr="006A5F2F">
              <w:rPr>
                <w:lang w:val="ru-RU"/>
              </w:rPr>
              <w:t xml:space="preserve"> </w:t>
            </w:r>
            <w:proofErr w:type="spellStart"/>
            <w:r w:rsidRPr="006A5F2F">
              <w:rPr>
                <w:lang w:val="ru-RU"/>
              </w:rPr>
              <w:t>Чагальчхи</w:t>
            </w:r>
            <w:proofErr w:type="spellEnd"/>
            <w:r w:rsidRPr="006A5F2F">
              <w:rPr>
                <w:lang w:val="ru-RU"/>
              </w:rPr>
              <w:t xml:space="preserve">, Культурная деревня </w:t>
            </w:r>
            <w:proofErr w:type="spellStart"/>
            <w:r w:rsidRPr="006A5F2F">
              <w:rPr>
                <w:lang w:val="ru-RU"/>
              </w:rPr>
              <w:t>Камчхон</w:t>
            </w:r>
            <w:proofErr w:type="spellEnd"/>
            <w:r w:rsidRPr="006A5F2F">
              <w:rPr>
                <w:lang w:val="ru-RU"/>
              </w:rPr>
              <w:t>, обзорная площадка на крыше универмага, канатная дорога над морем! Прекрасный Остров Камелий и место встречи президентов АТЭС-2005.</w:t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Алмазный мост (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Кванан-тэгё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>)</w:t>
            </w:r>
            <w:r w:rsidRPr="006A5F2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6A5F2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6A5F2F">
              <w:rPr>
                <w:color w:val="555555"/>
                <w:sz w:val="18"/>
                <w:lang w:val="ru-RU"/>
              </w:rPr>
              <w:t>)</w:t>
            </w:r>
            <w:r w:rsidRPr="006A5F2F">
              <w:rPr>
                <w:lang w:val="ru-RU"/>
              </w:rPr>
              <w:br/>
              <w:t xml:space="preserve">Один из символов Пусана, т.н. "Алмазный мост" </w:t>
            </w:r>
            <w:r w:rsidRPr="006A5F2F">
              <w:rPr>
                <w:lang w:val="ru-RU"/>
              </w:rPr>
              <w:t>раскинулся над морем. Место проведения, в т.ч., красочного "Фестиваля фейерверков" осенью.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Деревня культуры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Камчхон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в Пусане</w:t>
            </w:r>
            <w:r w:rsidRPr="006A5F2F">
              <w:rPr>
                <w:lang w:val="ru-RU"/>
              </w:rPr>
              <w:br/>
              <w:t>Живописный район недалеко от центра Пусана. Основана беженцами во времена Корейской войны. В настоящее время, благодаря усилиям мес</w:t>
            </w:r>
            <w:r w:rsidRPr="006A5F2F">
              <w:rPr>
                <w:lang w:val="ru-RU"/>
              </w:rPr>
              <w:t>тных жителей, деятелей искусства и администрации города Пусана, деревня стала настоящей достопримечательностью, с великолепной</w:t>
            </w:r>
            <w:r>
              <w:t> </w:t>
            </w:r>
            <w:r w:rsidRPr="006A5F2F">
              <w:rPr>
                <w:lang w:val="ru-RU"/>
              </w:rPr>
              <w:t>граффити, камерными скульптурами, причудливой малоэтажной архитектурой и ласковыми котиками. Очень фотогенично!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Канатная дорога н</w:t>
            </w:r>
            <w:r w:rsidRPr="006A5F2F">
              <w:rPr>
                <w:b/>
                <w:color w:val="F4B942"/>
                <w:sz w:val="20"/>
                <w:lang w:val="ru-RU"/>
              </w:rPr>
              <w:t xml:space="preserve">ад морем в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Сондо</w:t>
            </w:r>
            <w:proofErr w:type="spellEnd"/>
            <w:r w:rsidRPr="006A5F2F">
              <w:rPr>
                <w:lang w:val="ru-RU"/>
              </w:rPr>
              <w:br/>
              <w:t>Захватывающее приключение в кабинке над морем с великолепными видами на морское побережье Пусана.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Рынок морепродуктов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Чагальчхи</w:t>
            </w:r>
            <w:proofErr w:type="spellEnd"/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lastRenderedPageBreak/>
              <w:t>Крупнейший в Корее рынок морепродуктов, где вы сможете лицезреть всевозможных морских созданий, как из мира рас</w:t>
            </w:r>
            <w:r w:rsidRPr="006A5F2F">
              <w:rPr>
                <w:lang w:val="ru-RU"/>
              </w:rPr>
              <w:t xml:space="preserve">тений, так и из мира животных (и из пограничных миров тоже!). На рынке можно и вкусно поесть: рыба жареная или сырая, как и морепродукты подается к столу в многочисленных ресторанчиках на рынке. Если же вы предпочитаете нечто менее экзотичное, рекомендуем </w:t>
            </w:r>
            <w:proofErr w:type="spellStart"/>
            <w:r w:rsidRPr="006A5F2F">
              <w:rPr>
                <w:lang w:val="ru-RU"/>
              </w:rPr>
              <w:t>фуд</w:t>
            </w:r>
            <w:proofErr w:type="spellEnd"/>
            <w:r w:rsidRPr="006A5F2F">
              <w:rPr>
                <w:lang w:val="ru-RU"/>
              </w:rPr>
              <w:t>-корт в универмаге Лотте по соседству. С обзорной площадки на универмаге открывается великолепный вид на Пусан с высоты птичьего полета.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Обзорная площадка на крыше универмага Лотте</w:t>
            </w:r>
            <w:r w:rsidRPr="006A5F2F">
              <w:rPr>
                <w:lang w:val="ru-RU"/>
              </w:rPr>
              <w:br/>
              <w:t xml:space="preserve">Захватывающие виды крупнейшего порта Южной Кореи с крыши расположенного </w:t>
            </w:r>
            <w:r w:rsidRPr="006A5F2F">
              <w:rPr>
                <w:lang w:val="ru-RU"/>
              </w:rPr>
              <w:t>у моря универмага Лотте.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Пляж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Хэундэ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>; остров Камелий</w:t>
            </w:r>
            <w:r w:rsidRPr="006A5F2F">
              <w:rPr>
                <w:lang w:val="ru-RU"/>
              </w:rPr>
              <w:br/>
              <w:t xml:space="preserve">Это место встречи президентов во время саммита АТЭС-2005. Место для встречи они выбрали очень живописное! Остров расположен на краю пляжа </w:t>
            </w:r>
            <w:proofErr w:type="spellStart"/>
            <w:r w:rsidRPr="006A5F2F">
              <w:rPr>
                <w:lang w:val="ru-RU"/>
              </w:rPr>
              <w:t>Хэундэ</w:t>
            </w:r>
            <w:proofErr w:type="spellEnd"/>
            <w:r w:rsidRPr="006A5F2F">
              <w:rPr>
                <w:lang w:val="ru-RU"/>
              </w:rPr>
              <w:t>, - пожалуй, лучшего пляжа Пусана!</w:t>
            </w:r>
          </w:p>
        </w:tc>
      </w:tr>
      <w:tr w:rsidR="006E0A37" w14:paraId="4936B084" w14:textId="77777777">
        <w:tc>
          <w:tcPr>
            <w:tcW w:w="1701" w:type="dxa"/>
          </w:tcPr>
          <w:p w14:paraId="001E495B" w14:textId="77777777" w:rsidR="006E0A37" w:rsidRDefault="006A5F2F">
            <w:proofErr w:type="spellStart"/>
            <w:r>
              <w:rPr>
                <w:b/>
                <w:color w:val="1B3A4B"/>
              </w:rPr>
              <w:lastRenderedPageBreak/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24F0E966" w14:textId="77777777" w:rsidR="006E0A37" w:rsidRDefault="006A5F2F">
            <w:r>
              <w:t>Пусан</w:t>
            </w:r>
          </w:p>
        </w:tc>
      </w:tr>
    </w:tbl>
    <w:p w14:paraId="521EA499" w14:textId="77777777" w:rsidR="006E0A37" w:rsidRDefault="006E0A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6E0A37" w14:paraId="3DF6B6D1" w14:textId="77777777">
        <w:tc>
          <w:tcPr>
            <w:tcW w:w="10080" w:type="dxa"/>
            <w:gridSpan w:val="2"/>
            <w:shd w:val="clear" w:color="auto" w:fill="1B3A4B"/>
          </w:tcPr>
          <w:p w14:paraId="7C9D69F4" w14:textId="77777777" w:rsidR="006E0A37" w:rsidRDefault="006A5F2F">
            <w:r>
              <w:rPr>
                <w:b/>
                <w:color w:val="FFFFFF"/>
                <w:sz w:val="28"/>
              </w:rPr>
              <w:t>День 7</w:t>
            </w:r>
          </w:p>
        </w:tc>
      </w:tr>
      <w:tr w:rsidR="006E0A37" w14:paraId="75F79B74" w14:textId="77777777">
        <w:tc>
          <w:tcPr>
            <w:tcW w:w="1701" w:type="dxa"/>
          </w:tcPr>
          <w:p w14:paraId="3CD04F76" w14:textId="77777777" w:rsidR="006E0A37" w:rsidRDefault="006A5F2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1E852C0C" w14:textId="77777777" w:rsidR="006E0A37" w:rsidRDefault="006A5F2F">
            <w:r>
              <w:t>August 24, 2027</w:t>
            </w:r>
          </w:p>
        </w:tc>
      </w:tr>
      <w:tr w:rsidR="006E0A37" w:rsidRPr="006A5F2F" w14:paraId="05F00C5A" w14:textId="77777777">
        <w:tc>
          <w:tcPr>
            <w:tcW w:w="1701" w:type="dxa"/>
          </w:tcPr>
          <w:p w14:paraId="37139BD7" w14:textId="77777777" w:rsidR="006E0A37" w:rsidRDefault="006A5F2F">
            <w:r>
              <w:rPr>
                <w:b/>
                <w:color w:val="1B3A4B"/>
              </w:rPr>
              <w:t>08:00</w:t>
            </w:r>
          </w:p>
        </w:tc>
        <w:tc>
          <w:tcPr>
            <w:tcW w:w="7937" w:type="dxa"/>
          </w:tcPr>
          <w:p w14:paraId="064E53C3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 xml:space="preserve">Сегодня — заключительный экскурсионный день нашего путешествия. Мы покидаем Пусан и направляемся в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 xml:space="preserve">, древнюю столицу Силла, где проведём подробную экскурсию и прикоснёмся к тысячелетнему наследию Кореи. После насыщенного </w:t>
            </w:r>
            <w:r w:rsidRPr="006A5F2F">
              <w:rPr>
                <w:lang w:val="ru-RU"/>
              </w:rPr>
              <w:t>дня впечатлений мы отправимся обратно в Сеул, где завершится наше увлекательное путешествие.</w:t>
            </w:r>
          </w:p>
        </w:tc>
      </w:tr>
      <w:tr w:rsidR="006E0A37" w:rsidRPr="006A5F2F" w14:paraId="07FEC154" w14:textId="77777777">
        <w:tc>
          <w:tcPr>
            <w:tcW w:w="1701" w:type="dxa"/>
          </w:tcPr>
          <w:p w14:paraId="6516881F" w14:textId="77777777" w:rsidR="006E0A37" w:rsidRDefault="006A5F2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2C710CA4" w14:textId="77777777" w:rsidR="006E0A37" w:rsidRPr="006A5F2F" w:rsidRDefault="006A5F2F">
            <w:pPr>
              <w:rPr>
                <w:lang w:val="ru-RU"/>
              </w:rPr>
            </w:pPr>
            <w:proofErr w:type="spellStart"/>
            <w:r w:rsidRPr="006A5F2F">
              <w:rPr>
                <w:b/>
                <w:lang w:val="ru-RU"/>
              </w:rPr>
              <w:t>Кёнчжу</w:t>
            </w:r>
            <w:proofErr w:type="spellEnd"/>
            <w:r w:rsidRPr="006A5F2F">
              <w:rPr>
                <w:b/>
                <w:lang w:val="ru-RU"/>
              </w:rPr>
              <w:t>: столица Силла и памятники ЮНЕСКО</w:t>
            </w:r>
            <w:r w:rsidRPr="006A5F2F">
              <w:rPr>
                <w:lang w:val="ru-RU"/>
              </w:rPr>
              <w:br/>
            </w:r>
            <w:r w:rsidRPr="006A5F2F">
              <w:rPr>
                <w:color w:val="555555"/>
                <w:lang w:val="ru-RU"/>
              </w:rPr>
              <w:t>Продолжительность: примерно 8.00 часов</w:t>
            </w:r>
            <w:r w:rsidRPr="006A5F2F">
              <w:rPr>
                <w:lang w:val="ru-RU"/>
              </w:rPr>
              <w:br/>
            </w:r>
            <w:r w:rsidRPr="006A5F2F">
              <w:rPr>
                <w:lang w:val="ru-RU"/>
              </w:rPr>
              <w:br/>
              <w:t xml:space="preserve">Город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 xml:space="preserve">, древняя столица корейского государства Силла, </w:t>
            </w:r>
            <w:r w:rsidRPr="006A5F2F">
              <w:rPr>
                <w:lang w:val="ru-RU"/>
              </w:rPr>
              <w:t>знаменит своими памятниками, включенными в всемирное наследие ЮНЕСКО: курганами, древними буддийскими монастырями,</w:t>
            </w:r>
            <w:r w:rsidRPr="006A5F2F">
              <w:rPr>
                <w:lang w:val="ru-RU"/>
              </w:rPr>
              <w:br/>
              <w:t>искусственным</w:t>
            </w:r>
            <w:r w:rsidRPr="006A5F2F">
              <w:rPr>
                <w:lang w:val="ru-RU"/>
              </w:rPr>
              <w:br/>
              <w:t xml:space="preserve">гротом </w:t>
            </w:r>
            <w:proofErr w:type="spellStart"/>
            <w:r w:rsidRPr="006A5F2F">
              <w:rPr>
                <w:lang w:val="ru-RU"/>
              </w:rPr>
              <w:t>Соккурам</w:t>
            </w:r>
            <w:proofErr w:type="spellEnd"/>
            <w:r w:rsidRPr="006A5F2F">
              <w:rPr>
                <w:lang w:val="ru-RU"/>
              </w:rPr>
              <w:t>.</w:t>
            </w:r>
            <w:r w:rsidRPr="006A5F2F">
              <w:rPr>
                <w:lang w:val="ru-RU"/>
              </w:rPr>
              <w:br/>
              <w:t xml:space="preserve">А еще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 xml:space="preserve"> - уникальный национальный парк. Единственный в Корее исторический национальный парк!</w:t>
            </w:r>
            <w:r w:rsidRPr="006A5F2F">
              <w:rPr>
                <w:lang w:val="ru-RU"/>
              </w:rPr>
              <w:br/>
              <w:t>Внимание! Ес</w:t>
            </w:r>
            <w:r w:rsidRPr="006A5F2F">
              <w:rPr>
                <w:lang w:val="ru-RU"/>
              </w:rPr>
              <w:t xml:space="preserve">ли экскурсия заканчивается в дневное время, вместо Восточного дворца мы посещаем Государственный музей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>.</w:t>
            </w:r>
            <w:r w:rsidRPr="006A5F2F">
              <w:rPr>
                <w:lang w:val="ru-RU"/>
              </w:rPr>
              <w:br/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Соккурам</w:t>
            </w:r>
            <w:proofErr w:type="spellEnd"/>
            <w:r w:rsidRPr="006A5F2F">
              <w:rPr>
                <w:lang w:val="ru-RU"/>
              </w:rPr>
              <w:br/>
              <w:t xml:space="preserve">Статуя Будды в этом небольшом храме в искусственном гроте считается самой изящной во Всей Корее! Расположен грот на склоне горы </w:t>
            </w:r>
            <w:proofErr w:type="spellStart"/>
            <w:r w:rsidRPr="006A5F2F">
              <w:rPr>
                <w:lang w:val="ru-RU"/>
              </w:rPr>
              <w:t>Тхохамс</w:t>
            </w:r>
            <w:r w:rsidRPr="006A5F2F">
              <w:rPr>
                <w:lang w:val="ru-RU"/>
              </w:rPr>
              <w:t>ан</w:t>
            </w:r>
            <w:proofErr w:type="spellEnd"/>
            <w:r w:rsidRPr="006A5F2F">
              <w:rPr>
                <w:lang w:val="ru-RU"/>
              </w:rPr>
              <w:t>, куда ведет извилистый серпантин горной дороги. Прогулка до храма по горному лесу от стоянки занимает около 15-20 минут; в зависимости от погоды, нас ждет либо таинственный туманный ландшафт (туманы на этой горе - не редкость), либо захватывающие виды с</w:t>
            </w:r>
            <w:r w:rsidRPr="006A5F2F">
              <w:rPr>
                <w:lang w:val="ru-RU"/>
              </w:rPr>
              <w:t xml:space="preserve"> высоты птичьего полета на тысячелетний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 xml:space="preserve">. В </w:t>
            </w:r>
            <w:proofErr w:type="spellStart"/>
            <w:r w:rsidRPr="006A5F2F">
              <w:rPr>
                <w:lang w:val="ru-RU"/>
              </w:rPr>
              <w:t>гротте</w:t>
            </w:r>
            <w:proofErr w:type="spellEnd"/>
            <w:r w:rsidRPr="006A5F2F">
              <w:rPr>
                <w:lang w:val="ru-RU"/>
              </w:rPr>
              <w:t xml:space="preserve">, который формально является эрмитажем храма </w:t>
            </w:r>
            <w:proofErr w:type="spellStart"/>
            <w:r w:rsidRPr="006A5F2F">
              <w:rPr>
                <w:lang w:val="ru-RU"/>
              </w:rPr>
              <w:t>Пульгукса</w:t>
            </w:r>
            <w:proofErr w:type="spellEnd"/>
            <w:r w:rsidRPr="006A5F2F">
              <w:rPr>
                <w:lang w:val="ru-RU"/>
              </w:rPr>
              <w:t xml:space="preserve">, расположенного ниже по склону, главенствующее положение занимает та самая статуя Будды, сидящего в позе лотоса на пьедестале в форме лотоса же. </w:t>
            </w:r>
            <w:r w:rsidRPr="006A5F2F">
              <w:rPr>
                <w:lang w:val="ru-RU"/>
              </w:rPr>
              <w:t xml:space="preserve">Вокруг него на разной высоте расположены барельефы и статуи бодхисаттв, архатов, Индры и Брахмы, Четырех небесных королей. В случае согласия группы мы можем спуститься по склону горы до самого храма </w:t>
            </w:r>
            <w:proofErr w:type="spellStart"/>
            <w:r w:rsidRPr="006A5F2F">
              <w:rPr>
                <w:lang w:val="ru-RU"/>
              </w:rPr>
              <w:t>Пульгукса</w:t>
            </w:r>
            <w:proofErr w:type="spellEnd"/>
            <w:r w:rsidRPr="006A5F2F">
              <w:rPr>
                <w:lang w:val="ru-RU"/>
              </w:rPr>
              <w:t>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Пульгукса</w:t>
            </w:r>
            <w:proofErr w:type="spellEnd"/>
            <w:r w:rsidRPr="006A5F2F">
              <w:rPr>
                <w:lang w:val="ru-RU"/>
              </w:rPr>
              <w:br/>
              <w:t>Главный буддийский храм Объединенног</w:t>
            </w:r>
            <w:r w:rsidRPr="006A5F2F">
              <w:rPr>
                <w:lang w:val="ru-RU"/>
              </w:rPr>
              <w:t xml:space="preserve">о Силла, он и сейчас является местом паломничество многочисленных гостей Кореи. Построен храм был в 774 году </w:t>
            </w:r>
            <w:r w:rsidRPr="006A5F2F">
              <w:rPr>
                <w:lang w:val="ru-RU"/>
              </w:rPr>
              <w:lastRenderedPageBreak/>
              <w:t xml:space="preserve">под руководством премьера государства Силла Ким </w:t>
            </w:r>
            <w:proofErr w:type="spellStart"/>
            <w:r w:rsidRPr="006A5F2F">
              <w:rPr>
                <w:lang w:val="ru-RU"/>
              </w:rPr>
              <w:t>Тэсона</w:t>
            </w:r>
            <w:proofErr w:type="spellEnd"/>
            <w:r w:rsidRPr="006A5F2F">
              <w:rPr>
                <w:lang w:val="ru-RU"/>
              </w:rPr>
              <w:t xml:space="preserve">. Легенда гласит, что </w:t>
            </w:r>
            <w:proofErr w:type="spellStart"/>
            <w:r w:rsidRPr="006A5F2F">
              <w:rPr>
                <w:lang w:val="ru-RU"/>
              </w:rPr>
              <w:t>Пульгукса</w:t>
            </w:r>
            <w:proofErr w:type="spellEnd"/>
            <w:r w:rsidRPr="006A5F2F">
              <w:rPr>
                <w:lang w:val="ru-RU"/>
              </w:rPr>
              <w:t xml:space="preserve"> был посвящен родителям действующего, так сказать, Ким </w:t>
            </w:r>
            <w:proofErr w:type="spellStart"/>
            <w:r w:rsidRPr="006A5F2F">
              <w:rPr>
                <w:lang w:val="ru-RU"/>
              </w:rPr>
              <w:t>Тэсона</w:t>
            </w:r>
            <w:proofErr w:type="spellEnd"/>
            <w:r w:rsidRPr="006A5F2F">
              <w:rPr>
                <w:lang w:val="ru-RU"/>
              </w:rPr>
              <w:t>.</w:t>
            </w:r>
            <w:r w:rsidRPr="006A5F2F">
              <w:rPr>
                <w:lang w:val="ru-RU"/>
              </w:rPr>
              <w:t xml:space="preserve"> В то время как </w:t>
            </w:r>
            <w:proofErr w:type="spellStart"/>
            <w:r w:rsidRPr="006A5F2F">
              <w:rPr>
                <w:lang w:val="ru-RU"/>
              </w:rPr>
              <w:t>Соккурам</w:t>
            </w:r>
            <w:proofErr w:type="spellEnd"/>
            <w:r w:rsidRPr="006A5F2F">
              <w:rPr>
                <w:lang w:val="ru-RU"/>
              </w:rPr>
              <w:t xml:space="preserve">, храм-эрмитаж при </w:t>
            </w:r>
            <w:proofErr w:type="spellStart"/>
            <w:r w:rsidRPr="006A5F2F">
              <w:rPr>
                <w:lang w:val="ru-RU"/>
              </w:rPr>
              <w:t>Пульгукса</w:t>
            </w:r>
            <w:proofErr w:type="spellEnd"/>
            <w:r w:rsidRPr="006A5F2F">
              <w:rPr>
                <w:lang w:val="ru-RU"/>
              </w:rPr>
              <w:t xml:space="preserve">, был предназначен родителям Ким </w:t>
            </w:r>
            <w:proofErr w:type="spellStart"/>
            <w:r w:rsidRPr="006A5F2F">
              <w:rPr>
                <w:lang w:val="ru-RU"/>
              </w:rPr>
              <w:t>Тэсона</w:t>
            </w:r>
            <w:proofErr w:type="spellEnd"/>
            <w:r w:rsidRPr="006A5F2F">
              <w:rPr>
                <w:lang w:val="ru-RU"/>
              </w:rPr>
              <w:t xml:space="preserve"> из предыдущих его перерождений. В 1995 году </w:t>
            </w:r>
            <w:proofErr w:type="spellStart"/>
            <w:r w:rsidRPr="006A5F2F">
              <w:rPr>
                <w:lang w:val="ru-RU"/>
              </w:rPr>
              <w:t>Пульгукса</w:t>
            </w:r>
            <w:proofErr w:type="spellEnd"/>
            <w:r w:rsidRPr="006A5F2F">
              <w:rPr>
                <w:lang w:val="ru-RU"/>
              </w:rPr>
              <w:t xml:space="preserve"> и </w:t>
            </w:r>
            <w:proofErr w:type="spellStart"/>
            <w:r w:rsidRPr="006A5F2F">
              <w:rPr>
                <w:lang w:val="ru-RU"/>
              </w:rPr>
              <w:t>Соккурам</w:t>
            </w:r>
            <w:proofErr w:type="spellEnd"/>
            <w:r w:rsidRPr="006A5F2F">
              <w:rPr>
                <w:lang w:val="ru-RU"/>
              </w:rPr>
              <w:t xml:space="preserve"> были внесены в списки Всемирного наследия ЮНЕСКО.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Обсерватория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Чхомсондэ</w:t>
            </w:r>
            <w:proofErr w:type="spellEnd"/>
            <w:r w:rsidRPr="006A5F2F">
              <w:rPr>
                <w:lang w:val="ru-RU"/>
              </w:rPr>
              <w:br/>
            </w:r>
            <w:proofErr w:type="spellStart"/>
            <w:r w:rsidRPr="006A5F2F">
              <w:rPr>
                <w:lang w:val="ru-RU"/>
              </w:rPr>
              <w:t>Чхомсондэ</w:t>
            </w:r>
            <w:proofErr w:type="spellEnd"/>
            <w:r w:rsidRPr="006A5F2F">
              <w:rPr>
                <w:lang w:val="ru-RU"/>
              </w:rPr>
              <w:t xml:space="preserve"> - одна из старей</w:t>
            </w:r>
            <w:r w:rsidRPr="006A5F2F">
              <w:rPr>
                <w:lang w:val="ru-RU"/>
              </w:rPr>
              <w:t xml:space="preserve">ших обсерваторий мира (7 в.). Башня обсерватории полна символизма: общее количество обтесанных камней, из которых она сложена; количество рядов этих камней до и над небольшим окном, форма камней... Всему разумные </w:t>
            </w:r>
            <w:proofErr w:type="spellStart"/>
            <w:r w:rsidRPr="006A5F2F">
              <w:rPr>
                <w:lang w:val="ru-RU"/>
              </w:rPr>
              <w:t>силлакцы</w:t>
            </w:r>
            <w:proofErr w:type="spellEnd"/>
            <w:r w:rsidRPr="006A5F2F">
              <w:rPr>
                <w:lang w:val="ru-RU"/>
              </w:rPr>
              <w:t xml:space="preserve"> уделили внимание. Построена </w:t>
            </w:r>
            <w:proofErr w:type="spellStart"/>
            <w:r w:rsidRPr="006A5F2F">
              <w:rPr>
                <w:lang w:val="ru-RU"/>
              </w:rPr>
              <w:t>Чхомсо</w:t>
            </w:r>
            <w:r w:rsidRPr="006A5F2F">
              <w:rPr>
                <w:lang w:val="ru-RU"/>
              </w:rPr>
              <w:t>ндэ</w:t>
            </w:r>
            <w:proofErr w:type="spellEnd"/>
            <w:r w:rsidRPr="006A5F2F">
              <w:rPr>
                <w:lang w:val="ru-RU"/>
              </w:rPr>
              <w:t xml:space="preserve"> была при правящей королеве </w:t>
            </w:r>
            <w:proofErr w:type="spellStart"/>
            <w:r w:rsidRPr="006A5F2F">
              <w:rPr>
                <w:lang w:val="ru-RU"/>
              </w:rPr>
              <w:t>Сондок</w:t>
            </w:r>
            <w:proofErr w:type="spellEnd"/>
            <w:r w:rsidRPr="006A5F2F">
              <w:rPr>
                <w:lang w:val="ru-RU"/>
              </w:rPr>
              <w:t xml:space="preserve"> - одной из трех за всю историю Силла. Королева попала в </w:t>
            </w:r>
            <w:proofErr w:type="gramStart"/>
            <w:r w:rsidRPr="006A5F2F">
              <w:rPr>
                <w:lang w:val="ru-RU"/>
              </w:rPr>
              <w:t>дораму ,</w:t>
            </w:r>
            <w:proofErr w:type="gramEnd"/>
            <w:r w:rsidRPr="006A5F2F">
              <w:rPr>
                <w:lang w:val="ru-RU"/>
              </w:rPr>
              <w:t xml:space="preserve"> которая, конечно же, снималась в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>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>Курган Небесной Лошади</w:t>
            </w:r>
            <w:r w:rsidRPr="006A5F2F">
              <w:rPr>
                <w:lang w:val="ru-RU"/>
              </w:rPr>
              <w:br/>
              <w:t>Единственный курган, куда можно буквально войти . Внутри представлено устройство захороне</w:t>
            </w:r>
            <w:r w:rsidRPr="006A5F2F">
              <w:rPr>
                <w:lang w:val="ru-RU"/>
              </w:rPr>
              <w:t>ния эпохи Силла.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Пунхванса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(храм)</w:t>
            </w:r>
            <w:r w:rsidRPr="006A5F2F">
              <w:rPr>
                <w:lang w:val="ru-RU"/>
              </w:rPr>
              <w:br/>
              <w:t xml:space="preserve">Старейший храм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 xml:space="preserve"> времён Силла периода Трёх государств - "Храм желтого дракона", </w:t>
            </w:r>
            <w:proofErr w:type="spellStart"/>
            <w:r w:rsidRPr="006A5F2F">
              <w:rPr>
                <w:lang w:val="ru-RU"/>
              </w:rPr>
              <w:t>Хванёнса</w:t>
            </w:r>
            <w:proofErr w:type="spellEnd"/>
            <w:r w:rsidRPr="006A5F2F">
              <w:rPr>
                <w:lang w:val="ru-RU"/>
              </w:rPr>
              <w:t xml:space="preserve">, - не сохранился; однако у нас осталась уникальная возможность познакомиться с пагодой, принадлежащей храму </w:t>
            </w:r>
            <w:proofErr w:type="spellStart"/>
            <w:r w:rsidRPr="006A5F2F">
              <w:rPr>
                <w:lang w:val="ru-RU"/>
              </w:rPr>
              <w:t>Пунхванса</w:t>
            </w:r>
            <w:proofErr w:type="spellEnd"/>
            <w:r w:rsidRPr="006A5F2F">
              <w:rPr>
                <w:lang w:val="ru-RU"/>
              </w:rPr>
              <w:t>; особеннос</w:t>
            </w:r>
            <w:r w:rsidRPr="006A5F2F">
              <w:rPr>
                <w:lang w:val="ru-RU"/>
              </w:rPr>
              <w:t>ть этой пагоды: она построена из камней, обтесанных так, что они по форме напоминают кирпич. Что не сделаешь, если не знаком с технологией (производства кирпича, в данном случае)!</w:t>
            </w:r>
            <w:r w:rsidRPr="006A5F2F">
              <w:rPr>
                <w:b/>
                <w:color w:val="F4B942"/>
                <w:sz w:val="20"/>
                <w:lang w:val="ru-RU"/>
              </w:rPr>
              <w:br/>
              <w:t xml:space="preserve">Восточный дворец и пруд 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Вольчжи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 w:rsidRPr="006A5F2F">
              <w:rPr>
                <w:b/>
                <w:color w:val="F4B942"/>
                <w:sz w:val="20"/>
                <w:lang w:val="ru-RU"/>
              </w:rPr>
              <w:t>Анапчи</w:t>
            </w:r>
            <w:proofErr w:type="spellEnd"/>
            <w:r w:rsidRPr="006A5F2F">
              <w:rPr>
                <w:b/>
                <w:color w:val="F4B942"/>
                <w:sz w:val="20"/>
                <w:lang w:val="ru-RU"/>
              </w:rPr>
              <w:t>)</w:t>
            </w:r>
            <w:r w:rsidRPr="006A5F2F">
              <w:rPr>
                <w:lang w:val="ru-RU"/>
              </w:rPr>
              <w:br/>
              <w:t>Практически построенный заново "Вос</w:t>
            </w:r>
            <w:r w:rsidRPr="006A5F2F">
              <w:rPr>
                <w:lang w:val="ru-RU"/>
              </w:rPr>
              <w:t>точный дворец" является, тем не менее, прекрасным местом для прогулок, особенно вечером.</w:t>
            </w:r>
          </w:p>
        </w:tc>
      </w:tr>
      <w:tr w:rsidR="006E0A37" w:rsidRPr="006A5F2F" w14:paraId="2E81ECCB" w14:textId="77777777">
        <w:tc>
          <w:tcPr>
            <w:tcW w:w="1701" w:type="dxa"/>
          </w:tcPr>
          <w:p w14:paraId="534B6D82" w14:textId="77777777" w:rsidR="006E0A37" w:rsidRPr="006A5F2F" w:rsidRDefault="006E0A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0FB504B2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 xml:space="preserve">После экскурсии в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 xml:space="preserve"> нас ожидает трансфер в Сеул (около 4 часов). По желанию вы можете завершить программу в Пусане и остаться здесь на несколько дополнительных</w:t>
            </w:r>
            <w:r w:rsidRPr="006A5F2F">
              <w:rPr>
                <w:lang w:val="ru-RU"/>
              </w:rPr>
              <w:t xml:space="preserve"> дней. В этом случае мы можем предложить опциональный пакет: трансфер из </w:t>
            </w:r>
            <w:proofErr w:type="spellStart"/>
            <w:r w:rsidRPr="006A5F2F">
              <w:rPr>
                <w:lang w:val="ru-RU"/>
              </w:rPr>
              <w:t>Кёнчжу</w:t>
            </w:r>
            <w:proofErr w:type="spellEnd"/>
            <w:r w:rsidRPr="006A5F2F">
              <w:rPr>
                <w:lang w:val="ru-RU"/>
              </w:rPr>
              <w:t xml:space="preserve"> обратно в Пусан, продление проживания в отеле и последующий трансфер в аэропорт.</w:t>
            </w:r>
          </w:p>
        </w:tc>
      </w:tr>
      <w:tr w:rsidR="006E0A37" w14:paraId="73319303" w14:textId="77777777">
        <w:tc>
          <w:tcPr>
            <w:tcW w:w="1701" w:type="dxa"/>
          </w:tcPr>
          <w:p w14:paraId="4965F034" w14:textId="77777777" w:rsidR="006E0A37" w:rsidRDefault="006A5F2F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66BCC72A" w14:textId="77777777" w:rsidR="006E0A37" w:rsidRDefault="006A5F2F">
            <w:r>
              <w:t>Сеул</w:t>
            </w:r>
          </w:p>
        </w:tc>
      </w:tr>
    </w:tbl>
    <w:p w14:paraId="4FE1C47D" w14:textId="77777777" w:rsidR="006E0A37" w:rsidRDefault="006E0A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6E0A37" w14:paraId="473CF294" w14:textId="77777777">
        <w:tc>
          <w:tcPr>
            <w:tcW w:w="10080" w:type="dxa"/>
            <w:gridSpan w:val="2"/>
            <w:shd w:val="clear" w:color="auto" w:fill="1B3A4B"/>
          </w:tcPr>
          <w:p w14:paraId="233BC68E" w14:textId="77777777" w:rsidR="006E0A37" w:rsidRDefault="006A5F2F">
            <w:r>
              <w:rPr>
                <w:b/>
                <w:color w:val="FFFFFF"/>
                <w:sz w:val="28"/>
              </w:rPr>
              <w:t>День 8</w:t>
            </w:r>
          </w:p>
        </w:tc>
      </w:tr>
      <w:tr w:rsidR="006E0A37" w14:paraId="4B7E12AA" w14:textId="77777777">
        <w:tc>
          <w:tcPr>
            <w:tcW w:w="1701" w:type="dxa"/>
          </w:tcPr>
          <w:p w14:paraId="0832EC10" w14:textId="77777777" w:rsidR="006E0A37" w:rsidRDefault="006A5F2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2496E28D" w14:textId="77777777" w:rsidR="006E0A37" w:rsidRDefault="006A5F2F">
            <w:r>
              <w:t>August 25, 2027</w:t>
            </w:r>
          </w:p>
        </w:tc>
      </w:tr>
      <w:tr w:rsidR="006E0A37" w14:paraId="02BE1E6E" w14:textId="77777777">
        <w:tc>
          <w:tcPr>
            <w:tcW w:w="1701" w:type="dxa"/>
          </w:tcPr>
          <w:p w14:paraId="3E9EDCA0" w14:textId="77777777" w:rsidR="006E0A37" w:rsidRDefault="006E0A37"/>
        </w:tc>
        <w:tc>
          <w:tcPr>
            <w:tcW w:w="7937" w:type="dxa"/>
          </w:tcPr>
          <w:p w14:paraId="6F82A9EF" w14:textId="77777777" w:rsidR="006E0A37" w:rsidRDefault="006A5F2F">
            <w:r>
              <w:t>Свободный день</w:t>
            </w:r>
          </w:p>
        </w:tc>
      </w:tr>
      <w:tr w:rsidR="006E0A37" w:rsidRPr="006A5F2F" w14:paraId="4AF828DE" w14:textId="77777777">
        <w:tc>
          <w:tcPr>
            <w:tcW w:w="1701" w:type="dxa"/>
          </w:tcPr>
          <w:p w14:paraId="52A204F4" w14:textId="77777777" w:rsidR="006E0A37" w:rsidRDefault="006E0A37"/>
        </w:tc>
        <w:tc>
          <w:tcPr>
            <w:tcW w:w="7937" w:type="dxa"/>
          </w:tcPr>
          <w:p w14:paraId="2CA4D7D1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 xml:space="preserve">Трансфер отель → </w:t>
            </w:r>
            <w:r w:rsidRPr="006A5F2F">
              <w:rPr>
                <w:lang w:val="ru-RU"/>
              </w:rPr>
              <w:t>аэропорт включён (водитель, без гида). Водитель заберёт вас из лобби отеля. Улетаете позже? Трансфер переносится на день вашего вылета без доплаты.</w:t>
            </w:r>
          </w:p>
        </w:tc>
      </w:tr>
      <w:tr w:rsidR="006E0A37" w:rsidRPr="006A5F2F" w14:paraId="23EABC87" w14:textId="77777777">
        <w:tc>
          <w:tcPr>
            <w:tcW w:w="1701" w:type="dxa"/>
          </w:tcPr>
          <w:p w14:paraId="2D44B27A" w14:textId="77777777" w:rsidR="006E0A37" w:rsidRPr="006A5F2F" w:rsidRDefault="006E0A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3F7FC664" w14:textId="77777777" w:rsidR="006E0A37" w:rsidRPr="006A5F2F" w:rsidRDefault="006A5F2F">
            <w:pPr>
              <w:rPr>
                <w:lang w:val="ru-RU"/>
              </w:rPr>
            </w:pPr>
            <w:r w:rsidRPr="006A5F2F">
              <w:rPr>
                <w:lang w:val="ru-RU"/>
              </w:rPr>
              <w:br/>
              <w:t xml:space="preserve">Вы можете продлить ваше пребывание в Корее после официального окончания тура. По запросу мы можем помочь </w:t>
            </w:r>
            <w:r w:rsidRPr="006A5F2F">
              <w:rPr>
                <w:lang w:val="ru-RU"/>
              </w:rPr>
              <w:t>с бронированием дополнительных ночей в отеле после окончания тура.</w:t>
            </w:r>
          </w:p>
        </w:tc>
      </w:tr>
    </w:tbl>
    <w:p w14:paraId="7F4F447B" w14:textId="77777777" w:rsidR="006E0A37" w:rsidRPr="006A5F2F" w:rsidRDefault="006E0A37">
      <w:pPr>
        <w:rPr>
          <w:lang w:val="ru-RU"/>
        </w:rPr>
      </w:pPr>
    </w:p>
    <w:p w14:paraId="1F0320CA" w14:textId="77777777" w:rsidR="006E0A37" w:rsidRPr="006A5F2F" w:rsidRDefault="006A5F2F">
      <w:pPr>
        <w:pStyle w:val="31"/>
        <w:rPr>
          <w:lang w:val="ru-RU"/>
        </w:rPr>
      </w:pPr>
      <w:r w:rsidRPr="006A5F2F">
        <w:rPr>
          <w:lang w:val="ru-RU"/>
        </w:rPr>
        <w:t>Отправление</w:t>
      </w:r>
    </w:p>
    <w:p w14:paraId="560DB3D5" w14:textId="77777777" w:rsidR="006E0A37" w:rsidRPr="006A5F2F" w:rsidRDefault="006A5F2F">
      <w:pPr>
        <w:rPr>
          <w:lang w:val="ru-RU"/>
        </w:rPr>
      </w:pPr>
      <w:r>
        <w:t>August</w:t>
      </w:r>
      <w:r w:rsidRPr="006A5F2F">
        <w:rPr>
          <w:lang w:val="ru-RU"/>
        </w:rPr>
        <w:t xml:space="preserve"> 25, 2027</w:t>
      </w:r>
    </w:p>
    <w:sectPr w:rsidR="006E0A37" w:rsidRPr="006A5F2F" w:rsidSect="006A5F2F">
      <w:pgSz w:w="12240" w:h="15840"/>
      <w:pgMar w:top="426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A5F2F"/>
    <w:rsid w:val="006E0A3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8D95E"/>
  <w14:defaultImageDpi w14:val="300"/>
  <w15:docId w15:val="{ECAFAB9F-C970-433E-8528-9B4A6404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3652</Words>
  <Characters>20823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Radchenko</cp:lastModifiedBy>
  <cp:revision>2</cp:revision>
  <dcterms:created xsi:type="dcterms:W3CDTF">2026-10-16T16:50:00Z</dcterms:created>
  <dcterms:modified xsi:type="dcterms:W3CDTF">2026-10-16T16:50:00Z</dcterms:modified>
  <cp:category/>
</cp:coreProperties>
</file>