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347C2" w14:textId="37D1E9CA" w:rsidR="005A3F39" w:rsidRPr="00C33AF2" w:rsidRDefault="00C33AF2" w:rsidP="00C33AF2">
      <w:pPr>
        <w:pStyle w:val="aa"/>
        <w:jc w:val="center"/>
        <w:rPr>
          <w:lang w:val="ru-RU"/>
        </w:rPr>
      </w:pPr>
      <w:r w:rsidRPr="00C33AF2">
        <w:rPr>
          <w:lang w:val="ru-RU"/>
        </w:rPr>
        <w:t xml:space="preserve">8 дней: Сеул, </w:t>
      </w:r>
      <w:proofErr w:type="spellStart"/>
      <w:r w:rsidRPr="00C33AF2">
        <w:rPr>
          <w:lang w:val="ru-RU"/>
        </w:rPr>
        <w:t>Кёнчжу</w:t>
      </w:r>
      <w:proofErr w:type="spellEnd"/>
      <w:r w:rsidRPr="00C33AF2">
        <w:rPr>
          <w:lang w:val="ru-RU"/>
        </w:rPr>
        <w:t xml:space="preserve">, Пусан и </w:t>
      </w:r>
      <w:proofErr w:type="spellStart"/>
      <w:r w:rsidRPr="00C33AF2">
        <w:rPr>
          <w:lang w:val="ru-RU"/>
        </w:rPr>
        <w:t>Чончжу</w:t>
      </w:r>
      <w:proofErr w:type="spellEnd"/>
      <w:r w:rsidRPr="00C33AF2">
        <w:rPr>
          <w:lang w:val="ru-RU"/>
        </w:rPr>
        <w:t xml:space="preserve"> </w:t>
      </w:r>
    </w:p>
    <w:p w14:paraId="5FE4D19D" w14:textId="77777777" w:rsidR="005A3F39" w:rsidRPr="00C33AF2" w:rsidRDefault="00C33AF2">
      <w:pPr>
        <w:pStyle w:val="1"/>
        <w:rPr>
          <w:lang w:val="ru-RU"/>
        </w:rPr>
      </w:pPr>
      <w:bookmarkStart w:id="0" w:name="tour_1"/>
      <w:r w:rsidRPr="00C33AF2">
        <w:rPr>
          <w:color w:val="1B3A4B"/>
          <w:lang w:val="ru-RU"/>
        </w:rPr>
        <w:t>8</w:t>
      </w:r>
      <w:r w:rsidRPr="00C33AF2">
        <w:rPr>
          <w:color w:val="1B3A4B"/>
          <w:lang w:val="ru-RU"/>
        </w:rPr>
        <w:t xml:space="preserve"> дней: Сеул, </w:t>
      </w:r>
      <w:proofErr w:type="spellStart"/>
      <w:r w:rsidRPr="00C33AF2">
        <w:rPr>
          <w:color w:val="1B3A4B"/>
          <w:lang w:val="ru-RU"/>
        </w:rPr>
        <w:t>Кёнчжу</w:t>
      </w:r>
      <w:proofErr w:type="spellEnd"/>
      <w:r w:rsidRPr="00C33AF2">
        <w:rPr>
          <w:color w:val="1B3A4B"/>
          <w:lang w:val="ru-RU"/>
        </w:rPr>
        <w:t xml:space="preserve">, </w:t>
      </w:r>
      <w:r w:rsidRPr="00C33AF2">
        <w:rPr>
          <w:color w:val="1B3A4B"/>
          <w:lang w:val="ru-RU"/>
        </w:rPr>
        <w:t xml:space="preserve">Пусан и </w:t>
      </w:r>
      <w:proofErr w:type="spellStart"/>
      <w:r w:rsidRPr="00C33AF2">
        <w:rPr>
          <w:color w:val="1B3A4B"/>
          <w:lang w:val="ru-RU"/>
        </w:rPr>
        <w:t>Чончжу</w:t>
      </w:r>
      <w:proofErr w:type="spellEnd"/>
      <w:r w:rsidRPr="00C33AF2">
        <w:rPr>
          <w:color w:val="1B3A4B"/>
          <w:lang w:val="ru-RU"/>
        </w:rPr>
        <w:t xml:space="preserve"> осенью</w:t>
      </w:r>
      <w:bookmarkEnd w:id="0"/>
    </w:p>
    <w:p w14:paraId="684A62DA" w14:textId="77777777" w:rsidR="005A3F39" w:rsidRPr="00C33AF2" w:rsidRDefault="00C33AF2">
      <w:pPr>
        <w:jc w:val="center"/>
        <w:rPr>
          <w:lang w:val="ru-RU"/>
        </w:rPr>
      </w:pPr>
      <w:r w:rsidRPr="00C33AF2">
        <w:rPr>
          <w:color w:val="555555"/>
          <w:sz w:val="24"/>
          <w:lang w:val="ru-RU"/>
        </w:rPr>
        <w:t xml:space="preserve">Сеул, </w:t>
      </w:r>
      <w:proofErr w:type="spellStart"/>
      <w:r w:rsidRPr="00C33AF2">
        <w:rPr>
          <w:color w:val="555555"/>
          <w:sz w:val="24"/>
          <w:lang w:val="ru-RU"/>
        </w:rPr>
        <w:t>Мунгён</w:t>
      </w:r>
      <w:proofErr w:type="spellEnd"/>
      <w:r w:rsidRPr="00C33AF2">
        <w:rPr>
          <w:color w:val="555555"/>
          <w:sz w:val="24"/>
          <w:lang w:val="ru-RU"/>
        </w:rPr>
        <w:t xml:space="preserve">, Пусан, </w:t>
      </w:r>
      <w:proofErr w:type="spellStart"/>
      <w:r w:rsidRPr="00C33AF2">
        <w:rPr>
          <w:color w:val="555555"/>
          <w:sz w:val="24"/>
          <w:lang w:val="ru-RU"/>
        </w:rPr>
        <w:t>Чончжу</w:t>
      </w:r>
      <w:proofErr w:type="spellEnd"/>
      <w:r w:rsidRPr="00C33AF2">
        <w:rPr>
          <w:color w:val="555555"/>
          <w:sz w:val="24"/>
          <w:lang w:val="ru-RU"/>
        </w:rPr>
        <w:t xml:space="preserve"> · 8 дней</w:t>
      </w:r>
    </w:p>
    <w:p w14:paraId="163E91E5" w14:textId="77777777" w:rsidR="005A3F39" w:rsidRPr="00C33AF2" w:rsidRDefault="00C33AF2">
      <w:pPr>
        <w:jc w:val="center"/>
        <w:rPr>
          <w:lang w:val="ru-RU"/>
        </w:rPr>
      </w:pPr>
      <w:r w:rsidRPr="00C33AF2">
        <w:rPr>
          <w:sz w:val="24"/>
          <w:lang w:val="ru-RU"/>
        </w:rPr>
        <w:t>Мы не можем обещать пика осенних красок в конкретные даты, однако маршрут тура выстроен так, чтобы охватывать регионы с разной сезонной динамикой. Благодаря этому каждый день путешествия наполнен визуальной красотой, смыслом и атмосферой осени.</w:t>
      </w:r>
    </w:p>
    <w:p w14:paraId="05A05165" w14:textId="77777777" w:rsidR="005A3F39" w:rsidRDefault="00C33AF2">
      <w:pPr>
        <w:pStyle w:val="21"/>
      </w:pPr>
      <w:proofErr w:type="spellStart"/>
      <w:r>
        <w:t>Что</w:t>
      </w:r>
      <w:proofErr w:type="spellEnd"/>
      <w:r>
        <w:t xml:space="preserve"> </w:t>
      </w:r>
      <w:proofErr w:type="spellStart"/>
      <w:r>
        <w:t>включено</w:t>
      </w:r>
      <w:proofErr w:type="spellEnd"/>
    </w:p>
    <w:p w14:paraId="725F3D2C" w14:textId="77777777" w:rsidR="005A3F39" w:rsidRDefault="00C33AF2">
      <w:pPr>
        <w:pStyle w:val="a0"/>
      </w:pPr>
      <w:r>
        <w:rPr>
          <w:color w:val="4A7C59"/>
        </w:rPr>
        <w:t>трансферы по программе</w:t>
      </w:r>
    </w:p>
    <w:p w14:paraId="4ABAA4A4" w14:textId="77777777" w:rsidR="005A3F39" w:rsidRPr="00C33AF2" w:rsidRDefault="00C33AF2">
      <w:pPr>
        <w:pStyle w:val="a0"/>
        <w:rPr>
          <w:lang w:val="ru-RU"/>
        </w:rPr>
      </w:pPr>
      <w:r w:rsidRPr="00C33AF2">
        <w:rPr>
          <w:color w:val="4A7C59"/>
          <w:lang w:val="ru-RU"/>
        </w:rPr>
        <w:t>завтраки, если выбрано прожив</w:t>
      </w:r>
      <w:r w:rsidRPr="00C33AF2">
        <w:rPr>
          <w:color w:val="4A7C59"/>
          <w:lang w:val="ru-RU"/>
        </w:rPr>
        <w:t>ание с завтраками</w:t>
      </w:r>
    </w:p>
    <w:p w14:paraId="754AF188" w14:textId="77777777" w:rsidR="005A3F39" w:rsidRPr="00C33AF2" w:rsidRDefault="00C33AF2">
      <w:pPr>
        <w:pStyle w:val="a0"/>
        <w:rPr>
          <w:lang w:val="ru-RU"/>
        </w:rPr>
      </w:pPr>
      <w:r w:rsidRPr="00C33AF2">
        <w:rPr>
          <w:color w:val="4A7C59"/>
          <w:lang w:val="ru-RU"/>
        </w:rPr>
        <w:t>проживание в отеле в выбранной категории номеров</w:t>
      </w:r>
    </w:p>
    <w:p w14:paraId="5720D2F5" w14:textId="77777777" w:rsidR="005A3F39" w:rsidRDefault="00C33AF2">
      <w:pPr>
        <w:pStyle w:val="a0"/>
      </w:pPr>
      <w:proofErr w:type="spellStart"/>
      <w:r>
        <w:rPr>
          <w:color w:val="4A7C59"/>
        </w:rPr>
        <w:t>питание</w:t>
      </w:r>
      <w:proofErr w:type="spellEnd"/>
      <w:r>
        <w:rPr>
          <w:color w:val="4A7C59"/>
        </w:rPr>
        <w:t xml:space="preserve">, </w:t>
      </w:r>
      <w:proofErr w:type="spellStart"/>
      <w:r>
        <w:rPr>
          <w:color w:val="4A7C59"/>
        </w:rPr>
        <w:t>явно</w:t>
      </w:r>
      <w:proofErr w:type="spellEnd"/>
      <w:r>
        <w:rPr>
          <w:color w:val="4A7C59"/>
        </w:rPr>
        <w:t xml:space="preserve"> </w:t>
      </w:r>
      <w:proofErr w:type="spellStart"/>
      <w:r>
        <w:rPr>
          <w:color w:val="4A7C59"/>
        </w:rPr>
        <w:t>указанное</w:t>
      </w:r>
      <w:proofErr w:type="spellEnd"/>
      <w:r>
        <w:rPr>
          <w:color w:val="4A7C59"/>
        </w:rPr>
        <w:t xml:space="preserve"> в программе</w:t>
      </w:r>
    </w:p>
    <w:p w14:paraId="2149F838" w14:textId="77777777" w:rsidR="005A3F39" w:rsidRDefault="00C33AF2">
      <w:pPr>
        <w:pStyle w:val="a0"/>
      </w:pPr>
      <w:r>
        <w:rPr>
          <w:color w:val="4A7C59"/>
        </w:rPr>
        <w:t>индивидуальный транспорт</w:t>
      </w:r>
    </w:p>
    <w:p w14:paraId="2DC42F72" w14:textId="77777777" w:rsidR="005A3F39" w:rsidRDefault="00C33AF2">
      <w:pPr>
        <w:pStyle w:val="a0"/>
      </w:pPr>
      <w:r>
        <w:rPr>
          <w:color w:val="4A7C59"/>
        </w:rPr>
        <w:t>лицензированный гид</w:t>
      </w:r>
    </w:p>
    <w:p w14:paraId="5A5CFD9B" w14:textId="77777777" w:rsidR="005A3F39" w:rsidRDefault="00C33AF2">
      <w:pPr>
        <w:pStyle w:val="a0"/>
      </w:pPr>
      <w:r>
        <w:rPr>
          <w:color w:val="4A7C59"/>
        </w:rPr>
        <w:t>входные билеты по указанной программе</w:t>
      </w:r>
    </w:p>
    <w:p w14:paraId="3C7A114E" w14:textId="77777777" w:rsidR="005A3F39" w:rsidRDefault="00C33AF2">
      <w:pPr>
        <w:pStyle w:val="21"/>
      </w:pPr>
      <w:r>
        <w:t>Что не включено</w:t>
      </w:r>
    </w:p>
    <w:p w14:paraId="31F6A9B0" w14:textId="77777777" w:rsidR="005A3F39" w:rsidRPr="00C33AF2" w:rsidRDefault="00C33AF2">
      <w:pPr>
        <w:pStyle w:val="a0"/>
        <w:rPr>
          <w:lang w:val="ru-RU"/>
        </w:rPr>
      </w:pPr>
      <w:r w:rsidRPr="00C33AF2">
        <w:rPr>
          <w:color w:val="555555"/>
          <w:lang w:val="ru-RU"/>
        </w:rPr>
        <w:t xml:space="preserve">все личные расходы и прочие расходы, не </w:t>
      </w:r>
      <w:r w:rsidRPr="00C33AF2">
        <w:rPr>
          <w:color w:val="555555"/>
          <w:lang w:val="ru-RU"/>
        </w:rPr>
        <w:t>указанные явно в программе тура</w:t>
      </w:r>
    </w:p>
    <w:p w14:paraId="65D11BFA" w14:textId="77777777" w:rsidR="00C33AF2" w:rsidRPr="00C33AF2" w:rsidRDefault="00C33AF2" w:rsidP="00C33AF2">
      <w:pPr>
        <w:pStyle w:val="a0"/>
        <w:rPr>
          <w:lang w:val="ru-RU"/>
        </w:rPr>
      </w:pPr>
      <w:proofErr w:type="spellStart"/>
      <w:r w:rsidRPr="00C33AF2">
        <w:rPr>
          <w:color w:val="555555"/>
        </w:rPr>
        <w:t>чаевые</w:t>
      </w:r>
      <w:proofErr w:type="spellEnd"/>
      <w:r w:rsidRPr="00C33AF2">
        <w:rPr>
          <w:color w:val="555555"/>
        </w:rPr>
        <w:t xml:space="preserve"> </w:t>
      </w:r>
      <w:proofErr w:type="spellStart"/>
      <w:r w:rsidRPr="00C33AF2">
        <w:rPr>
          <w:color w:val="555555"/>
        </w:rPr>
        <w:t>гиду</w:t>
      </w:r>
      <w:proofErr w:type="spellEnd"/>
      <w:r w:rsidRPr="00C33AF2">
        <w:rPr>
          <w:color w:val="555555"/>
        </w:rPr>
        <w:t xml:space="preserve"> и </w:t>
      </w:r>
      <w:proofErr w:type="spellStart"/>
      <w:r w:rsidRPr="00C33AF2">
        <w:rPr>
          <w:color w:val="555555"/>
        </w:rPr>
        <w:t>водителю</w:t>
      </w:r>
      <w:bookmarkStart w:id="1" w:name="tour_1_prices"/>
      <w:proofErr w:type="spellEnd"/>
    </w:p>
    <w:p w14:paraId="515FB8F0" w14:textId="78A82645" w:rsidR="005A3F39" w:rsidRPr="00C33AF2" w:rsidRDefault="00C33AF2" w:rsidP="00C33AF2">
      <w:pPr>
        <w:pStyle w:val="a0"/>
        <w:rPr>
          <w:lang w:val="ru-RU"/>
        </w:rPr>
      </w:pPr>
      <w:r w:rsidRPr="00C33AF2">
        <w:rPr>
          <w:lang w:val="ru-RU"/>
        </w:rPr>
        <w:t>Цены</w:t>
      </w:r>
      <w:bookmarkEnd w:id="1"/>
    </w:p>
    <w:p w14:paraId="6046B46A" w14:textId="77777777" w:rsidR="005A3F39" w:rsidRPr="00C33AF2" w:rsidRDefault="00C33AF2">
      <w:pPr>
        <w:keepNext/>
        <w:rPr>
          <w:lang w:val="ru-RU"/>
        </w:rPr>
      </w:pPr>
      <w:r w:rsidRPr="00C33AF2">
        <w:rPr>
          <w:color w:val="555555"/>
          <w:sz w:val="18"/>
          <w:lang w:val="ru-RU"/>
        </w:rPr>
        <w:t>У</w:t>
      </w:r>
      <w:r w:rsidRPr="00C33AF2">
        <w:rPr>
          <w:color w:val="555555"/>
          <w:sz w:val="18"/>
          <w:lang w:val="ru-RU"/>
        </w:rPr>
        <w:t>казанные цены за</w:t>
      </w:r>
      <w:r w:rsidRPr="00C33AF2">
        <w:rPr>
          <w:color w:val="555555"/>
          <w:sz w:val="18"/>
          <w:lang w:val="ru-RU"/>
        </w:rPr>
        <w:t xml:space="preserve"> человека. '1 </w:t>
      </w:r>
      <w:r>
        <w:rPr>
          <w:color w:val="555555"/>
          <w:sz w:val="18"/>
        </w:rPr>
        <w:t>pax</w:t>
      </w:r>
      <w:r w:rsidRPr="00C33AF2">
        <w:rPr>
          <w:color w:val="555555"/>
          <w:sz w:val="18"/>
          <w:lang w:val="ru-RU"/>
        </w:rPr>
        <w:t xml:space="preserve">' означает одноместное размещение (1 человек в номере), '2 </w:t>
      </w:r>
      <w:r>
        <w:rPr>
          <w:color w:val="555555"/>
          <w:sz w:val="18"/>
        </w:rPr>
        <w:t>pax</w:t>
      </w:r>
      <w:r w:rsidRPr="00C33AF2">
        <w:rPr>
          <w:color w:val="555555"/>
          <w:sz w:val="18"/>
          <w:lang w:val="ru-RU"/>
        </w:rPr>
        <w:t xml:space="preserve">' означает двухместное размещение (2 человека в номере), '3 </w:t>
      </w:r>
      <w:r>
        <w:rPr>
          <w:color w:val="555555"/>
          <w:sz w:val="18"/>
        </w:rPr>
        <w:t>pax</w:t>
      </w:r>
      <w:r w:rsidRPr="00C33AF2">
        <w:rPr>
          <w:color w:val="555555"/>
          <w:sz w:val="18"/>
          <w:lang w:val="ru-RU"/>
        </w:rPr>
        <w:t>' означает трехместное размещение (3 человека в номере).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360"/>
        <w:gridCol w:w="3360"/>
      </w:tblGrid>
      <w:tr w:rsidR="00C33AF2" w14:paraId="63E5FE80" w14:textId="77777777">
        <w:tc>
          <w:tcPr>
            <w:tcW w:w="3360" w:type="dxa"/>
          </w:tcPr>
          <w:p w14:paraId="13842F8F" w14:textId="77777777" w:rsidR="00C33AF2" w:rsidRDefault="00C33AF2">
            <w:proofErr w:type="spellStart"/>
            <w:r>
              <w:rPr>
                <w:b/>
                <w:color w:val="1B3A4B"/>
              </w:rPr>
              <w:t>человек</w:t>
            </w:r>
            <w:proofErr w:type="spellEnd"/>
            <w:r>
              <w:rPr>
                <w:b/>
                <w:color w:val="1B3A4B"/>
              </w:rPr>
              <w:t xml:space="preserve"> в </w:t>
            </w:r>
            <w:proofErr w:type="spellStart"/>
            <w:r>
              <w:rPr>
                <w:b/>
                <w:color w:val="1B3A4B"/>
              </w:rPr>
              <w:t>номере</w:t>
            </w:r>
            <w:proofErr w:type="spellEnd"/>
          </w:p>
        </w:tc>
        <w:tc>
          <w:tcPr>
            <w:tcW w:w="3360" w:type="dxa"/>
          </w:tcPr>
          <w:p w14:paraId="51214DC0" w14:textId="77777777" w:rsidR="00C33AF2" w:rsidRDefault="00C33AF2">
            <w:r>
              <w:rPr>
                <w:b/>
                <w:color w:val="1B3A4B"/>
              </w:rPr>
              <w:t>Опубликованная</w:t>
            </w:r>
          </w:p>
        </w:tc>
      </w:tr>
      <w:tr w:rsidR="00C33AF2" w14:paraId="2CB06B19" w14:textId="77777777">
        <w:tc>
          <w:tcPr>
            <w:tcW w:w="3360" w:type="dxa"/>
          </w:tcPr>
          <w:p w14:paraId="09614E45" w14:textId="77777777" w:rsidR="00C33AF2" w:rsidRDefault="00C33AF2">
            <w:r>
              <w:t xml:space="preserve">1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75045167" w14:textId="77777777" w:rsidR="00C33AF2" w:rsidRDefault="00C33AF2">
            <w:r>
              <w:t>$2,490.00</w:t>
            </w:r>
          </w:p>
        </w:tc>
      </w:tr>
      <w:tr w:rsidR="00C33AF2" w14:paraId="7588C69E" w14:textId="77777777">
        <w:tc>
          <w:tcPr>
            <w:tcW w:w="3360" w:type="dxa"/>
          </w:tcPr>
          <w:p w14:paraId="07096D5C" w14:textId="77777777" w:rsidR="00C33AF2" w:rsidRDefault="00C33AF2">
            <w:r>
              <w:t xml:space="preserve">2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0FB51CA5" w14:textId="77777777" w:rsidR="00C33AF2" w:rsidRDefault="00C33AF2">
            <w:r>
              <w:t>$1,720.00</w:t>
            </w:r>
          </w:p>
        </w:tc>
      </w:tr>
      <w:tr w:rsidR="00C33AF2" w14:paraId="20A36D64" w14:textId="77777777">
        <w:tc>
          <w:tcPr>
            <w:tcW w:w="3360" w:type="dxa"/>
          </w:tcPr>
          <w:p w14:paraId="1B388B58" w14:textId="77777777" w:rsidR="00C33AF2" w:rsidRDefault="00C33AF2">
            <w:r>
              <w:t xml:space="preserve">3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634670D4" w14:textId="77777777" w:rsidR="00C33AF2" w:rsidRDefault="00C33AF2">
            <w:r>
              <w:t>$1,650.00</w:t>
            </w:r>
          </w:p>
        </w:tc>
      </w:tr>
    </w:tbl>
    <w:p w14:paraId="6E12FF8F" w14:textId="77777777" w:rsidR="005A3F39" w:rsidRDefault="00C33AF2">
      <w:pPr>
        <w:pStyle w:val="31"/>
      </w:pPr>
      <w:proofErr w:type="spellStart"/>
      <w:r>
        <w:t>Важные</w:t>
      </w:r>
      <w:proofErr w:type="spellEnd"/>
      <w:r>
        <w:t xml:space="preserve"> </w:t>
      </w:r>
      <w:proofErr w:type="spellStart"/>
      <w:r>
        <w:t>уведомления</w:t>
      </w:r>
      <w:proofErr w:type="spellEnd"/>
    </w:p>
    <w:p w14:paraId="69E2F90F" w14:textId="77777777" w:rsidR="005A3F39" w:rsidRPr="00C33AF2" w:rsidRDefault="00C33AF2">
      <w:pPr>
        <w:rPr>
          <w:lang w:val="ru-RU"/>
        </w:rPr>
      </w:pPr>
      <w:r w:rsidRPr="00C33AF2">
        <w:rPr>
          <w:color w:val="555555"/>
          <w:lang w:val="ru-RU"/>
        </w:rPr>
        <w:t>Обратите внимание, что некоторые отели, включенные в пакетные туры, могут быть заменены без предварительного предупреждения.</w:t>
      </w:r>
    </w:p>
    <w:p w14:paraId="4379B075" w14:textId="77777777" w:rsidR="005A3F39" w:rsidRPr="00C33AF2" w:rsidRDefault="00C33AF2">
      <w:pPr>
        <w:rPr>
          <w:lang w:val="ru-RU"/>
        </w:rPr>
      </w:pPr>
      <w:r w:rsidRPr="00C33AF2">
        <w:rPr>
          <w:color w:val="555555"/>
          <w:lang w:val="ru-RU"/>
        </w:rPr>
        <w:t>Окончательная конфигурация номера определяется отелем; возможна замена на равнозначный тип номера без предварите</w:t>
      </w:r>
      <w:r w:rsidRPr="00C33AF2">
        <w:rPr>
          <w:color w:val="555555"/>
          <w:lang w:val="ru-RU"/>
        </w:rPr>
        <w:t>льного уведомления. Гарантируется наличие достаточного количества спальных мест; конкретная конфигурация кроватей не гарантируется.</w:t>
      </w:r>
    </w:p>
    <w:p w14:paraId="2E734395" w14:textId="77777777" w:rsidR="005A3F39" w:rsidRPr="00C33AF2" w:rsidRDefault="005A3F39">
      <w:pPr>
        <w:rPr>
          <w:lang w:val="ru-RU"/>
        </w:rPr>
      </w:pPr>
    </w:p>
    <w:p w14:paraId="16F4851F" w14:textId="77777777" w:rsidR="005A3F39" w:rsidRPr="00C33AF2" w:rsidRDefault="00C33AF2">
      <w:pPr>
        <w:pStyle w:val="21"/>
        <w:rPr>
          <w:lang w:val="ru-RU"/>
        </w:rPr>
      </w:pPr>
      <w:r w:rsidRPr="00C33AF2">
        <w:rPr>
          <w:lang w:val="ru-RU"/>
        </w:rPr>
        <w:lastRenderedPageBreak/>
        <w:t>Основные моменты</w:t>
      </w:r>
    </w:p>
    <w:p w14:paraId="3DA3AF82" w14:textId="77777777" w:rsidR="005A3F39" w:rsidRPr="00C33AF2" w:rsidRDefault="00C33AF2">
      <w:pPr>
        <w:pStyle w:val="4"/>
        <w:rPr>
          <w:lang w:val="ru-RU"/>
        </w:rPr>
      </w:pPr>
      <w:r w:rsidRPr="00C33AF2">
        <w:rPr>
          <w:lang w:val="ru-RU"/>
        </w:rPr>
        <w:t>1. Аутентичная кухня без поисков</w:t>
      </w:r>
    </w:p>
    <w:p w14:paraId="4B90DF60" w14:textId="77777777" w:rsidR="005A3F39" w:rsidRPr="00C33AF2" w:rsidRDefault="00C33AF2">
      <w:pPr>
        <w:rPr>
          <w:lang w:val="ru-RU"/>
        </w:rPr>
      </w:pPr>
      <w:r w:rsidRPr="00C33AF2">
        <w:rPr>
          <w:lang w:val="ru-RU"/>
        </w:rPr>
        <w:t>Там, где самому трудно найти или выбрать подходящее место, мы уже предусм</w:t>
      </w:r>
      <w:r w:rsidRPr="00C33AF2">
        <w:rPr>
          <w:lang w:val="ru-RU"/>
        </w:rPr>
        <w:t>отрели проверенные обеды. Вы сможете приобщиться к аутентичной корейской кухне, не рискуя попасть на что-то слишком острое.</w:t>
      </w:r>
    </w:p>
    <w:p w14:paraId="0FD634DA" w14:textId="77777777" w:rsidR="005A3F39" w:rsidRPr="00C33AF2" w:rsidRDefault="00C33AF2">
      <w:pPr>
        <w:pStyle w:val="4"/>
        <w:rPr>
          <w:lang w:val="ru-RU"/>
        </w:rPr>
      </w:pPr>
      <w:r w:rsidRPr="00C33AF2">
        <w:rPr>
          <w:lang w:val="ru-RU"/>
        </w:rPr>
        <w:t>2. Только лицензированный гид</w:t>
      </w:r>
    </w:p>
    <w:p w14:paraId="27B653E8" w14:textId="77777777" w:rsidR="005A3F39" w:rsidRPr="00C33AF2" w:rsidRDefault="00C33AF2">
      <w:pPr>
        <w:rPr>
          <w:lang w:val="ru-RU"/>
        </w:rPr>
      </w:pPr>
      <w:r w:rsidRPr="00C33AF2">
        <w:rPr>
          <w:lang w:val="ru-RU"/>
        </w:rPr>
        <w:t xml:space="preserve">Экскурсии проводят лицензированные гиды, которые знают историю, культуру и местный контекст Кореи. Вы </w:t>
      </w:r>
      <w:r w:rsidRPr="00C33AF2">
        <w:rPr>
          <w:lang w:val="ru-RU"/>
        </w:rPr>
        <w:t>получаете не набор дат и названий, а понятный рассказ, который помогает увидеть связи между прошлым, современной жизнью и местами на маршруте.</w:t>
      </w:r>
    </w:p>
    <w:p w14:paraId="18BDB46A" w14:textId="77777777" w:rsidR="005A3F39" w:rsidRPr="00C33AF2" w:rsidRDefault="005A3F39">
      <w:pPr>
        <w:rPr>
          <w:lang w:val="ru-RU"/>
        </w:rPr>
      </w:pPr>
    </w:p>
    <w:p w14:paraId="40BF04C6" w14:textId="77777777" w:rsidR="005A3F39" w:rsidRPr="00C33AF2" w:rsidRDefault="00C33AF2">
      <w:pPr>
        <w:pStyle w:val="21"/>
        <w:rPr>
          <w:lang w:val="ru-RU"/>
        </w:rPr>
      </w:pPr>
      <w:bookmarkStart w:id="2" w:name="tour_1_itinerary"/>
      <w:r w:rsidRPr="00C33AF2">
        <w:rPr>
          <w:lang w:val="ru-RU"/>
        </w:rPr>
        <w:t>Подробный маршрут по дням</w:t>
      </w:r>
      <w:bookmarkEnd w:id="2"/>
    </w:p>
    <w:p w14:paraId="7B26F798" w14:textId="77777777" w:rsidR="005A3F39" w:rsidRPr="00C33AF2" w:rsidRDefault="00C33AF2">
      <w:pPr>
        <w:pStyle w:val="31"/>
        <w:rPr>
          <w:lang w:val="ru-RU"/>
        </w:rPr>
      </w:pPr>
      <w:r w:rsidRPr="00C33AF2">
        <w:rPr>
          <w:lang w:val="ru-RU"/>
        </w:rPr>
        <w:t>Прибытие</w:t>
      </w:r>
    </w:p>
    <w:p w14:paraId="6ACECE70" w14:textId="6CF1567A" w:rsidR="005A3F39" w:rsidRDefault="00C33AF2">
      <w:r>
        <w:t>October</w:t>
      </w:r>
      <w:r w:rsidRPr="00C33AF2">
        <w:rPr>
          <w:lang w:val="ru-RU"/>
        </w:rPr>
        <w:t xml:space="preserve"> 24, 2027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5A3F39" w14:paraId="187AAF4E" w14:textId="77777777">
        <w:tc>
          <w:tcPr>
            <w:tcW w:w="10080" w:type="dxa"/>
            <w:gridSpan w:val="2"/>
            <w:shd w:val="clear" w:color="auto" w:fill="1B3A4B"/>
          </w:tcPr>
          <w:p w14:paraId="1AD27FB9" w14:textId="77777777" w:rsidR="005A3F39" w:rsidRDefault="00C33AF2">
            <w:r>
              <w:rPr>
                <w:b/>
                <w:color w:val="FFFFFF"/>
                <w:sz w:val="28"/>
              </w:rPr>
              <w:t>День 1</w:t>
            </w:r>
          </w:p>
        </w:tc>
      </w:tr>
      <w:tr w:rsidR="005A3F39" w14:paraId="21DBF796" w14:textId="77777777">
        <w:tc>
          <w:tcPr>
            <w:tcW w:w="1701" w:type="dxa"/>
          </w:tcPr>
          <w:p w14:paraId="35A407AC" w14:textId="77777777" w:rsidR="005A3F39" w:rsidRDefault="00C33AF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70C71E22" w14:textId="77777777" w:rsidR="005A3F39" w:rsidRDefault="00C33AF2">
            <w:r>
              <w:t>October 24, 2027</w:t>
            </w:r>
          </w:p>
        </w:tc>
      </w:tr>
      <w:tr w:rsidR="005A3F39" w:rsidRPr="00C33AF2" w14:paraId="7F35D54B" w14:textId="77777777">
        <w:tc>
          <w:tcPr>
            <w:tcW w:w="1701" w:type="dxa"/>
          </w:tcPr>
          <w:p w14:paraId="0EB60B70" w14:textId="77777777" w:rsidR="005A3F39" w:rsidRDefault="005A3F39"/>
        </w:tc>
        <w:tc>
          <w:tcPr>
            <w:tcW w:w="7937" w:type="dxa"/>
          </w:tcPr>
          <w:p w14:paraId="78E18846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lang w:val="ru-RU"/>
              </w:rPr>
              <w:br/>
              <w:t xml:space="preserve">Трансфер </w:t>
            </w:r>
            <w:r w:rsidRPr="00C33AF2">
              <w:rPr>
                <w:lang w:val="ru-RU"/>
              </w:rPr>
              <w:t>аэропорт → отель включён (водитель, без гида). Водитель встретит вас в зале прилёта с табличкой. Гости с близких рейсов едут вместе, поэтому возможно небольшое ожидание. Прилетаете раньше начала тура? Трансфер переносится на день вашего прилёта без доплаты</w:t>
            </w:r>
            <w:r w:rsidRPr="00C33AF2">
              <w:rPr>
                <w:lang w:val="ru-RU"/>
              </w:rPr>
              <w:t>.</w:t>
            </w:r>
          </w:p>
        </w:tc>
      </w:tr>
      <w:tr w:rsidR="005A3F39" w:rsidRPr="00C33AF2" w14:paraId="69744552" w14:textId="77777777">
        <w:tc>
          <w:tcPr>
            <w:tcW w:w="1701" w:type="dxa"/>
          </w:tcPr>
          <w:p w14:paraId="4F44A5CA" w14:textId="77777777" w:rsidR="005A3F39" w:rsidRPr="00C33AF2" w:rsidRDefault="005A3F3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179926DA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lang w:val="ru-RU"/>
              </w:rPr>
              <w:br/>
              <w:t>Вы можете приехать в Корею до официального начала тура. По запросу мы можем помочь с бронированием дополнительных ночей в отеле до начала тура.</w:t>
            </w:r>
          </w:p>
        </w:tc>
      </w:tr>
      <w:tr w:rsidR="005A3F39" w14:paraId="472F8DAB" w14:textId="77777777">
        <w:tc>
          <w:tcPr>
            <w:tcW w:w="1701" w:type="dxa"/>
          </w:tcPr>
          <w:p w14:paraId="2C94499C" w14:textId="77777777" w:rsidR="005A3F39" w:rsidRPr="00C33AF2" w:rsidRDefault="005A3F3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4FD8B1F3" w14:textId="77777777" w:rsidR="005A3F39" w:rsidRDefault="00C33AF2">
            <w:proofErr w:type="spellStart"/>
            <w:r>
              <w:t>Свободный</w:t>
            </w:r>
            <w:proofErr w:type="spellEnd"/>
            <w:r>
              <w:t xml:space="preserve"> </w:t>
            </w:r>
            <w:proofErr w:type="spellStart"/>
            <w:r>
              <w:t>день</w:t>
            </w:r>
            <w:proofErr w:type="spellEnd"/>
          </w:p>
        </w:tc>
      </w:tr>
      <w:tr w:rsidR="005A3F39" w14:paraId="4F7E17DC" w14:textId="77777777">
        <w:tc>
          <w:tcPr>
            <w:tcW w:w="1701" w:type="dxa"/>
          </w:tcPr>
          <w:p w14:paraId="065AC386" w14:textId="77777777" w:rsidR="005A3F39" w:rsidRDefault="00C33AF2">
            <w:r>
              <w:rPr>
                <w:b/>
                <w:color w:val="1B3A4B"/>
              </w:rPr>
              <w:t>Ночь в</w:t>
            </w:r>
          </w:p>
        </w:tc>
        <w:tc>
          <w:tcPr>
            <w:tcW w:w="7937" w:type="dxa"/>
          </w:tcPr>
          <w:p w14:paraId="630B9C75" w14:textId="77777777" w:rsidR="005A3F39" w:rsidRDefault="00C33AF2">
            <w:r>
              <w:t>Сеул</w:t>
            </w:r>
          </w:p>
        </w:tc>
      </w:tr>
    </w:tbl>
    <w:p w14:paraId="33662738" w14:textId="77777777" w:rsidR="005A3F39" w:rsidRDefault="005A3F3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5A3F39" w14:paraId="743C0D11" w14:textId="77777777">
        <w:tc>
          <w:tcPr>
            <w:tcW w:w="10080" w:type="dxa"/>
            <w:gridSpan w:val="2"/>
            <w:shd w:val="clear" w:color="auto" w:fill="1B3A4B"/>
          </w:tcPr>
          <w:p w14:paraId="70FB5014" w14:textId="77777777" w:rsidR="005A3F39" w:rsidRDefault="00C33AF2">
            <w:r>
              <w:rPr>
                <w:b/>
                <w:color w:val="FFFFFF"/>
                <w:sz w:val="28"/>
              </w:rPr>
              <w:t>День 2</w:t>
            </w:r>
          </w:p>
        </w:tc>
      </w:tr>
      <w:tr w:rsidR="005A3F39" w14:paraId="6C168C37" w14:textId="77777777">
        <w:tc>
          <w:tcPr>
            <w:tcW w:w="1701" w:type="dxa"/>
          </w:tcPr>
          <w:p w14:paraId="3ECE447B" w14:textId="77777777" w:rsidR="005A3F39" w:rsidRDefault="00C33AF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0A25ED8A" w14:textId="77777777" w:rsidR="005A3F39" w:rsidRDefault="00C33AF2">
            <w:r>
              <w:t>October 25, 2027</w:t>
            </w:r>
          </w:p>
        </w:tc>
      </w:tr>
      <w:tr w:rsidR="005A3F39" w:rsidRPr="00C33AF2" w14:paraId="680C002A" w14:textId="77777777">
        <w:tc>
          <w:tcPr>
            <w:tcW w:w="1701" w:type="dxa"/>
          </w:tcPr>
          <w:p w14:paraId="380E05F4" w14:textId="77777777" w:rsidR="005A3F39" w:rsidRDefault="00C33AF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0D0731BE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b/>
                <w:lang w:val="ru-RU"/>
              </w:rPr>
              <w:t xml:space="preserve">Большой Сеул: </w:t>
            </w:r>
            <w:proofErr w:type="spellStart"/>
            <w:r w:rsidRPr="00C33AF2">
              <w:rPr>
                <w:b/>
                <w:lang w:val="ru-RU"/>
              </w:rPr>
              <w:t>Кёнбоккун</w:t>
            </w:r>
            <w:proofErr w:type="spellEnd"/>
            <w:r w:rsidRPr="00C33AF2">
              <w:rPr>
                <w:b/>
                <w:lang w:val="ru-RU"/>
              </w:rPr>
              <w:t xml:space="preserve">, </w:t>
            </w:r>
            <w:proofErr w:type="spellStart"/>
            <w:r w:rsidRPr="00C33AF2">
              <w:rPr>
                <w:b/>
                <w:lang w:val="ru-RU"/>
              </w:rPr>
              <w:t>Пукчхон</w:t>
            </w:r>
            <w:proofErr w:type="spellEnd"/>
            <w:r w:rsidRPr="00C33AF2">
              <w:rPr>
                <w:b/>
                <w:lang w:val="ru-RU"/>
              </w:rPr>
              <w:t xml:space="preserve"> и </w:t>
            </w:r>
            <w:r>
              <w:rPr>
                <w:b/>
              </w:rPr>
              <w:t>Seoul</w:t>
            </w:r>
            <w:r w:rsidRPr="00C33AF2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Sky</w:t>
            </w:r>
            <w:r w:rsidRPr="00C33AF2">
              <w:rPr>
                <w:lang w:val="ru-RU"/>
              </w:rPr>
              <w:br/>
            </w:r>
            <w:r w:rsidRPr="00C33AF2">
              <w:rPr>
                <w:color w:val="555555"/>
                <w:lang w:val="ru-RU"/>
              </w:rPr>
              <w:t>Продолжительность: примерно 9.00 часов</w:t>
            </w:r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br/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>Мэрия Сеула</w:t>
            </w:r>
            <w:r w:rsidRPr="00C33AF2">
              <w:rPr>
                <w:lang w:val="ru-RU"/>
              </w:rPr>
              <w:br/>
            </w:r>
            <w:proofErr w:type="spellStart"/>
            <w:r w:rsidRPr="00C33AF2">
              <w:rPr>
                <w:lang w:val="ru-RU"/>
              </w:rPr>
              <w:t>Футуристичная</w:t>
            </w:r>
            <w:proofErr w:type="spellEnd"/>
            <w:r w:rsidRPr="00C33AF2">
              <w:rPr>
                <w:lang w:val="ru-RU"/>
              </w:rPr>
              <w:t xml:space="preserve"> «волна» из стекла и стали накрывает здание старой мэрии, сохраняя связь времён. Это один из самых экологичных проектов города: самый большой в мире вертикальный сад внут</w:t>
            </w:r>
            <w:r w:rsidRPr="00C33AF2">
              <w:rPr>
                <w:lang w:val="ru-RU"/>
              </w:rPr>
              <w:t>ри и энергия от природы — всё работает на будущее. Загляните внутрь, чтобы увидеть зелёную стену своими глазами.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Ручей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Чхонгечхон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 xml:space="preserve"> (</w:t>
            </w:r>
            <w:proofErr w:type="spellStart"/>
            <w:r>
              <w:rPr>
                <w:b/>
                <w:color w:val="F4B942"/>
                <w:sz w:val="20"/>
              </w:rPr>
              <w:t>청계천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>)</w:t>
            </w:r>
            <w:r w:rsidRPr="00C33AF2">
              <w:rPr>
                <w:lang w:val="ru-RU"/>
              </w:rPr>
              <w:br/>
              <w:t>Этот рукотворный ручей — симбиоз природы и городской архитектуры. Когда-то это была настоящая река, но после войны её сп</w:t>
            </w:r>
            <w:r w:rsidRPr="00C33AF2">
              <w:rPr>
                <w:lang w:val="ru-RU"/>
              </w:rPr>
              <w:t xml:space="preserve">рятали под землю. Лишь в 2005 году, после масштабного восстановления, </w:t>
            </w:r>
            <w:proofErr w:type="spellStart"/>
            <w:r w:rsidRPr="00C33AF2">
              <w:rPr>
                <w:lang w:val="ru-RU"/>
              </w:rPr>
              <w:t>Чхонгечхон</w:t>
            </w:r>
            <w:proofErr w:type="spellEnd"/>
            <w:r w:rsidRPr="00C33AF2">
              <w:rPr>
                <w:lang w:val="ru-RU"/>
              </w:rPr>
              <w:t xml:space="preserve"> вновь открылся — как зелёный оазис в центре Сеула. Фонтаны, подсвеченные мосты и так </w:t>
            </w:r>
            <w:proofErr w:type="spellStart"/>
            <w:r w:rsidRPr="00C33AF2">
              <w:rPr>
                <w:lang w:val="ru-RU"/>
              </w:rPr>
              <w:t>называемя</w:t>
            </w:r>
            <w:proofErr w:type="spellEnd"/>
            <w:r w:rsidRPr="00C33AF2">
              <w:rPr>
                <w:lang w:val="ru-RU"/>
              </w:rPr>
              <w:t xml:space="preserve"> дамба </w:t>
            </w:r>
            <w:proofErr w:type="spellStart"/>
            <w:r w:rsidRPr="00C33AF2">
              <w:rPr>
                <w:lang w:val="ru-RU"/>
              </w:rPr>
              <w:t>Пальсоктам</w:t>
            </w:r>
            <w:proofErr w:type="spellEnd"/>
            <w:r w:rsidRPr="00C33AF2">
              <w:rPr>
                <w:lang w:val="ru-RU"/>
              </w:rPr>
              <w:t xml:space="preserve"> делают его одним из самых любимых мест для </w:t>
            </w:r>
            <w:r w:rsidRPr="00C33AF2">
              <w:rPr>
                <w:lang w:val="ru-RU"/>
              </w:rPr>
              <w:lastRenderedPageBreak/>
              <w:t>вечерних прогулок.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>П</w:t>
            </w:r>
            <w:r w:rsidRPr="00C33AF2">
              <w:rPr>
                <w:b/>
                <w:color w:val="F4B942"/>
                <w:sz w:val="20"/>
                <w:lang w:val="ru-RU"/>
              </w:rPr>
              <w:t xml:space="preserve">роспект им. Великого короля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Сечжона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 xml:space="preserve"> и ансамбль площади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Кванхвамун</w:t>
            </w:r>
            <w:proofErr w:type="spellEnd"/>
            <w:r w:rsidRPr="00C33AF2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C33AF2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C33AF2">
              <w:rPr>
                <w:color w:val="555555"/>
                <w:sz w:val="18"/>
                <w:lang w:val="ru-RU"/>
              </w:rPr>
              <w:t>)</w:t>
            </w:r>
            <w:r w:rsidRPr="00C33AF2">
              <w:rPr>
                <w:lang w:val="ru-RU"/>
              </w:rPr>
              <w:br/>
              <w:t xml:space="preserve">Комплекс центральной площади </w:t>
            </w:r>
            <w:proofErr w:type="spellStart"/>
            <w:r w:rsidRPr="00C33AF2">
              <w:rPr>
                <w:lang w:val="ru-RU"/>
              </w:rPr>
              <w:t>Кванхвамун</w:t>
            </w:r>
            <w:proofErr w:type="spellEnd"/>
            <w:r w:rsidRPr="00C33AF2">
              <w:rPr>
                <w:lang w:val="ru-RU"/>
              </w:rPr>
              <w:t xml:space="preserve"> перед королевским дворцом </w:t>
            </w:r>
            <w:proofErr w:type="spellStart"/>
            <w:r w:rsidRPr="00C33AF2">
              <w:rPr>
                <w:lang w:val="ru-RU"/>
              </w:rPr>
              <w:t>Кёнбоккун</w:t>
            </w:r>
            <w:proofErr w:type="spellEnd"/>
            <w:r w:rsidRPr="00C33AF2">
              <w:rPr>
                <w:lang w:val="ru-RU"/>
              </w:rPr>
              <w:t>, являющейся композиционным центром столицы Кореи, открывает взору удивительные виды Сеула: с одной сторо</w:t>
            </w:r>
            <w:r w:rsidRPr="00C33AF2">
              <w:rPr>
                <w:lang w:val="ru-RU"/>
              </w:rPr>
              <w:t xml:space="preserve">ны расположена главная резиденция королей государства Чосон (ныне музей). А вдоль самого проспекта, отходящего от площади, стоят высотные современные здания: правительственные, посольства, крупнейшего в Корее книжного магазина </w:t>
            </w:r>
            <w:proofErr w:type="spellStart"/>
            <w:r w:rsidRPr="00C33AF2">
              <w:rPr>
                <w:lang w:val="ru-RU"/>
              </w:rPr>
              <w:t>Кёбо</w:t>
            </w:r>
            <w:proofErr w:type="spellEnd"/>
            <w:r w:rsidRPr="00C33AF2">
              <w:rPr>
                <w:lang w:val="ru-RU"/>
              </w:rPr>
              <w:t>. Далее проспект идет в М</w:t>
            </w:r>
            <w:r w:rsidRPr="00C33AF2">
              <w:rPr>
                <w:lang w:val="ru-RU"/>
              </w:rPr>
              <w:t xml:space="preserve">эрии Сеула и к Большим южным воротам </w:t>
            </w:r>
            <w:proofErr w:type="spellStart"/>
            <w:r w:rsidRPr="00C33AF2">
              <w:rPr>
                <w:lang w:val="ru-RU"/>
              </w:rPr>
              <w:t>Намдэмун</w:t>
            </w:r>
            <w:proofErr w:type="spellEnd"/>
            <w:r w:rsidRPr="00C33AF2">
              <w:rPr>
                <w:lang w:val="ru-RU"/>
              </w:rPr>
              <w:t xml:space="preserve"> (Государственное сокровище №1).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Королевский дворец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Кёнбоккун</w:t>
            </w:r>
            <w:proofErr w:type="spellEnd"/>
            <w:r w:rsidRPr="00C33AF2">
              <w:rPr>
                <w:lang w:val="ru-RU"/>
              </w:rPr>
              <w:br/>
              <w:t>Главный дворец династии Чосон. За века он пережил разрушения и восстановление, но сохранил своё величие. Грандиозная симметрия, церемония смены карау</w:t>
            </w:r>
            <w:r w:rsidRPr="00C33AF2">
              <w:rPr>
                <w:lang w:val="ru-RU"/>
              </w:rPr>
              <w:t xml:space="preserve">ла и возможность примерить </w:t>
            </w:r>
            <w:proofErr w:type="spellStart"/>
            <w:r w:rsidRPr="00C33AF2">
              <w:rPr>
                <w:lang w:val="ru-RU"/>
              </w:rPr>
              <w:t>ханбок</w:t>
            </w:r>
            <w:proofErr w:type="spellEnd"/>
            <w:r w:rsidRPr="00C33AF2">
              <w:rPr>
                <w:lang w:val="ru-RU"/>
              </w:rPr>
              <w:t xml:space="preserve"> превращают прогулку во дворце в настоящее путешествие во времени.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Самчхон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 xml:space="preserve">-дон и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Пукчон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>: романтика старого Сеула</w:t>
            </w:r>
            <w:r w:rsidRPr="00C33AF2">
              <w:rPr>
                <w:lang w:val="ru-RU"/>
              </w:rPr>
              <w:br/>
              <w:t>Здесь старинные дома-</w:t>
            </w:r>
            <w:proofErr w:type="spellStart"/>
            <w:r w:rsidRPr="00C33AF2">
              <w:rPr>
                <w:lang w:val="ru-RU"/>
              </w:rPr>
              <w:t>ханоки</w:t>
            </w:r>
            <w:proofErr w:type="spellEnd"/>
            <w:r w:rsidRPr="00C33AF2">
              <w:rPr>
                <w:lang w:val="ru-RU"/>
              </w:rPr>
              <w:t xml:space="preserve">, уютные улочки и тихие склоны у дворца </w:t>
            </w:r>
            <w:proofErr w:type="spellStart"/>
            <w:r w:rsidRPr="00C33AF2">
              <w:rPr>
                <w:lang w:val="ru-RU"/>
              </w:rPr>
              <w:t>Кёнбоккун</w:t>
            </w:r>
            <w:proofErr w:type="spellEnd"/>
            <w:r w:rsidRPr="00C33AF2">
              <w:rPr>
                <w:lang w:val="ru-RU"/>
              </w:rPr>
              <w:t xml:space="preserve"> создают атмосферу уюта и неспешно</w:t>
            </w:r>
            <w:r w:rsidRPr="00C33AF2">
              <w:rPr>
                <w:lang w:val="ru-RU"/>
              </w:rPr>
              <w:t xml:space="preserve">сти. </w:t>
            </w:r>
            <w:proofErr w:type="spellStart"/>
            <w:r w:rsidRPr="00C33AF2">
              <w:rPr>
                <w:lang w:val="ru-RU"/>
              </w:rPr>
              <w:t>Самчхон</w:t>
            </w:r>
            <w:proofErr w:type="spellEnd"/>
            <w:r w:rsidRPr="00C33AF2">
              <w:rPr>
                <w:lang w:val="ru-RU"/>
              </w:rPr>
              <w:t xml:space="preserve">-дон является частью "Северной деревни" — </w:t>
            </w:r>
            <w:proofErr w:type="spellStart"/>
            <w:r w:rsidRPr="00C33AF2">
              <w:rPr>
                <w:lang w:val="ru-RU"/>
              </w:rPr>
              <w:t>Пукчхона</w:t>
            </w:r>
            <w:proofErr w:type="spellEnd"/>
            <w:r w:rsidRPr="00C33AF2">
              <w:rPr>
                <w:lang w:val="ru-RU"/>
              </w:rPr>
              <w:t>; это галереи, бутики и кафе, и жилые домики - ханок, спрятанные среди холмов, хранящие дух эпохи Чосон. Прогулка по этим местам — словно путешествие в другую страну, полное света, текстур, чере</w:t>
            </w:r>
            <w:r w:rsidRPr="00C33AF2">
              <w:rPr>
                <w:lang w:val="ru-RU"/>
              </w:rPr>
              <w:t>пичных крыш и маленьких открытий.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Инсадон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>. Традиционные чайные, сувениры, бутики, галереи...</w:t>
            </w:r>
            <w:r w:rsidRPr="00C33AF2">
              <w:rPr>
                <w:lang w:val="ru-RU"/>
              </w:rPr>
              <w:br/>
              <w:t xml:space="preserve">Район, знаменитый обилием сувенирных лавочек, традиционных ресторанов и чайных домиков, бутиков. Пешеходная улица </w:t>
            </w:r>
            <w:proofErr w:type="spellStart"/>
            <w:r w:rsidRPr="00C33AF2">
              <w:rPr>
                <w:lang w:val="ru-RU"/>
              </w:rPr>
              <w:t>Инсадон</w:t>
            </w:r>
            <w:proofErr w:type="spellEnd"/>
            <w:r w:rsidRPr="00C33AF2">
              <w:rPr>
                <w:lang w:val="ru-RU"/>
              </w:rPr>
              <w:t>-киль является центральной улицей этого ра</w:t>
            </w:r>
            <w:r w:rsidRPr="00C33AF2">
              <w:rPr>
                <w:lang w:val="ru-RU"/>
              </w:rPr>
              <w:t xml:space="preserve">йона. Часто вы можете увидеть уличные представления - традиционный корейский квартет ударных </w:t>
            </w:r>
            <w:proofErr w:type="spellStart"/>
            <w:r w:rsidRPr="00C33AF2">
              <w:rPr>
                <w:lang w:val="ru-RU"/>
              </w:rPr>
              <w:t>самульнори</w:t>
            </w:r>
            <w:proofErr w:type="spellEnd"/>
            <w:r>
              <w:t> </w:t>
            </w:r>
            <w:r w:rsidRPr="00C33AF2">
              <w:rPr>
                <w:lang w:val="ru-RU"/>
              </w:rPr>
              <w:t xml:space="preserve">либо боевые искусства </w:t>
            </w:r>
            <w:proofErr w:type="spellStart"/>
            <w:r w:rsidRPr="00C33AF2">
              <w:rPr>
                <w:lang w:val="ru-RU"/>
              </w:rPr>
              <w:t>теккён</w:t>
            </w:r>
            <w:proofErr w:type="spellEnd"/>
            <w:r w:rsidRPr="00C33AF2">
              <w:rPr>
                <w:lang w:val="ru-RU"/>
              </w:rPr>
              <w:t xml:space="preserve">, </w:t>
            </w:r>
            <w:proofErr w:type="spellStart"/>
            <w:proofErr w:type="gramStart"/>
            <w:r w:rsidRPr="00C33AF2">
              <w:rPr>
                <w:lang w:val="ru-RU"/>
              </w:rPr>
              <w:t>тхэквон</w:t>
            </w:r>
            <w:proofErr w:type="spellEnd"/>
            <w:r w:rsidRPr="00C33AF2">
              <w:rPr>
                <w:lang w:val="ru-RU"/>
              </w:rPr>
              <w:t>-до</w:t>
            </w:r>
            <w:proofErr w:type="gramEnd"/>
            <w:r w:rsidRPr="00C33AF2">
              <w:rPr>
                <w:lang w:val="ru-RU"/>
              </w:rPr>
              <w:t xml:space="preserve"> либо выступления молодежных коллективов в стиле </w:t>
            </w:r>
            <w:r>
              <w:t>fusion</w:t>
            </w:r>
            <w:r w:rsidRPr="00C33AF2">
              <w:rPr>
                <w:lang w:val="ru-RU"/>
              </w:rPr>
              <w:t xml:space="preserve"> и т.д.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Рынок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Кванчжан</w:t>
            </w:r>
            <w:proofErr w:type="spellEnd"/>
            <w:r w:rsidRPr="00C33AF2">
              <w:rPr>
                <w:lang w:val="ru-RU"/>
              </w:rPr>
              <w:br/>
              <w:t>Погрузитесь в гастрономическое сер</w:t>
            </w:r>
            <w:r w:rsidRPr="00C33AF2">
              <w:rPr>
                <w:lang w:val="ru-RU"/>
              </w:rPr>
              <w:t xml:space="preserve">дце рынка </w:t>
            </w:r>
            <w:proofErr w:type="spellStart"/>
            <w:r w:rsidRPr="00C33AF2">
              <w:rPr>
                <w:lang w:val="ru-RU"/>
              </w:rPr>
              <w:t>Кванчжан</w:t>
            </w:r>
            <w:proofErr w:type="spellEnd"/>
            <w:r w:rsidRPr="00C33AF2">
              <w:rPr>
                <w:lang w:val="ru-RU"/>
              </w:rPr>
              <w:t xml:space="preserve">, который можно по праву назвать настоящим раем для любителей традиционной еды в самом сердце Сеула. Здесь оживают насыщенные ароматы корейской уличной и, так сказать, более солидной еды. Насладитесь хрустящими блинчиками </w:t>
            </w:r>
            <w:proofErr w:type="spellStart"/>
            <w:r w:rsidRPr="00C33AF2">
              <w:rPr>
                <w:lang w:val="ru-RU"/>
              </w:rPr>
              <w:t>хотток</w:t>
            </w:r>
            <w:proofErr w:type="spellEnd"/>
            <w:r w:rsidRPr="00C33AF2">
              <w:rPr>
                <w:lang w:val="ru-RU"/>
              </w:rPr>
              <w:t>, горячими</w:t>
            </w:r>
            <w:r w:rsidRPr="00C33AF2">
              <w:rPr>
                <w:lang w:val="ru-RU"/>
              </w:rPr>
              <w:t xml:space="preserve"> порциями </w:t>
            </w:r>
            <w:proofErr w:type="spellStart"/>
            <w:r w:rsidRPr="00C33AF2">
              <w:rPr>
                <w:lang w:val="ru-RU"/>
              </w:rPr>
              <w:t>ттокпокки</w:t>
            </w:r>
            <w:proofErr w:type="spellEnd"/>
            <w:r w:rsidRPr="00C33AF2">
              <w:rPr>
                <w:lang w:val="ru-RU"/>
              </w:rPr>
              <w:t xml:space="preserve"> и сочными корейскими пельменями (манду). Оживленная атмосфера, наполненная звуками жарки и манящими ароматами, подарит вам незабываемый праздник для чувств. Если вы гурман или просто хотите познакомиться с корейской кухней, </w:t>
            </w:r>
            <w:proofErr w:type="spellStart"/>
            <w:r w:rsidRPr="00C33AF2">
              <w:rPr>
                <w:lang w:val="ru-RU"/>
              </w:rPr>
              <w:t>Кванчжан</w:t>
            </w:r>
            <w:proofErr w:type="spellEnd"/>
            <w:r w:rsidRPr="00C33AF2">
              <w:rPr>
                <w:lang w:val="ru-RU"/>
              </w:rPr>
              <w:t xml:space="preserve"> ста</w:t>
            </w:r>
            <w:r w:rsidRPr="00C33AF2">
              <w:rPr>
                <w:lang w:val="ru-RU"/>
              </w:rPr>
              <w:t>нет идеальным местом для дегустации аутентичных блюд и погружения в кулинарную культуру Сеула.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ворота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Хынин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 xml:space="preserve">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Чжимун</w:t>
            </w:r>
            <w:proofErr w:type="spellEnd"/>
            <w:r w:rsidRPr="00C33AF2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C33AF2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C33AF2">
              <w:rPr>
                <w:color w:val="555555"/>
                <w:sz w:val="18"/>
                <w:lang w:val="ru-RU"/>
              </w:rPr>
              <w:t>)</w:t>
            </w:r>
            <w:r w:rsidRPr="00C33AF2">
              <w:rPr>
                <w:lang w:val="ru-RU"/>
              </w:rPr>
              <w:br/>
              <w:t>Большие Восточные ворота в крепостной стене Сеула (внешний осмотр)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>
              <w:rPr>
                <w:b/>
                <w:color w:val="F4B942"/>
                <w:sz w:val="20"/>
              </w:rPr>
              <w:t>Dongdaemun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Design</w:t>
            </w:r>
            <w:r w:rsidRPr="00C33AF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Plaza</w:t>
            </w:r>
            <w:r w:rsidRPr="00C33AF2">
              <w:rPr>
                <w:b/>
                <w:color w:val="F4B942"/>
                <w:sz w:val="20"/>
                <w:lang w:val="ru-RU"/>
              </w:rPr>
              <w:t xml:space="preserve"> (</w:t>
            </w:r>
            <w:r>
              <w:rPr>
                <w:b/>
                <w:color w:val="F4B942"/>
                <w:sz w:val="20"/>
              </w:rPr>
              <w:t>DDP</w:t>
            </w:r>
            <w:r w:rsidRPr="00C33AF2">
              <w:rPr>
                <w:b/>
                <w:color w:val="F4B942"/>
                <w:sz w:val="20"/>
                <w:lang w:val="ru-RU"/>
              </w:rPr>
              <w:t>)</w:t>
            </w:r>
            <w:r w:rsidRPr="00C33AF2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C33AF2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C33AF2">
              <w:rPr>
                <w:color w:val="555555"/>
                <w:sz w:val="18"/>
                <w:lang w:val="ru-RU"/>
              </w:rPr>
              <w:t>)</w:t>
            </w:r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t xml:space="preserve">Футуристический комплекс от мировой знаменитости в сфере архитектуры - </w:t>
            </w:r>
            <w:proofErr w:type="spellStart"/>
            <w:r w:rsidRPr="00C33AF2">
              <w:rPr>
                <w:lang w:val="ru-RU"/>
              </w:rPr>
              <w:t>Захи</w:t>
            </w:r>
            <w:proofErr w:type="spellEnd"/>
            <w:r w:rsidRPr="00C33AF2">
              <w:rPr>
                <w:lang w:val="ru-RU"/>
              </w:rPr>
              <w:t xml:space="preserve"> Хадид, центр моды и дизайна, с плавными линиями и современной эстетикой. Расположена в районе </w:t>
            </w:r>
            <w:proofErr w:type="spellStart"/>
            <w:r w:rsidRPr="00C33AF2">
              <w:rPr>
                <w:lang w:val="ru-RU"/>
              </w:rPr>
              <w:t>Тондэмун</w:t>
            </w:r>
            <w:proofErr w:type="spellEnd"/>
            <w:r w:rsidRPr="00C33AF2">
              <w:rPr>
                <w:lang w:val="ru-RU"/>
              </w:rPr>
              <w:t>. Место проведения выставок, форумов, показов мод, биеннале и т.д.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</w:r>
            <w:r>
              <w:rPr>
                <w:b/>
                <w:color w:val="F4B942"/>
                <w:sz w:val="20"/>
              </w:rPr>
              <w:t>Lotte</w:t>
            </w:r>
            <w:r w:rsidRPr="00C33AF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World</w:t>
            </w:r>
            <w:r w:rsidRPr="00C33AF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Tower</w:t>
            </w:r>
            <w:r w:rsidRPr="00C33AF2">
              <w:rPr>
                <w:b/>
                <w:color w:val="F4B942"/>
                <w:sz w:val="20"/>
                <w:lang w:val="ru-RU"/>
              </w:rPr>
              <w:t xml:space="preserve"> &amp; </w:t>
            </w:r>
            <w:r>
              <w:rPr>
                <w:b/>
                <w:color w:val="F4B942"/>
                <w:sz w:val="20"/>
              </w:rPr>
              <w:t>Seoul</w:t>
            </w:r>
            <w:r w:rsidRPr="00C33AF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Sky</w:t>
            </w:r>
            <w:r w:rsidRPr="00C33AF2">
              <w:rPr>
                <w:lang w:val="ru-RU"/>
              </w:rPr>
              <w:br/>
              <w:t xml:space="preserve">Самое высокое здание в Корее - </w:t>
            </w:r>
            <w:r>
              <w:t>Lotte</w:t>
            </w:r>
            <w:r w:rsidRPr="00C33AF2">
              <w:rPr>
                <w:lang w:val="ru-RU"/>
              </w:rPr>
              <w:t xml:space="preserve"> </w:t>
            </w:r>
            <w:r>
              <w:t>World</w:t>
            </w:r>
            <w:r w:rsidRPr="00C33AF2">
              <w:rPr>
                <w:lang w:val="ru-RU"/>
              </w:rPr>
              <w:t xml:space="preserve"> </w:t>
            </w:r>
            <w:r>
              <w:t>Tower</w:t>
            </w:r>
            <w:r w:rsidRPr="00C33AF2">
              <w:rPr>
                <w:lang w:val="ru-RU"/>
              </w:rPr>
              <w:t xml:space="preserve">. 123 этажа и 555 метров высотой. И на самых верхних этажах находится </w:t>
            </w:r>
            <w:r>
              <w:t>Seoul</w:t>
            </w:r>
            <w:r w:rsidRPr="00C33AF2">
              <w:rPr>
                <w:lang w:val="ru-RU"/>
              </w:rPr>
              <w:t xml:space="preserve"> </w:t>
            </w:r>
            <w:r>
              <w:t>Sky</w:t>
            </w:r>
            <w:r w:rsidRPr="00C33AF2">
              <w:rPr>
                <w:lang w:val="ru-RU"/>
              </w:rPr>
              <w:t xml:space="preserve"> - обзорная площадка. Этаж с прозрачным полом; этаж, где вы можете выйти на улицу, этаж с кафе и сувенирами. Д</w:t>
            </w:r>
            <w:r w:rsidRPr="00C33AF2">
              <w:rPr>
                <w:lang w:val="ru-RU"/>
              </w:rPr>
              <w:t xml:space="preserve">аже лифт, который везет вас к </w:t>
            </w:r>
            <w:r>
              <w:t>Seoul</w:t>
            </w:r>
            <w:r w:rsidRPr="00C33AF2">
              <w:rPr>
                <w:lang w:val="ru-RU"/>
              </w:rPr>
              <w:t xml:space="preserve"> </w:t>
            </w:r>
            <w:r>
              <w:t>Sky</w:t>
            </w:r>
            <w:r w:rsidRPr="00C33AF2">
              <w:rPr>
                <w:lang w:val="ru-RU"/>
              </w:rPr>
              <w:t xml:space="preserve"> - отдельный аттракцион с рекордами Гиннесса в придачу.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Буддийский храм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Понынса</w:t>
            </w:r>
            <w:proofErr w:type="spellEnd"/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lastRenderedPageBreak/>
              <w:t xml:space="preserve">Храм </w:t>
            </w:r>
            <w:proofErr w:type="spellStart"/>
            <w:r w:rsidRPr="00C33AF2">
              <w:rPr>
                <w:lang w:val="ru-RU"/>
              </w:rPr>
              <w:t>Понынса</w:t>
            </w:r>
            <w:proofErr w:type="spellEnd"/>
            <w:r w:rsidRPr="00C33AF2">
              <w:rPr>
                <w:lang w:val="ru-RU"/>
              </w:rPr>
              <w:t xml:space="preserve"> расположен в непосредственной близости от </w:t>
            </w:r>
            <w:proofErr w:type="spellStart"/>
            <w:r w:rsidRPr="00C33AF2">
              <w:rPr>
                <w:lang w:val="ru-RU"/>
              </w:rPr>
              <w:t>выставочно-конгрессного</w:t>
            </w:r>
            <w:proofErr w:type="spellEnd"/>
            <w:r w:rsidRPr="00C33AF2">
              <w:rPr>
                <w:lang w:val="ru-RU"/>
              </w:rPr>
              <w:t xml:space="preserve"> комплекса </w:t>
            </w:r>
            <w:r>
              <w:t>COEX</w:t>
            </w:r>
            <w:r w:rsidRPr="00C33AF2">
              <w:rPr>
                <w:lang w:val="ru-RU"/>
              </w:rPr>
              <w:t xml:space="preserve">. Первоначально он назывался </w:t>
            </w:r>
            <w:proofErr w:type="spellStart"/>
            <w:r w:rsidRPr="00C33AF2">
              <w:rPr>
                <w:lang w:val="ru-RU"/>
              </w:rPr>
              <w:t>Кёнсонса</w:t>
            </w:r>
            <w:proofErr w:type="spellEnd"/>
            <w:r w:rsidRPr="00C33AF2">
              <w:rPr>
                <w:lang w:val="ru-RU"/>
              </w:rPr>
              <w:t xml:space="preserve"> и был </w:t>
            </w:r>
            <w:r w:rsidRPr="00C33AF2">
              <w:rPr>
                <w:lang w:val="ru-RU"/>
              </w:rPr>
              <w:t xml:space="preserve">построен королём </w:t>
            </w:r>
            <w:proofErr w:type="spellStart"/>
            <w:r w:rsidRPr="00C33AF2">
              <w:rPr>
                <w:lang w:val="ru-RU"/>
              </w:rPr>
              <w:t>Вонсоном</w:t>
            </w:r>
            <w:proofErr w:type="spellEnd"/>
            <w:r w:rsidRPr="00C33AF2">
              <w:rPr>
                <w:lang w:val="ru-RU"/>
              </w:rPr>
              <w:t xml:space="preserve"> (государство Силла) на десятом году правления (794г.). В 1498 г. стараниями королевы </w:t>
            </w:r>
            <w:proofErr w:type="spellStart"/>
            <w:r w:rsidRPr="00C33AF2">
              <w:rPr>
                <w:lang w:val="ru-RU"/>
              </w:rPr>
              <w:t>Чонхён</w:t>
            </w:r>
            <w:proofErr w:type="spellEnd"/>
            <w:r w:rsidRPr="00C33AF2">
              <w:rPr>
                <w:lang w:val="ru-RU"/>
              </w:rPr>
              <w:t xml:space="preserve"> он был отреставрирован и расширен к востоку от кургана короля </w:t>
            </w:r>
            <w:proofErr w:type="spellStart"/>
            <w:r w:rsidRPr="00C33AF2">
              <w:rPr>
                <w:lang w:val="ru-RU"/>
              </w:rPr>
              <w:t>Сончжона</w:t>
            </w:r>
            <w:proofErr w:type="spellEnd"/>
            <w:r w:rsidRPr="00C33AF2">
              <w:rPr>
                <w:lang w:val="ru-RU"/>
              </w:rPr>
              <w:t xml:space="preserve"> и тогда же получил новое имя - </w:t>
            </w:r>
            <w:proofErr w:type="spellStart"/>
            <w:r w:rsidRPr="00C33AF2">
              <w:rPr>
                <w:lang w:val="ru-RU"/>
              </w:rPr>
              <w:t>Понынса</w:t>
            </w:r>
            <w:proofErr w:type="spellEnd"/>
            <w:r w:rsidRPr="00C33AF2">
              <w:rPr>
                <w:lang w:val="ru-RU"/>
              </w:rPr>
              <w:t xml:space="preserve">. Культовый вид на </w:t>
            </w:r>
            <w:r>
              <w:t>COEX</w:t>
            </w:r>
            <w:r w:rsidRPr="00C33AF2">
              <w:rPr>
                <w:lang w:val="ru-RU"/>
              </w:rPr>
              <w:t xml:space="preserve"> откры</w:t>
            </w:r>
            <w:r w:rsidRPr="00C33AF2">
              <w:rPr>
                <w:lang w:val="ru-RU"/>
              </w:rPr>
              <w:t xml:space="preserve">вается со стороны статуи будды </w:t>
            </w:r>
            <w:proofErr w:type="spellStart"/>
            <w:r w:rsidRPr="00C33AF2">
              <w:rPr>
                <w:lang w:val="ru-RU"/>
              </w:rPr>
              <w:t>Майтреи</w:t>
            </w:r>
            <w:proofErr w:type="spellEnd"/>
            <w:r w:rsidRPr="00C33AF2">
              <w:rPr>
                <w:lang w:val="ru-RU"/>
              </w:rPr>
              <w:t xml:space="preserve"> на территории храма.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памятник </w:t>
            </w:r>
            <w:r>
              <w:rPr>
                <w:b/>
                <w:color w:val="F4B942"/>
                <w:sz w:val="20"/>
              </w:rPr>
              <w:t>Gangnam</w:t>
            </w:r>
            <w:r w:rsidRPr="00C33AF2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Style</w:t>
            </w:r>
            <w:r w:rsidRPr="00C33AF2">
              <w:rPr>
                <w:lang w:val="ru-RU"/>
              </w:rPr>
              <w:br/>
              <w:t xml:space="preserve">Этот памятник обязательно нужно посетить поклонникам мирового хита </w:t>
            </w:r>
            <w:r>
              <w:t>PSY</w:t>
            </w:r>
            <w:r w:rsidRPr="00C33AF2">
              <w:rPr>
                <w:lang w:val="ru-RU"/>
              </w:rPr>
              <w:t xml:space="preserve"> "</w:t>
            </w:r>
            <w:r>
              <w:t>Gangnam</w:t>
            </w:r>
            <w:r w:rsidRPr="00C33AF2">
              <w:rPr>
                <w:lang w:val="ru-RU"/>
              </w:rPr>
              <w:t xml:space="preserve"> </w:t>
            </w:r>
            <w:r>
              <w:t>Style</w:t>
            </w:r>
            <w:r w:rsidRPr="00C33AF2">
              <w:rPr>
                <w:lang w:val="ru-RU"/>
              </w:rPr>
              <w:t>". Забавное место для ярких и запоминающихся фотографий, особенно если вы повторите знам</w:t>
            </w:r>
            <w:r w:rsidRPr="00C33AF2">
              <w:rPr>
                <w:lang w:val="ru-RU"/>
              </w:rPr>
              <w:t>енитую позу "лошадиного танца"!</w:t>
            </w:r>
          </w:p>
        </w:tc>
      </w:tr>
      <w:tr w:rsidR="005A3F39" w14:paraId="035CFD26" w14:textId="77777777">
        <w:tc>
          <w:tcPr>
            <w:tcW w:w="1701" w:type="dxa"/>
          </w:tcPr>
          <w:p w14:paraId="2F6F49AA" w14:textId="77777777" w:rsidR="005A3F39" w:rsidRDefault="00C33AF2">
            <w:proofErr w:type="spellStart"/>
            <w:r>
              <w:rPr>
                <w:b/>
                <w:color w:val="1B3A4B"/>
              </w:rPr>
              <w:lastRenderedPageBreak/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5B69C2A4" w14:textId="77777777" w:rsidR="005A3F39" w:rsidRDefault="00C33AF2">
            <w:r>
              <w:t>Сеул</w:t>
            </w:r>
          </w:p>
        </w:tc>
      </w:tr>
    </w:tbl>
    <w:p w14:paraId="2168600A" w14:textId="77777777" w:rsidR="005A3F39" w:rsidRDefault="005A3F3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5A3F39" w14:paraId="796D337D" w14:textId="77777777">
        <w:tc>
          <w:tcPr>
            <w:tcW w:w="10080" w:type="dxa"/>
            <w:gridSpan w:val="2"/>
            <w:shd w:val="clear" w:color="auto" w:fill="1B3A4B"/>
          </w:tcPr>
          <w:p w14:paraId="3C39332E" w14:textId="77777777" w:rsidR="005A3F39" w:rsidRDefault="00C33AF2">
            <w:r>
              <w:rPr>
                <w:b/>
                <w:color w:val="FFFFFF"/>
                <w:sz w:val="28"/>
              </w:rPr>
              <w:t>День 3</w:t>
            </w:r>
          </w:p>
        </w:tc>
      </w:tr>
      <w:tr w:rsidR="005A3F39" w14:paraId="68081E6E" w14:textId="77777777">
        <w:tc>
          <w:tcPr>
            <w:tcW w:w="1701" w:type="dxa"/>
          </w:tcPr>
          <w:p w14:paraId="6D5D430F" w14:textId="77777777" w:rsidR="005A3F39" w:rsidRDefault="00C33AF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2DE29202" w14:textId="77777777" w:rsidR="005A3F39" w:rsidRDefault="00C33AF2">
            <w:r>
              <w:t>October 26, 2027</w:t>
            </w:r>
          </w:p>
        </w:tc>
      </w:tr>
      <w:tr w:rsidR="005A3F39" w:rsidRPr="00C33AF2" w14:paraId="79A6A55C" w14:textId="77777777">
        <w:tc>
          <w:tcPr>
            <w:tcW w:w="1701" w:type="dxa"/>
          </w:tcPr>
          <w:p w14:paraId="1A845BA6" w14:textId="77777777" w:rsidR="005A3F39" w:rsidRDefault="00C33AF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62BCA22E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b/>
                <w:lang w:val="ru-RU"/>
              </w:rPr>
              <w:t xml:space="preserve">Фольклорная деревня в </w:t>
            </w:r>
            <w:proofErr w:type="spellStart"/>
            <w:r w:rsidRPr="00C33AF2">
              <w:rPr>
                <w:b/>
                <w:lang w:val="ru-RU"/>
              </w:rPr>
              <w:t>Йонине</w:t>
            </w:r>
            <w:proofErr w:type="spellEnd"/>
            <w:r w:rsidRPr="00C33AF2">
              <w:rPr>
                <w:lang w:val="ru-RU"/>
              </w:rPr>
              <w:br/>
            </w:r>
            <w:r w:rsidRPr="00C33AF2">
              <w:rPr>
                <w:color w:val="555555"/>
                <w:lang w:val="ru-RU"/>
              </w:rPr>
              <w:t>Продолжительность: примерно 5.00 часов</w:t>
            </w:r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br/>
              <w:t xml:space="preserve">Добро пожаловать в этнографическую деревню, пропитанную атмосферой истории и культуры, расположенную в </w:t>
            </w:r>
            <w:r w:rsidRPr="00C33AF2">
              <w:rPr>
                <w:lang w:val="ru-RU"/>
              </w:rPr>
              <w:t xml:space="preserve">живописном городе </w:t>
            </w:r>
            <w:proofErr w:type="spellStart"/>
            <w:r w:rsidRPr="00C33AF2">
              <w:rPr>
                <w:lang w:val="ru-RU"/>
              </w:rPr>
              <w:t>Йонин</w:t>
            </w:r>
            <w:proofErr w:type="spellEnd"/>
            <w:r w:rsidRPr="00C33AF2">
              <w:rPr>
                <w:lang w:val="ru-RU"/>
              </w:rPr>
              <w:t xml:space="preserve"> в 30 км от Сеула. Если вы ищете приключение и удивление, то это место, как создано для вас!</w:t>
            </w:r>
            <w:r w:rsidRPr="00C33AF2">
              <w:rPr>
                <w:lang w:val="ru-RU"/>
              </w:rPr>
              <w:br/>
              <w:t>Войдя в деревню, вы оказываетесь на территории, полной аутентичных сооружений и романтических пейзажей, древних корейских традиций и удивите</w:t>
            </w:r>
            <w:r w:rsidRPr="00C33AF2">
              <w:rPr>
                <w:lang w:val="ru-RU"/>
              </w:rPr>
              <w:t>льных обычаев.</w:t>
            </w:r>
            <w:r w:rsidRPr="00C33AF2">
              <w:rPr>
                <w:lang w:val="ru-RU"/>
              </w:rPr>
              <w:br/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Этнографическая деревня в г.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Йонин</w:t>
            </w:r>
            <w:proofErr w:type="spellEnd"/>
            <w:r w:rsidRPr="00C33AF2">
              <w:rPr>
                <w:lang w:val="ru-RU"/>
              </w:rPr>
              <w:br/>
              <w:t xml:space="preserve">Корейская фольклорная деревня в </w:t>
            </w:r>
            <w:proofErr w:type="spellStart"/>
            <w:r w:rsidRPr="00C33AF2">
              <w:rPr>
                <w:lang w:val="ru-RU"/>
              </w:rPr>
              <w:t>Йонине</w:t>
            </w:r>
            <w:proofErr w:type="spellEnd"/>
            <w:r w:rsidRPr="00C33AF2">
              <w:rPr>
                <w:lang w:val="ru-RU"/>
              </w:rPr>
              <w:t xml:space="preserve"> — большой музей под открытым небом, посвящённый повседневной жизни эпохи Чосон. На её территории собрано более 260 построек: дома представителей разных сословий, госу</w:t>
            </w:r>
            <w:r w:rsidRPr="00C33AF2">
              <w:rPr>
                <w:lang w:val="ru-RU"/>
              </w:rPr>
              <w:t xml:space="preserve">дарственные учреждения, аптека, мельницы и ремесленные мастерские. Здания были перевезены из разных регионов Кореи, поэтому здесь можно увидеть архитектурные традиции всей страны: каменные дома Чеджу, крытые соломой жилища южных провинций, дом губернатора </w:t>
            </w:r>
            <w:r w:rsidRPr="00C33AF2">
              <w:rPr>
                <w:lang w:val="ru-RU"/>
              </w:rPr>
              <w:t xml:space="preserve">и конфуцианскую деревенскую школу. Во время прогулки по узким улицам среди </w:t>
            </w:r>
            <w:proofErr w:type="spellStart"/>
            <w:r w:rsidRPr="00C33AF2">
              <w:rPr>
                <w:lang w:val="ru-RU"/>
              </w:rPr>
              <w:t>ханоков</w:t>
            </w:r>
            <w:proofErr w:type="spellEnd"/>
            <w:r w:rsidRPr="00C33AF2">
              <w:rPr>
                <w:lang w:val="ru-RU"/>
              </w:rPr>
              <w:t xml:space="preserve"> можно понаблюдать за работой ремесленников и познакомиться с тем, как были устроены дом, труд и общество в традиционной Корее. На деревенском рынке вы можете попробовать блю</w:t>
            </w:r>
            <w:r w:rsidRPr="00C33AF2">
              <w:rPr>
                <w:lang w:val="ru-RU"/>
              </w:rPr>
              <w:t>да корейской кухни. В течение дня, в зависимости от сезона и расписания, проходят представления традиционной музыки, танцев и народных обрядов.</w:t>
            </w:r>
          </w:p>
        </w:tc>
      </w:tr>
      <w:tr w:rsidR="005A3F39" w:rsidRPr="00C33AF2" w14:paraId="69CFD0E5" w14:textId="77777777">
        <w:tc>
          <w:tcPr>
            <w:tcW w:w="1701" w:type="dxa"/>
          </w:tcPr>
          <w:p w14:paraId="0922B4C9" w14:textId="77777777" w:rsidR="005A3F39" w:rsidRDefault="00C33AF2">
            <w:r>
              <w:rPr>
                <w:b/>
                <w:color w:val="1B3A4B"/>
              </w:rPr>
              <w:t>15:00</w:t>
            </w:r>
          </w:p>
        </w:tc>
        <w:tc>
          <w:tcPr>
            <w:tcW w:w="7937" w:type="dxa"/>
          </w:tcPr>
          <w:p w14:paraId="137E27F6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b/>
                <w:lang w:val="ru-RU"/>
              </w:rPr>
              <w:t xml:space="preserve">Национальный парк </w:t>
            </w:r>
            <w:proofErr w:type="spellStart"/>
            <w:r w:rsidRPr="00C33AF2">
              <w:rPr>
                <w:b/>
                <w:lang w:val="ru-RU"/>
              </w:rPr>
              <w:t>Сонгнисан</w:t>
            </w:r>
            <w:proofErr w:type="spellEnd"/>
            <w:r w:rsidRPr="00C33AF2">
              <w:rPr>
                <w:b/>
                <w:lang w:val="ru-RU"/>
              </w:rPr>
              <w:t xml:space="preserve">, буддийский храм </w:t>
            </w:r>
            <w:proofErr w:type="spellStart"/>
            <w:r w:rsidRPr="00C33AF2">
              <w:rPr>
                <w:b/>
                <w:lang w:val="ru-RU"/>
              </w:rPr>
              <w:t>Попчуса</w:t>
            </w:r>
            <w:proofErr w:type="spellEnd"/>
            <w:r w:rsidRPr="00C33AF2">
              <w:rPr>
                <w:lang w:val="ru-RU"/>
              </w:rPr>
              <w:br/>
            </w:r>
            <w:r w:rsidRPr="00C33AF2">
              <w:rPr>
                <w:color w:val="555555"/>
                <w:lang w:val="ru-RU"/>
              </w:rPr>
              <w:t>Продолжительность: примерно 8.00 часов</w:t>
            </w:r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br/>
              <w:t xml:space="preserve">В 1970 </w:t>
            </w:r>
            <w:r w:rsidRPr="00C33AF2">
              <w:rPr>
                <w:lang w:val="ru-RU"/>
              </w:rPr>
              <w:t xml:space="preserve">году </w:t>
            </w:r>
            <w:proofErr w:type="spellStart"/>
            <w:r w:rsidRPr="00C33AF2">
              <w:rPr>
                <w:lang w:val="ru-RU"/>
              </w:rPr>
              <w:t>Соннисан</w:t>
            </w:r>
            <w:proofErr w:type="spellEnd"/>
            <w:r w:rsidRPr="00C33AF2">
              <w:rPr>
                <w:lang w:val="ru-RU"/>
              </w:rPr>
              <w:t xml:space="preserve"> официально становится шестым по счету национальным парком Кореи. Его называют малым или вторым </w:t>
            </w:r>
            <w:proofErr w:type="spellStart"/>
            <w:r w:rsidRPr="00C33AF2">
              <w:rPr>
                <w:lang w:val="ru-RU"/>
              </w:rPr>
              <w:t>Кымгансаном</w:t>
            </w:r>
            <w:proofErr w:type="spellEnd"/>
            <w:r w:rsidRPr="00C33AF2">
              <w:rPr>
                <w:lang w:val="ru-RU"/>
              </w:rPr>
              <w:t xml:space="preserve"> (горы </w:t>
            </w:r>
            <w:proofErr w:type="spellStart"/>
            <w:r w:rsidRPr="00C33AF2">
              <w:rPr>
                <w:lang w:val="ru-RU"/>
              </w:rPr>
              <w:t>Кымгансан</w:t>
            </w:r>
            <w:proofErr w:type="spellEnd"/>
            <w:r w:rsidRPr="00C33AF2">
              <w:rPr>
                <w:lang w:val="ru-RU"/>
              </w:rPr>
              <w:t>, расположенные в Северной Корее, считаются у корейцев самыми красивыми на полуострове).</w:t>
            </w:r>
            <w:r w:rsidRPr="00C33AF2">
              <w:rPr>
                <w:lang w:val="ru-RU"/>
              </w:rPr>
              <w:br/>
              <w:t>Общая площадь парка - 274.54 кв</w:t>
            </w:r>
            <w:r w:rsidRPr="00C33AF2">
              <w:rPr>
                <w:lang w:val="ru-RU"/>
              </w:rPr>
              <w:t xml:space="preserve">. км. Самой высокой горой в массиве является </w:t>
            </w:r>
            <w:proofErr w:type="spellStart"/>
            <w:r w:rsidRPr="00C33AF2">
              <w:rPr>
                <w:lang w:val="ru-RU"/>
              </w:rPr>
              <w:t>Чхонванбонг</w:t>
            </w:r>
            <w:proofErr w:type="spellEnd"/>
            <w:r w:rsidRPr="00C33AF2">
              <w:rPr>
                <w:lang w:val="ru-RU"/>
              </w:rPr>
              <w:t xml:space="preserve"> (1058 м).</w:t>
            </w:r>
            <w:r w:rsidRPr="00C33AF2">
              <w:rPr>
                <w:lang w:val="ru-RU"/>
              </w:rPr>
              <w:br/>
            </w:r>
            <w:r w:rsidRPr="00C33AF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Попчуса</w:t>
            </w:r>
            <w:proofErr w:type="spellEnd"/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lastRenderedPageBreak/>
              <w:t xml:space="preserve">Монастырь </w:t>
            </w:r>
            <w:proofErr w:type="spellStart"/>
            <w:r w:rsidRPr="00C33AF2">
              <w:rPr>
                <w:lang w:val="ru-RU"/>
              </w:rPr>
              <w:t>Попчуса</w:t>
            </w:r>
            <w:proofErr w:type="spellEnd"/>
            <w:r w:rsidRPr="00C33AF2">
              <w:rPr>
                <w:lang w:val="ru-RU"/>
              </w:rPr>
              <w:t>: "Место, где живет/пребывает закон", закон имеется в виду буддийский - дхарма. Датируется монастырь от 533 г. до 8 и даже 13 века нашей эры. Даже если это был лиш</w:t>
            </w:r>
            <w:r w:rsidRPr="00C33AF2">
              <w:rPr>
                <w:lang w:val="ru-RU"/>
              </w:rPr>
              <w:t xml:space="preserve">ь 13 век - монастырь древний; в нем сохранились как действительно древние реликвии, так и поражающая воображение современная статуя будды </w:t>
            </w:r>
            <w:proofErr w:type="spellStart"/>
            <w:r w:rsidRPr="00C33AF2">
              <w:rPr>
                <w:lang w:val="ru-RU"/>
              </w:rPr>
              <w:t>Майтреи</w:t>
            </w:r>
            <w:proofErr w:type="spellEnd"/>
            <w:r w:rsidRPr="00C33AF2">
              <w:rPr>
                <w:lang w:val="ru-RU"/>
              </w:rPr>
              <w:t xml:space="preserve"> (высотой 33 м.) Один из старейших</w:t>
            </w:r>
            <w:r>
              <w:t> </w:t>
            </w:r>
            <w:r w:rsidRPr="00C33AF2">
              <w:rPr>
                <w:lang w:val="ru-RU"/>
              </w:rPr>
              <w:t>храмов Кореи, внесен в списки Всемирного наследия ЮНЕСКО.</w:t>
            </w:r>
          </w:p>
        </w:tc>
      </w:tr>
      <w:tr w:rsidR="005A3F39" w:rsidRPr="00C33AF2" w14:paraId="43C8AFCC" w14:textId="77777777">
        <w:tc>
          <w:tcPr>
            <w:tcW w:w="1701" w:type="dxa"/>
          </w:tcPr>
          <w:p w14:paraId="648DDACC" w14:textId="77777777" w:rsidR="005A3F39" w:rsidRDefault="00C33AF2">
            <w:r>
              <w:rPr>
                <w:b/>
                <w:color w:val="1B3A4B"/>
              </w:rPr>
              <w:lastRenderedPageBreak/>
              <w:t>19:00</w:t>
            </w:r>
          </w:p>
        </w:tc>
        <w:tc>
          <w:tcPr>
            <w:tcW w:w="7937" w:type="dxa"/>
          </w:tcPr>
          <w:p w14:paraId="310FBCBF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b/>
                <w:lang w:val="ru-RU"/>
              </w:rPr>
              <w:t>ужин, корей</w:t>
            </w:r>
            <w:r w:rsidRPr="00C33AF2">
              <w:rPr>
                <w:b/>
                <w:lang w:val="ru-RU"/>
              </w:rPr>
              <w:t>ская кухня</w:t>
            </w:r>
            <w:r w:rsidRPr="00C33AF2">
              <w:rPr>
                <w:lang w:val="ru-RU"/>
              </w:rPr>
              <w:br/>
            </w:r>
            <w:r w:rsidRPr="00C33AF2">
              <w:rPr>
                <w:color w:val="555555"/>
                <w:lang w:val="ru-RU"/>
              </w:rPr>
              <w:t>Продолжительность: примерно 1.00 часов</w:t>
            </w:r>
            <w:r w:rsidRPr="00C33AF2">
              <w:rPr>
                <w:lang w:val="ru-RU"/>
              </w:rPr>
              <w:br/>
            </w:r>
          </w:p>
        </w:tc>
      </w:tr>
      <w:tr w:rsidR="005A3F39" w14:paraId="1ABACBBF" w14:textId="77777777">
        <w:tc>
          <w:tcPr>
            <w:tcW w:w="1701" w:type="dxa"/>
          </w:tcPr>
          <w:p w14:paraId="050CF8BC" w14:textId="77777777" w:rsidR="005A3F39" w:rsidRDefault="00C33AF2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5DAEECAF" w14:textId="77777777" w:rsidR="005A3F39" w:rsidRDefault="00C33AF2">
            <w:r>
              <w:t>Мунгён, North Gyeongsang</w:t>
            </w:r>
          </w:p>
        </w:tc>
      </w:tr>
    </w:tbl>
    <w:p w14:paraId="0B270D85" w14:textId="77777777" w:rsidR="005A3F39" w:rsidRDefault="005A3F3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5A3F39" w14:paraId="18A0BEBD" w14:textId="77777777">
        <w:tc>
          <w:tcPr>
            <w:tcW w:w="10080" w:type="dxa"/>
            <w:gridSpan w:val="2"/>
            <w:shd w:val="clear" w:color="auto" w:fill="1B3A4B"/>
          </w:tcPr>
          <w:p w14:paraId="743E6474" w14:textId="77777777" w:rsidR="005A3F39" w:rsidRDefault="00C33AF2">
            <w:r>
              <w:rPr>
                <w:b/>
                <w:color w:val="FFFFFF"/>
                <w:sz w:val="28"/>
              </w:rPr>
              <w:t>День 4</w:t>
            </w:r>
          </w:p>
        </w:tc>
      </w:tr>
      <w:tr w:rsidR="005A3F39" w14:paraId="29F70BEC" w14:textId="77777777">
        <w:tc>
          <w:tcPr>
            <w:tcW w:w="1701" w:type="dxa"/>
          </w:tcPr>
          <w:p w14:paraId="69C2113B" w14:textId="77777777" w:rsidR="005A3F39" w:rsidRDefault="00C33AF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551BE397" w14:textId="77777777" w:rsidR="005A3F39" w:rsidRDefault="00C33AF2">
            <w:r>
              <w:t>October 27, 2027</w:t>
            </w:r>
          </w:p>
        </w:tc>
      </w:tr>
      <w:tr w:rsidR="005A3F39" w:rsidRPr="00C33AF2" w14:paraId="24DEAB0C" w14:textId="77777777">
        <w:tc>
          <w:tcPr>
            <w:tcW w:w="1701" w:type="dxa"/>
          </w:tcPr>
          <w:p w14:paraId="05911E13" w14:textId="77777777" w:rsidR="005A3F39" w:rsidRDefault="00C33AF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2B3B815E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lang w:val="ru-RU"/>
              </w:rPr>
              <w:br/>
              <w:t xml:space="preserve">Трансфер в </w:t>
            </w:r>
            <w:proofErr w:type="spellStart"/>
            <w:r w:rsidRPr="00C33AF2">
              <w:rPr>
                <w:lang w:val="ru-RU"/>
              </w:rPr>
              <w:t>Кёнчжу</w:t>
            </w:r>
            <w:proofErr w:type="spellEnd"/>
            <w:r w:rsidRPr="00C33AF2">
              <w:rPr>
                <w:lang w:val="ru-RU"/>
              </w:rPr>
              <w:t xml:space="preserve"> (около 2 часов)</w:t>
            </w:r>
          </w:p>
        </w:tc>
      </w:tr>
      <w:tr w:rsidR="005A3F39" w:rsidRPr="00C33AF2" w14:paraId="1929F8B1" w14:textId="77777777">
        <w:tc>
          <w:tcPr>
            <w:tcW w:w="1701" w:type="dxa"/>
          </w:tcPr>
          <w:p w14:paraId="0D54B22C" w14:textId="77777777" w:rsidR="005A3F39" w:rsidRDefault="00C33AF2">
            <w:r>
              <w:rPr>
                <w:b/>
                <w:color w:val="1B3A4B"/>
              </w:rPr>
              <w:t>11:00</w:t>
            </w:r>
          </w:p>
        </w:tc>
        <w:tc>
          <w:tcPr>
            <w:tcW w:w="7937" w:type="dxa"/>
          </w:tcPr>
          <w:p w14:paraId="0543E80D" w14:textId="77777777" w:rsidR="005A3F39" w:rsidRPr="00C33AF2" w:rsidRDefault="00C33AF2">
            <w:pPr>
              <w:rPr>
                <w:lang w:val="ru-RU"/>
              </w:rPr>
            </w:pPr>
            <w:proofErr w:type="spellStart"/>
            <w:r w:rsidRPr="00C33AF2">
              <w:rPr>
                <w:b/>
                <w:lang w:val="ru-RU"/>
              </w:rPr>
              <w:t>Кёнчжу</w:t>
            </w:r>
            <w:proofErr w:type="spellEnd"/>
            <w:r w:rsidRPr="00C33AF2">
              <w:rPr>
                <w:b/>
                <w:lang w:val="ru-RU"/>
              </w:rPr>
              <w:t>: столица Силла и памятники ЮНЕСКО</w:t>
            </w:r>
            <w:r w:rsidRPr="00C33AF2">
              <w:rPr>
                <w:lang w:val="ru-RU"/>
              </w:rPr>
              <w:br/>
            </w:r>
            <w:r w:rsidRPr="00C33AF2">
              <w:rPr>
                <w:color w:val="555555"/>
                <w:lang w:val="ru-RU"/>
              </w:rPr>
              <w:t>Продолжительность: примерно 8.00 часов</w:t>
            </w:r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br/>
              <w:t xml:space="preserve">Город </w:t>
            </w:r>
            <w:proofErr w:type="spellStart"/>
            <w:r w:rsidRPr="00C33AF2">
              <w:rPr>
                <w:lang w:val="ru-RU"/>
              </w:rPr>
              <w:t>Кёнчжу</w:t>
            </w:r>
            <w:proofErr w:type="spellEnd"/>
            <w:r w:rsidRPr="00C33AF2">
              <w:rPr>
                <w:lang w:val="ru-RU"/>
              </w:rPr>
              <w:t>, древняя столица корейского государства Силла, знаменит своими памятниками, включенными в всемирное наследие ЮНЕСКО: курганами, древними буддийскими монастырями,</w:t>
            </w:r>
            <w:r w:rsidRPr="00C33AF2">
              <w:rPr>
                <w:lang w:val="ru-RU"/>
              </w:rPr>
              <w:br/>
              <w:t>искусственным</w:t>
            </w:r>
            <w:r w:rsidRPr="00C33AF2">
              <w:rPr>
                <w:lang w:val="ru-RU"/>
              </w:rPr>
              <w:br/>
              <w:t xml:space="preserve">гротом </w:t>
            </w:r>
            <w:proofErr w:type="spellStart"/>
            <w:r w:rsidRPr="00C33AF2">
              <w:rPr>
                <w:lang w:val="ru-RU"/>
              </w:rPr>
              <w:t>Соккурам</w:t>
            </w:r>
            <w:proofErr w:type="spellEnd"/>
            <w:r w:rsidRPr="00C33AF2">
              <w:rPr>
                <w:lang w:val="ru-RU"/>
              </w:rPr>
              <w:t>.</w:t>
            </w:r>
            <w:r w:rsidRPr="00C33AF2">
              <w:rPr>
                <w:lang w:val="ru-RU"/>
              </w:rPr>
              <w:br/>
              <w:t xml:space="preserve">А еще </w:t>
            </w:r>
            <w:proofErr w:type="spellStart"/>
            <w:r w:rsidRPr="00C33AF2">
              <w:rPr>
                <w:lang w:val="ru-RU"/>
              </w:rPr>
              <w:t>Кёнчжу</w:t>
            </w:r>
            <w:proofErr w:type="spellEnd"/>
            <w:r w:rsidRPr="00C33AF2">
              <w:rPr>
                <w:lang w:val="ru-RU"/>
              </w:rPr>
              <w:t xml:space="preserve"> - уникальный национальный парк. Единственны</w:t>
            </w:r>
            <w:r w:rsidRPr="00C33AF2">
              <w:rPr>
                <w:lang w:val="ru-RU"/>
              </w:rPr>
              <w:t>й в Корее исторический национальный парк!</w:t>
            </w:r>
            <w:r w:rsidRPr="00C33AF2">
              <w:rPr>
                <w:lang w:val="ru-RU"/>
              </w:rPr>
              <w:br/>
              <w:t xml:space="preserve">Внимание! Если экскурсия заканчивается в дневное время, вместо Восточного дворца мы посещаем Государственный музей </w:t>
            </w:r>
            <w:proofErr w:type="spellStart"/>
            <w:r w:rsidRPr="00C33AF2">
              <w:rPr>
                <w:lang w:val="ru-RU"/>
              </w:rPr>
              <w:t>Кёнчжу</w:t>
            </w:r>
            <w:proofErr w:type="spellEnd"/>
            <w:r w:rsidRPr="00C33AF2">
              <w:rPr>
                <w:lang w:val="ru-RU"/>
              </w:rPr>
              <w:t>.</w:t>
            </w:r>
            <w:r w:rsidRPr="00C33AF2">
              <w:rPr>
                <w:lang w:val="ru-RU"/>
              </w:rPr>
              <w:br/>
            </w:r>
            <w:r w:rsidRPr="00C33AF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Соккурам</w:t>
            </w:r>
            <w:proofErr w:type="spellEnd"/>
            <w:r w:rsidRPr="00C33AF2">
              <w:rPr>
                <w:lang w:val="ru-RU"/>
              </w:rPr>
              <w:br/>
              <w:t>Статуя Будды в этом небольшом храме в искусственном гроте считается самой изящной</w:t>
            </w:r>
            <w:r w:rsidRPr="00C33AF2">
              <w:rPr>
                <w:lang w:val="ru-RU"/>
              </w:rPr>
              <w:t xml:space="preserve"> во Всей Корее! Расположен грот на склоне горы </w:t>
            </w:r>
            <w:proofErr w:type="spellStart"/>
            <w:r w:rsidRPr="00C33AF2">
              <w:rPr>
                <w:lang w:val="ru-RU"/>
              </w:rPr>
              <w:t>Тхохамсан</w:t>
            </w:r>
            <w:proofErr w:type="spellEnd"/>
            <w:r w:rsidRPr="00C33AF2">
              <w:rPr>
                <w:lang w:val="ru-RU"/>
              </w:rPr>
              <w:t xml:space="preserve">, куда ведет извилистый серпантин горной дороги. Прогулка до храма по горному лесу от стоянки занимает около 15-20 минут; в зависимости от погоды, нас ждет либо таинственный туманный ландшафт (туманы </w:t>
            </w:r>
            <w:r w:rsidRPr="00C33AF2">
              <w:rPr>
                <w:lang w:val="ru-RU"/>
              </w:rPr>
              <w:t xml:space="preserve">на этой горе - не редкость), либо захватывающие виды с высоты птичьего полета на тысячелетний </w:t>
            </w:r>
            <w:proofErr w:type="spellStart"/>
            <w:r w:rsidRPr="00C33AF2">
              <w:rPr>
                <w:lang w:val="ru-RU"/>
              </w:rPr>
              <w:t>Кёнчжу</w:t>
            </w:r>
            <w:proofErr w:type="spellEnd"/>
            <w:r w:rsidRPr="00C33AF2">
              <w:rPr>
                <w:lang w:val="ru-RU"/>
              </w:rPr>
              <w:t xml:space="preserve">. В </w:t>
            </w:r>
            <w:proofErr w:type="spellStart"/>
            <w:r w:rsidRPr="00C33AF2">
              <w:rPr>
                <w:lang w:val="ru-RU"/>
              </w:rPr>
              <w:t>гротте</w:t>
            </w:r>
            <w:proofErr w:type="spellEnd"/>
            <w:r w:rsidRPr="00C33AF2">
              <w:rPr>
                <w:lang w:val="ru-RU"/>
              </w:rPr>
              <w:t xml:space="preserve">, который формально является эрмитажем храма </w:t>
            </w:r>
            <w:proofErr w:type="spellStart"/>
            <w:r w:rsidRPr="00C33AF2">
              <w:rPr>
                <w:lang w:val="ru-RU"/>
              </w:rPr>
              <w:t>Пульгукса</w:t>
            </w:r>
            <w:proofErr w:type="spellEnd"/>
            <w:r w:rsidRPr="00C33AF2">
              <w:rPr>
                <w:lang w:val="ru-RU"/>
              </w:rPr>
              <w:t>, расположенного ниже по склону, главенствующее положение занимает та самая статуя Будды, си</w:t>
            </w:r>
            <w:r w:rsidRPr="00C33AF2">
              <w:rPr>
                <w:lang w:val="ru-RU"/>
              </w:rPr>
              <w:t xml:space="preserve">дящего в позе лотоса на пьедестале в форме лотоса же. Вокруг него на разной высоте расположены барельефы и статуи бодхисаттв, архатов, Индры и Брахмы, Четырех небесных королей. В случае согласия группы мы можем спуститься по склону горы до самого храма </w:t>
            </w:r>
            <w:proofErr w:type="spellStart"/>
            <w:r w:rsidRPr="00C33AF2">
              <w:rPr>
                <w:lang w:val="ru-RU"/>
              </w:rPr>
              <w:t>Пул</w:t>
            </w:r>
            <w:r w:rsidRPr="00C33AF2">
              <w:rPr>
                <w:lang w:val="ru-RU"/>
              </w:rPr>
              <w:t>ьгукса</w:t>
            </w:r>
            <w:proofErr w:type="spellEnd"/>
            <w:r w:rsidRPr="00C33AF2">
              <w:rPr>
                <w:lang w:val="ru-RU"/>
              </w:rPr>
              <w:t>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Пульгукса</w:t>
            </w:r>
            <w:proofErr w:type="spellEnd"/>
            <w:r w:rsidRPr="00C33AF2">
              <w:rPr>
                <w:lang w:val="ru-RU"/>
              </w:rPr>
              <w:br/>
              <w:t xml:space="preserve">Главный буддийский храм Объединенного Силла, он и сейчас является местом паломничество многочисленных гостей Кореи. Построен храм был в 774 году под руководством премьера государства Силла Ким </w:t>
            </w:r>
            <w:proofErr w:type="spellStart"/>
            <w:r w:rsidRPr="00C33AF2">
              <w:rPr>
                <w:lang w:val="ru-RU"/>
              </w:rPr>
              <w:t>Тэсона</w:t>
            </w:r>
            <w:proofErr w:type="spellEnd"/>
            <w:r w:rsidRPr="00C33AF2">
              <w:rPr>
                <w:lang w:val="ru-RU"/>
              </w:rPr>
              <w:t xml:space="preserve">. Легенда гласит, что </w:t>
            </w:r>
            <w:proofErr w:type="spellStart"/>
            <w:r w:rsidRPr="00C33AF2">
              <w:rPr>
                <w:lang w:val="ru-RU"/>
              </w:rPr>
              <w:t>Пульгукса</w:t>
            </w:r>
            <w:proofErr w:type="spellEnd"/>
            <w:r w:rsidRPr="00C33AF2">
              <w:rPr>
                <w:lang w:val="ru-RU"/>
              </w:rPr>
              <w:t xml:space="preserve"> был пос</w:t>
            </w:r>
            <w:r w:rsidRPr="00C33AF2">
              <w:rPr>
                <w:lang w:val="ru-RU"/>
              </w:rPr>
              <w:t xml:space="preserve">вящен родителям действующего, так сказать, Ким </w:t>
            </w:r>
            <w:proofErr w:type="spellStart"/>
            <w:r w:rsidRPr="00C33AF2">
              <w:rPr>
                <w:lang w:val="ru-RU"/>
              </w:rPr>
              <w:t>Тэсона</w:t>
            </w:r>
            <w:proofErr w:type="spellEnd"/>
            <w:r w:rsidRPr="00C33AF2">
              <w:rPr>
                <w:lang w:val="ru-RU"/>
              </w:rPr>
              <w:t xml:space="preserve">. В то время как </w:t>
            </w:r>
            <w:proofErr w:type="spellStart"/>
            <w:r w:rsidRPr="00C33AF2">
              <w:rPr>
                <w:lang w:val="ru-RU"/>
              </w:rPr>
              <w:t>Соккурам</w:t>
            </w:r>
            <w:proofErr w:type="spellEnd"/>
            <w:r w:rsidRPr="00C33AF2">
              <w:rPr>
                <w:lang w:val="ru-RU"/>
              </w:rPr>
              <w:t xml:space="preserve">, храм-эрмитаж при </w:t>
            </w:r>
            <w:proofErr w:type="spellStart"/>
            <w:r w:rsidRPr="00C33AF2">
              <w:rPr>
                <w:lang w:val="ru-RU"/>
              </w:rPr>
              <w:t>Пульгукса</w:t>
            </w:r>
            <w:proofErr w:type="spellEnd"/>
            <w:r w:rsidRPr="00C33AF2">
              <w:rPr>
                <w:lang w:val="ru-RU"/>
              </w:rPr>
              <w:t xml:space="preserve">, был предназначен родителям Ким </w:t>
            </w:r>
            <w:proofErr w:type="spellStart"/>
            <w:r w:rsidRPr="00C33AF2">
              <w:rPr>
                <w:lang w:val="ru-RU"/>
              </w:rPr>
              <w:t>Тэсона</w:t>
            </w:r>
            <w:proofErr w:type="spellEnd"/>
            <w:r w:rsidRPr="00C33AF2">
              <w:rPr>
                <w:lang w:val="ru-RU"/>
              </w:rPr>
              <w:t xml:space="preserve"> из предыдущих его перерождений. В 1995 году </w:t>
            </w:r>
            <w:proofErr w:type="spellStart"/>
            <w:r w:rsidRPr="00C33AF2">
              <w:rPr>
                <w:lang w:val="ru-RU"/>
              </w:rPr>
              <w:t>Пульгукса</w:t>
            </w:r>
            <w:proofErr w:type="spellEnd"/>
            <w:r w:rsidRPr="00C33AF2">
              <w:rPr>
                <w:lang w:val="ru-RU"/>
              </w:rPr>
              <w:t xml:space="preserve"> и </w:t>
            </w:r>
            <w:proofErr w:type="spellStart"/>
            <w:r w:rsidRPr="00C33AF2">
              <w:rPr>
                <w:lang w:val="ru-RU"/>
              </w:rPr>
              <w:t>Соккурам</w:t>
            </w:r>
            <w:proofErr w:type="spellEnd"/>
            <w:r w:rsidRPr="00C33AF2">
              <w:rPr>
                <w:lang w:val="ru-RU"/>
              </w:rPr>
              <w:t xml:space="preserve"> были внесены в списки Всемирного наследия ЮНЕ</w:t>
            </w:r>
            <w:r w:rsidRPr="00C33AF2">
              <w:rPr>
                <w:lang w:val="ru-RU"/>
              </w:rPr>
              <w:t>СКО.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Обсерватория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Чхомсондэ</w:t>
            </w:r>
            <w:proofErr w:type="spellEnd"/>
            <w:r w:rsidRPr="00C33AF2">
              <w:rPr>
                <w:lang w:val="ru-RU"/>
              </w:rPr>
              <w:br/>
            </w:r>
            <w:proofErr w:type="spellStart"/>
            <w:r w:rsidRPr="00C33AF2">
              <w:rPr>
                <w:lang w:val="ru-RU"/>
              </w:rPr>
              <w:t>Чхомсондэ</w:t>
            </w:r>
            <w:proofErr w:type="spellEnd"/>
            <w:r w:rsidRPr="00C33AF2">
              <w:rPr>
                <w:lang w:val="ru-RU"/>
              </w:rPr>
              <w:t xml:space="preserve"> - одна из старейших обсерваторий мира (7 в.). Башня обсерватории </w:t>
            </w:r>
            <w:r w:rsidRPr="00C33AF2">
              <w:rPr>
                <w:lang w:val="ru-RU"/>
              </w:rPr>
              <w:lastRenderedPageBreak/>
              <w:t>полна символизма: общее количество обтесанных камней, из которых она сложена; количество рядов этих камней до и над небольшим окном, форма камней... Всем</w:t>
            </w:r>
            <w:r w:rsidRPr="00C33AF2">
              <w:rPr>
                <w:lang w:val="ru-RU"/>
              </w:rPr>
              <w:t xml:space="preserve">у разумные </w:t>
            </w:r>
            <w:proofErr w:type="spellStart"/>
            <w:r w:rsidRPr="00C33AF2">
              <w:rPr>
                <w:lang w:val="ru-RU"/>
              </w:rPr>
              <w:t>силлакцы</w:t>
            </w:r>
            <w:proofErr w:type="spellEnd"/>
            <w:r w:rsidRPr="00C33AF2">
              <w:rPr>
                <w:lang w:val="ru-RU"/>
              </w:rPr>
              <w:t xml:space="preserve"> уделили внимание. Построена </w:t>
            </w:r>
            <w:proofErr w:type="spellStart"/>
            <w:r w:rsidRPr="00C33AF2">
              <w:rPr>
                <w:lang w:val="ru-RU"/>
              </w:rPr>
              <w:t>Чхомсондэ</w:t>
            </w:r>
            <w:proofErr w:type="spellEnd"/>
            <w:r w:rsidRPr="00C33AF2">
              <w:rPr>
                <w:lang w:val="ru-RU"/>
              </w:rPr>
              <w:t xml:space="preserve"> была при правящей королеве </w:t>
            </w:r>
            <w:proofErr w:type="spellStart"/>
            <w:r w:rsidRPr="00C33AF2">
              <w:rPr>
                <w:lang w:val="ru-RU"/>
              </w:rPr>
              <w:t>Сондок</w:t>
            </w:r>
            <w:proofErr w:type="spellEnd"/>
            <w:r w:rsidRPr="00C33AF2">
              <w:rPr>
                <w:lang w:val="ru-RU"/>
              </w:rPr>
              <w:t xml:space="preserve"> - одной из трех за всю историю Силла. Королева попала в </w:t>
            </w:r>
            <w:proofErr w:type="gramStart"/>
            <w:r w:rsidRPr="00C33AF2">
              <w:rPr>
                <w:lang w:val="ru-RU"/>
              </w:rPr>
              <w:t>дораму ,</w:t>
            </w:r>
            <w:proofErr w:type="gramEnd"/>
            <w:r w:rsidRPr="00C33AF2">
              <w:rPr>
                <w:lang w:val="ru-RU"/>
              </w:rPr>
              <w:t xml:space="preserve"> которая, конечно же, снималась в </w:t>
            </w:r>
            <w:proofErr w:type="spellStart"/>
            <w:r w:rsidRPr="00C33AF2">
              <w:rPr>
                <w:lang w:val="ru-RU"/>
              </w:rPr>
              <w:t>Кёнчжу</w:t>
            </w:r>
            <w:proofErr w:type="spellEnd"/>
            <w:r w:rsidRPr="00C33AF2">
              <w:rPr>
                <w:lang w:val="ru-RU"/>
              </w:rPr>
              <w:t>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>Курган Небесной Лошади</w:t>
            </w:r>
            <w:r w:rsidRPr="00C33AF2">
              <w:rPr>
                <w:lang w:val="ru-RU"/>
              </w:rPr>
              <w:br/>
              <w:t>Единственный курган, куда можно бук</w:t>
            </w:r>
            <w:r w:rsidRPr="00C33AF2">
              <w:rPr>
                <w:lang w:val="ru-RU"/>
              </w:rPr>
              <w:t>вально войти . Внутри представлено устройство захоронения эпохи Силла.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Пунхванса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 xml:space="preserve"> (храм)</w:t>
            </w:r>
            <w:r w:rsidRPr="00C33AF2">
              <w:rPr>
                <w:lang w:val="ru-RU"/>
              </w:rPr>
              <w:br/>
              <w:t xml:space="preserve">Старейший храм </w:t>
            </w:r>
            <w:proofErr w:type="spellStart"/>
            <w:r w:rsidRPr="00C33AF2">
              <w:rPr>
                <w:lang w:val="ru-RU"/>
              </w:rPr>
              <w:t>Кёнчжу</w:t>
            </w:r>
            <w:proofErr w:type="spellEnd"/>
            <w:r w:rsidRPr="00C33AF2">
              <w:rPr>
                <w:lang w:val="ru-RU"/>
              </w:rPr>
              <w:t xml:space="preserve"> времён Силла периода Трёх государств - "Храм желтого дракона", </w:t>
            </w:r>
            <w:proofErr w:type="spellStart"/>
            <w:r w:rsidRPr="00C33AF2">
              <w:rPr>
                <w:lang w:val="ru-RU"/>
              </w:rPr>
              <w:t>Хванёнса</w:t>
            </w:r>
            <w:proofErr w:type="spellEnd"/>
            <w:r w:rsidRPr="00C33AF2">
              <w:rPr>
                <w:lang w:val="ru-RU"/>
              </w:rPr>
              <w:t>, - не сохранился; однако у нас осталась уникальная возможность познакомить</w:t>
            </w:r>
            <w:r w:rsidRPr="00C33AF2">
              <w:rPr>
                <w:lang w:val="ru-RU"/>
              </w:rPr>
              <w:t xml:space="preserve">ся с пагодой, принадлежащей храму </w:t>
            </w:r>
            <w:proofErr w:type="spellStart"/>
            <w:r w:rsidRPr="00C33AF2">
              <w:rPr>
                <w:lang w:val="ru-RU"/>
              </w:rPr>
              <w:t>Пунхванса</w:t>
            </w:r>
            <w:proofErr w:type="spellEnd"/>
            <w:r w:rsidRPr="00C33AF2">
              <w:rPr>
                <w:lang w:val="ru-RU"/>
              </w:rPr>
              <w:t>; особенность этой пагоды: она построена из камней, обтесанных так, что они по форме напоминают кирпич. Что не сделаешь, если не знаком с технологией (производства кирпича, в данном случае)!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>Восточный дворец и пру</w:t>
            </w:r>
            <w:r w:rsidRPr="00C33AF2">
              <w:rPr>
                <w:b/>
                <w:color w:val="F4B942"/>
                <w:sz w:val="20"/>
                <w:lang w:val="ru-RU"/>
              </w:rPr>
              <w:t xml:space="preserve">д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Вольчжи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 xml:space="preserve"> (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Анапчи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>)</w:t>
            </w:r>
            <w:r w:rsidRPr="00C33AF2">
              <w:rPr>
                <w:lang w:val="ru-RU"/>
              </w:rPr>
              <w:br/>
              <w:t>Практически построенный заново "Восточный дворец" является, тем не менее, прекрасным местом для прогулок, особенно вечером.</w:t>
            </w:r>
          </w:p>
        </w:tc>
      </w:tr>
      <w:tr w:rsidR="005A3F39" w:rsidRPr="00C33AF2" w14:paraId="1BDB9710" w14:textId="77777777">
        <w:tc>
          <w:tcPr>
            <w:tcW w:w="1701" w:type="dxa"/>
          </w:tcPr>
          <w:p w14:paraId="7A365A17" w14:textId="77777777" w:rsidR="005A3F39" w:rsidRPr="00C33AF2" w:rsidRDefault="005A3F3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122B229D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lang w:val="ru-RU"/>
              </w:rPr>
              <w:br/>
              <w:t>трансфер в Пусан (</w:t>
            </w:r>
            <w:proofErr w:type="spellStart"/>
            <w:r w:rsidRPr="00C33AF2">
              <w:rPr>
                <w:lang w:val="ru-RU"/>
              </w:rPr>
              <w:t>ок</w:t>
            </w:r>
            <w:proofErr w:type="spellEnd"/>
            <w:r w:rsidRPr="00C33AF2">
              <w:rPr>
                <w:lang w:val="ru-RU"/>
              </w:rPr>
              <w:t>. 1 часа)</w:t>
            </w:r>
          </w:p>
        </w:tc>
      </w:tr>
      <w:tr w:rsidR="005A3F39" w14:paraId="6999210D" w14:textId="77777777">
        <w:tc>
          <w:tcPr>
            <w:tcW w:w="1701" w:type="dxa"/>
          </w:tcPr>
          <w:p w14:paraId="523EF2DD" w14:textId="77777777" w:rsidR="005A3F39" w:rsidRDefault="00C33AF2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53F7EF03" w14:textId="77777777" w:rsidR="005A3F39" w:rsidRDefault="00C33AF2">
            <w:r>
              <w:t>Пусан</w:t>
            </w:r>
          </w:p>
        </w:tc>
      </w:tr>
    </w:tbl>
    <w:p w14:paraId="3295DD32" w14:textId="77777777" w:rsidR="005A3F39" w:rsidRDefault="005A3F3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5A3F39" w14:paraId="31BF7E4B" w14:textId="77777777">
        <w:tc>
          <w:tcPr>
            <w:tcW w:w="10080" w:type="dxa"/>
            <w:gridSpan w:val="2"/>
            <w:shd w:val="clear" w:color="auto" w:fill="1B3A4B"/>
          </w:tcPr>
          <w:p w14:paraId="3A53891A" w14:textId="77777777" w:rsidR="005A3F39" w:rsidRDefault="00C33AF2">
            <w:r>
              <w:rPr>
                <w:b/>
                <w:color w:val="FFFFFF"/>
                <w:sz w:val="28"/>
              </w:rPr>
              <w:t>День 5</w:t>
            </w:r>
          </w:p>
        </w:tc>
      </w:tr>
      <w:tr w:rsidR="005A3F39" w14:paraId="5A95C8CE" w14:textId="77777777">
        <w:tc>
          <w:tcPr>
            <w:tcW w:w="1701" w:type="dxa"/>
          </w:tcPr>
          <w:p w14:paraId="1A5CC08A" w14:textId="77777777" w:rsidR="005A3F39" w:rsidRDefault="00C33AF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735337EF" w14:textId="77777777" w:rsidR="005A3F39" w:rsidRDefault="00C33AF2">
            <w:r>
              <w:t>October 28, 2027</w:t>
            </w:r>
          </w:p>
        </w:tc>
      </w:tr>
      <w:tr w:rsidR="005A3F39" w:rsidRPr="00C33AF2" w14:paraId="12733705" w14:textId="77777777">
        <w:tc>
          <w:tcPr>
            <w:tcW w:w="1701" w:type="dxa"/>
          </w:tcPr>
          <w:p w14:paraId="3F455FC7" w14:textId="77777777" w:rsidR="005A3F39" w:rsidRDefault="00C33AF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63782012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b/>
                <w:lang w:val="ru-RU"/>
              </w:rPr>
              <w:t xml:space="preserve">Пусан: рынок </w:t>
            </w:r>
            <w:proofErr w:type="spellStart"/>
            <w:r w:rsidRPr="00C33AF2">
              <w:rPr>
                <w:b/>
                <w:lang w:val="ru-RU"/>
              </w:rPr>
              <w:t>Чагальчхи</w:t>
            </w:r>
            <w:proofErr w:type="spellEnd"/>
            <w:r w:rsidRPr="00C33AF2">
              <w:rPr>
                <w:b/>
                <w:lang w:val="ru-RU"/>
              </w:rPr>
              <w:t xml:space="preserve">, деревня </w:t>
            </w:r>
            <w:proofErr w:type="spellStart"/>
            <w:r w:rsidRPr="00C33AF2">
              <w:rPr>
                <w:b/>
                <w:lang w:val="ru-RU"/>
              </w:rPr>
              <w:t>Камчхон</w:t>
            </w:r>
            <w:proofErr w:type="spellEnd"/>
            <w:r w:rsidRPr="00C33AF2">
              <w:rPr>
                <w:b/>
                <w:lang w:val="ru-RU"/>
              </w:rPr>
              <w:t xml:space="preserve"> и канатная дорога над морем</w:t>
            </w:r>
            <w:r w:rsidRPr="00C33AF2">
              <w:rPr>
                <w:lang w:val="ru-RU"/>
              </w:rPr>
              <w:br/>
            </w:r>
            <w:r w:rsidRPr="00C33AF2">
              <w:rPr>
                <w:color w:val="555555"/>
                <w:lang w:val="ru-RU"/>
              </w:rPr>
              <w:t>Продолжительность: примерно 7.00 часов</w:t>
            </w:r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br/>
              <w:t xml:space="preserve">Сегодня нам </w:t>
            </w:r>
            <w:proofErr w:type="gramStart"/>
            <w:r w:rsidRPr="00C33AF2">
              <w:rPr>
                <w:lang w:val="ru-RU"/>
              </w:rPr>
              <w:t>предстоит</w:t>
            </w:r>
            <w:r>
              <w:t> </w:t>
            </w:r>
            <w:r w:rsidRPr="00C33AF2">
              <w:rPr>
                <w:lang w:val="ru-RU"/>
              </w:rPr>
              <w:t xml:space="preserve"> путешествие</w:t>
            </w:r>
            <w:proofErr w:type="gramEnd"/>
            <w:r w:rsidRPr="00C33AF2">
              <w:rPr>
                <w:lang w:val="ru-RU"/>
              </w:rPr>
              <w:t xml:space="preserve"> по самому, пожалуй, динамичному мегаполису Южной Кореи. Что же нас ждет в Пусане?</w:t>
            </w:r>
            <w:r w:rsidRPr="00C33AF2">
              <w:rPr>
                <w:lang w:val="ru-RU"/>
              </w:rPr>
              <w:br/>
              <w:t xml:space="preserve">Богатый всевозможными обитателями моря, как </w:t>
            </w:r>
            <w:r w:rsidRPr="00C33AF2">
              <w:rPr>
                <w:lang w:val="ru-RU"/>
              </w:rPr>
              <w:t xml:space="preserve">переработанными, так и вполне себе живыми, рыбный рынок </w:t>
            </w:r>
            <w:proofErr w:type="spellStart"/>
            <w:r w:rsidRPr="00C33AF2">
              <w:rPr>
                <w:lang w:val="ru-RU"/>
              </w:rPr>
              <w:t>Чагальчхи</w:t>
            </w:r>
            <w:proofErr w:type="spellEnd"/>
            <w:r w:rsidRPr="00C33AF2">
              <w:rPr>
                <w:lang w:val="ru-RU"/>
              </w:rPr>
              <w:t xml:space="preserve">, Культурная деревня </w:t>
            </w:r>
            <w:proofErr w:type="spellStart"/>
            <w:r w:rsidRPr="00C33AF2">
              <w:rPr>
                <w:lang w:val="ru-RU"/>
              </w:rPr>
              <w:t>Камчхон</w:t>
            </w:r>
            <w:proofErr w:type="spellEnd"/>
            <w:r w:rsidRPr="00C33AF2">
              <w:rPr>
                <w:lang w:val="ru-RU"/>
              </w:rPr>
              <w:t>, обзорная площадка на крыше универмага, канатная дорога над морем! Прекрасный Остров Камелий и место встречи президентов АТЭС-2005.</w:t>
            </w:r>
            <w:r w:rsidRPr="00C33AF2">
              <w:rPr>
                <w:lang w:val="ru-RU"/>
              </w:rPr>
              <w:br/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>Алмазный мост (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Кванан-тэгё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>)</w:t>
            </w:r>
            <w:r w:rsidRPr="00C33AF2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C33AF2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C33AF2">
              <w:rPr>
                <w:color w:val="555555"/>
                <w:sz w:val="18"/>
                <w:lang w:val="ru-RU"/>
              </w:rPr>
              <w:t>)</w:t>
            </w:r>
            <w:r w:rsidRPr="00C33AF2">
              <w:rPr>
                <w:lang w:val="ru-RU"/>
              </w:rPr>
              <w:br/>
              <w:t>Один из символов Пусана, т.н. "Алмазный мост" раскинулся над морем. Место проведения, в т.ч., красочного "Фестиваля фейерверков" осенью.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Деревня культуры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Камчхон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 xml:space="preserve"> в Пусане</w:t>
            </w:r>
            <w:r w:rsidRPr="00C33AF2">
              <w:rPr>
                <w:lang w:val="ru-RU"/>
              </w:rPr>
              <w:br/>
              <w:t>Живописный район недалеко от центра Пусана. Основана беженцами во времена Ко</w:t>
            </w:r>
            <w:r w:rsidRPr="00C33AF2">
              <w:rPr>
                <w:lang w:val="ru-RU"/>
              </w:rPr>
              <w:t>рейской войны. В настоящее время, благодаря усилиям местных жителей, деятелей искусства и администрации города Пусана, деревня стала настоящей достопримечательностью, с великолепной</w:t>
            </w:r>
            <w:r>
              <w:t> </w:t>
            </w:r>
            <w:r w:rsidRPr="00C33AF2">
              <w:rPr>
                <w:lang w:val="ru-RU"/>
              </w:rPr>
              <w:t>граффити, камерными скульптурами, причудливой малоэтажной архитектурой и л</w:t>
            </w:r>
            <w:r w:rsidRPr="00C33AF2">
              <w:rPr>
                <w:lang w:val="ru-RU"/>
              </w:rPr>
              <w:t>асковыми котиками. Очень фотогенично!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Канатная дорога над морем в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Сондо</w:t>
            </w:r>
            <w:proofErr w:type="spellEnd"/>
            <w:r w:rsidRPr="00C33AF2">
              <w:rPr>
                <w:lang w:val="ru-RU"/>
              </w:rPr>
              <w:br/>
              <w:t>Захватывающее приключение в кабинке над морем с великолепными видами на морское побережье Пусана.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Рынок морепродуктов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Чагальчхи</w:t>
            </w:r>
            <w:proofErr w:type="spellEnd"/>
            <w:r w:rsidRPr="00C33AF2">
              <w:rPr>
                <w:lang w:val="ru-RU"/>
              </w:rPr>
              <w:br/>
              <w:t>Крупнейший в Корее рынок морепродуктов, где вы сможете л</w:t>
            </w:r>
            <w:r w:rsidRPr="00C33AF2">
              <w:rPr>
                <w:lang w:val="ru-RU"/>
              </w:rPr>
              <w:t xml:space="preserve">ицезреть всевозможных морских созданий, как из мира растений, так и из мира животных (и из пограничных миров тоже!). На рынке можно и вкусно поесть: рыба жареная или сырая, как и морепродукты подается к столу в многочисленных </w:t>
            </w:r>
            <w:r w:rsidRPr="00C33AF2">
              <w:rPr>
                <w:lang w:val="ru-RU"/>
              </w:rPr>
              <w:lastRenderedPageBreak/>
              <w:t>ресторанчиках на рынке. Если ж</w:t>
            </w:r>
            <w:r w:rsidRPr="00C33AF2">
              <w:rPr>
                <w:lang w:val="ru-RU"/>
              </w:rPr>
              <w:t xml:space="preserve">е вы предпочитаете нечто менее экзотичное, рекомендуем </w:t>
            </w:r>
            <w:proofErr w:type="spellStart"/>
            <w:r w:rsidRPr="00C33AF2">
              <w:rPr>
                <w:lang w:val="ru-RU"/>
              </w:rPr>
              <w:t>фуд</w:t>
            </w:r>
            <w:proofErr w:type="spellEnd"/>
            <w:r w:rsidRPr="00C33AF2">
              <w:rPr>
                <w:lang w:val="ru-RU"/>
              </w:rPr>
              <w:t>-корт в универмаге Лотте по соседству. С обзорной площадки на универмаге открывается великолепный вид на Пусан с высоты птичьего полета.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>Обзорная площадка на крыше универмага Лотте</w:t>
            </w:r>
            <w:r w:rsidRPr="00C33AF2">
              <w:rPr>
                <w:lang w:val="ru-RU"/>
              </w:rPr>
              <w:br/>
              <w:t>Захватывающие вид</w:t>
            </w:r>
            <w:r w:rsidRPr="00C33AF2">
              <w:rPr>
                <w:lang w:val="ru-RU"/>
              </w:rPr>
              <w:t>ы крупнейшего порта Южной Кореи с крыши расположенного у моря универмага Лотте.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Пляж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Хэундэ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>; остров Камелий</w:t>
            </w:r>
            <w:r w:rsidRPr="00C33AF2">
              <w:rPr>
                <w:lang w:val="ru-RU"/>
              </w:rPr>
              <w:br/>
              <w:t xml:space="preserve">Это место встречи президентов во время саммита АТЭС-2005. Место для встречи они выбрали очень живописное! Остров расположен на краю пляжа </w:t>
            </w:r>
            <w:proofErr w:type="spellStart"/>
            <w:r w:rsidRPr="00C33AF2">
              <w:rPr>
                <w:lang w:val="ru-RU"/>
              </w:rPr>
              <w:t>Хэундэ</w:t>
            </w:r>
            <w:proofErr w:type="spellEnd"/>
            <w:r w:rsidRPr="00C33AF2">
              <w:rPr>
                <w:lang w:val="ru-RU"/>
              </w:rPr>
              <w:t xml:space="preserve">, - </w:t>
            </w:r>
            <w:r w:rsidRPr="00C33AF2">
              <w:rPr>
                <w:lang w:val="ru-RU"/>
              </w:rPr>
              <w:t>пожалуй, лучшего пляжа Пусана!</w:t>
            </w:r>
          </w:p>
        </w:tc>
      </w:tr>
      <w:tr w:rsidR="005A3F39" w14:paraId="21605E4A" w14:textId="77777777">
        <w:tc>
          <w:tcPr>
            <w:tcW w:w="1701" w:type="dxa"/>
          </w:tcPr>
          <w:p w14:paraId="6912848B" w14:textId="77777777" w:rsidR="005A3F39" w:rsidRDefault="00C33AF2">
            <w:proofErr w:type="spellStart"/>
            <w:r>
              <w:rPr>
                <w:b/>
                <w:color w:val="1B3A4B"/>
              </w:rPr>
              <w:lastRenderedPageBreak/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0673BE83" w14:textId="77777777" w:rsidR="005A3F39" w:rsidRDefault="00C33AF2">
            <w:r>
              <w:t>Пусан</w:t>
            </w:r>
          </w:p>
        </w:tc>
      </w:tr>
    </w:tbl>
    <w:p w14:paraId="090E074A" w14:textId="77777777" w:rsidR="005A3F39" w:rsidRDefault="005A3F3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5A3F39" w14:paraId="2D08C3A7" w14:textId="77777777">
        <w:tc>
          <w:tcPr>
            <w:tcW w:w="10080" w:type="dxa"/>
            <w:gridSpan w:val="2"/>
            <w:shd w:val="clear" w:color="auto" w:fill="1B3A4B"/>
          </w:tcPr>
          <w:p w14:paraId="7A3A6384" w14:textId="77777777" w:rsidR="005A3F39" w:rsidRDefault="00C33AF2">
            <w:r>
              <w:rPr>
                <w:b/>
                <w:color w:val="FFFFFF"/>
                <w:sz w:val="28"/>
              </w:rPr>
              <w:t>День 6</w:t>
            </w:r>
          </w:p>
        </w:tc>
      </w:tr>
      <w:tr w:rsidR="005A3F39" w14:paraId="2ED16D70" w14:textId="77777777">
        <w:tc>
          <w:tcPr>
            <w:tcW w:w="1701" w:type="dxa"/>
          </w:tcPr>
          <w:p w14:paraId="4446AB85" w14:textId="77777777" w:rsidR="005A3F39" w:rsidRDefault="00C33AF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662EDC97" w14:textId="77777777" w:rsidR="005A3F39" w:rsidRDefault="00C33AF2">
            <w:r>
              <w:t>October 29, 2027</w:t>
            </w:r>
          </w:p>
        </w:tc>
      </w:tr>
      <w:tr w:rsidR="005A3F39" w:rsidRPr="00C33AF2" w14:paraId="7E097F52" w14:textId="77777777">
        <w:tc>
          <w:tcPr>
            <w:tcW w:w="1701" w:type="dxa"/>
          </w:tcPr>
          <w:p w14:paraId="336040B3" w14:textId="77777777" w:rsidR="005A3F39" w:rsidRDefault="00C33AF2">
            <w:r>
              <w:rPr>
                <w:b/>
                <w:color w:val="1B3A4B"/>
              </w:rPr>
              <w:t>08:00</w:t>
            </w:r>
          </w:p>
        </w:tc>
        <w:tc>
          <w:tcPr>
            <w:tcW w:w="7937" w:type="dxa"/>
          </w:tcPr>
          <w:p w14:paraId="0E9ED2CB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lang w:val="ru-RU"/>
              </w:rPr>
              <w:br/>
              <w:t xml:space="preserve">выписка из отеля, трансфер в провинциальный парк </w:t>
            </w:r>
            <w:proofErr w:type="spellStart"/>
            <w:r w:rsidRPr="00C33AF2">
              <w:rPr>
                <w:lang w:val="ru-RU"/>
              </w:rPr>
              <w:t>Маисан</w:t>
            </w:r>
            <w:proofErr w:type="spellEnd"/>
            <w:r w:rsidRPr="00C33AF2">
              <w:rPr>
                <w:lang w:val="ru-RU"/>
              </w:rPr>
              <w:t xml:space="preserve"> (</w:t>
            </w:r>
            <w:proofErr w:type="spellStart"/>
            <w:r w:rsidRPr="00C33AF2">
              <w:rPr>
                <w:lang w:val="ru-RU"/>
              </w:rPr>
              <w:t>ок</w:t>
            </w:r>
            <w:proofErr w:type="spellEnd"/>
            <w:r w:rsidRPr="00C33AF2">
              <w:rPr>
                <w:lang w:val="ru-RU"/>
              </w:rPr>
              <w:t>. 3 часов)</w:t>
            </w:r>
          </w:p>
        </w:tc>
      </w:tr>
      <w:tr w:rsidR="005A3F39" w:rsidRPr="00C33AF2" w14:paraId="597F1D66" w14:textId="77777777">
        <w:tc>
          <w:tcPr>
            <w:tcW w:w="1701" w:type="dxa"/>
          </w:tcPr>
          <w:p w14:paraId="4D667B3A" w14:textId="77777777" w:rsidR="005A3F39" w:rsidRDefault="00C33AF2">
            <w:r>
              <w:rPr>
                <w:b/>
                <w:color w:val="1B3A4B"/>
              </w:rPr>
              <w:t>11:00</w:t>
            </w:r>
          </w:p>
        </w:tc>
        <w:tc>
          <w:tcPr>
            <w:tcW w:w="7937" w:type="dxa"/>
          </w:tcPr>
          <w:p w14:paraId="6F924572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b/>
                <w:lang w:val="ru-RU"/>
              </w:rPr>
              <w:t xml:space="preserve">Горы </w:t>
            </w:r>
            <w:proofErr w:type="spellStart"/>
            <w:r w:rsidRPr="00C33AF2">
              <w:rPr>
                <w:b/>
                <w:lang w:val="ru-RU"/>
              </w:rPr>
              <w:t>Маисан</w:t>
            </w:r>
            <w:proofErr w:type="spellEnd"/>
            <w:r w:rsidRPr="00C33AF2">
              <w:rPr>
                <w:b/>
                <w:lang w:val="ru-RU"/>
              </w:rPr>
              <w:t xml:space="preserve"> ("Уши лошади")</w:t>
            </w:r>
            <w:r w:rsidRPr="00C33AF2">
              <w:rPr>
                <w:lang w:val="ru-RU"/>
              </w:rPr>
              <w:br/>
            </w:r>
            <w:r w:rsidRPr="00C33AF2">
              <w:rPr>
                <w:color w:val="555555"/>
                <w:lang w:val="ru-RU"/>
              </w:rPr>
              <w:t>Продолжительность: примерно 3.00 часов</w:t>
            </w:r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br/>
              <w:t xml:space="preserve">Вероятно, раньше здесь </w:t>
            </w:r>
            <w:r w:rsidRPr="00C33AF2">
              <w:rPr>
                <w:lang w:val="ru-RU"/>
              </w:rPr>
              <w:t>жили сказочные существа, родственники троллей; троллей уже давно никто не видел, но антураж остался!</w:t>
            </w:r>
            <w:r w:rsidRPr="00C33AF2">
              <w:rPr>
                <w:lang w:val="ru-RU"/>
              </w:rPr>
              <w:br/>
            </w:r>
            <w:r w:rsidRPr="00C33AF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Маисан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>, провинциальный парк</w:t>
            </w:r>
            <w:r w:rsidRPr="00C33AF2">
              <w:rPr>
                <w:lang w:val="ru-RU"/>
              </w:rPr>
              <w:br/>
              <w:t>Буквально "Уши лошади". Две главные вершины комплекса, действительно, похожи на ушки лошади. Олицетворяют вершины женское (пов</w:t>
            </w:r>
            <w:r w:rsidRPr="00C33AF2">
              <w:rPr>
                <w:lang w:val="ru-RU"/>
              </w:rPr>
              <w:t xml:space="preserve">ыше - 673 м) и мужское (пониже - 667 м) начала - </w:t>
            </w:r>
            <w:proofErr w:type="spellStart"/>
            <w:r w:rsidRPr="00C33AF2">
              <w:rPr>
                <w:lang w:val="ru-RU"/>
              </w:rPr>
              <w:t>инь</w:t>
            </w:r>
            <w:proofErr w:type="spellEnd"/>
            <w:r w:rsidRPr="00C33AF2">
              <w:rPr>
                <w:lang w:val="ru-RU"/>
              </w:rPr>
              <w:t xml:space="preserve"> и </w:t>
            </w:r>
            <w:proofErr w:type="spellStart"/>
            <w:r w:rsidRPr="00C33AF2">
              <w:rPr>
                <w:lang w:val="ru-RU"/>
              </w:rPr>
              <w:t>янь</w:t>
            </w:r>
            <w:proofErr w:type="spellEnd"/>
            <w:r w:rsidRPr="00C33AF2">
              <w:rPr>
                <w:lang w:val="ru-RU"/>
              </w:rPr>
              <w:t>. Парк знаменит множеством рукотворных пагод, собранных в одном месте ревностным монахом. Пагоды также "парные", также несут в себе женское и мужское начала. Дорога к парку идет под сенью величестве</w:t>
            </w:r>
            <w:r w:rsidRPr="00C33AF2">
              <w:rPr>
                <w:lang w:val="ru-RU"/>
              </w:rPr>
              <w:t>нных вишневых деревьев - одних из самых поздноцветущих</w:t>
            </w:r>
            <w:r>
              <w:t> </w:t>
            </w:r>
            <w:r w:rsidRPr="00C33AF2">
              <w:rPr>
                <w:lang w:val="ru-RU"/>
              </w:rPr>
              <w:t>в Корее!</w:t>
            </w:r>
          </w:p>
        </w:tc>
      </w:tr>
      <w:tr w:rsidR="005A3F39" w:rsidRPr="00C33AF2" w14:paraId="1263E3E6" w14:textId="77777777">
        <w:tc>
          <w:tcPr>
            <w:tcW w:w="1701" w:type="dxa"/>
          </w:tcPr>
          <w:p w14:paraId="7C97BCF9" w14:textId="77777777" w:rsidR="005A3F39" w:rsidRDefault="00C33AF2">
            <w:r>
              <w:rPr>
                <w:b/>
                <w:color w:val="1B3A4B"/>
              </w:rPr>
              <w:t>13:00</w:t>
            </w:r>
          </w:p>
        </w:tc>
        <w:tc>
          <w:tcPr>
            <w:tcW w:w="7937" w:type="dxa"/>
          </w:tcPr>
          <w:p w14:paraId="6439A460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b/>
                <w:lang w:val="ru-RU"/>
              </w:rPr>
              <w:t>обед, корейская кухня</w:t>
            </w:r>
            <w:r w:rsidRPr="00C33AF2">
              <w:rPr>
                <w:lang w:val="ru-RU"/>
              </w:rPr>
              <w:br/>
            </w:r>
            <w:r w:rsidRPr="00C33AF2">
              <w:rPr>
                <w:color w:val="555555"/>
                <w:lang w:val="ru-RU"/>
              </w:rPr>
              <w:t>Продолжительность: примерно 1.00 часов</w:t>
            </w:r>
            <w:r w:rsidRPr="00C33AF2">
              <w:rPr>
                <w:lang w:val="ru-RU"/>
              </w:rPr>
              <w:br/>
            </w:r>
          </w:p>
        </w:tc>
      </w:tr>
      <w:tr w:rsidR="005A3F39" w:rsidRPr="00C33AF2" w14:paraId="14547B16" w14:textId="77777777">
        <w:tc>
          <w:tcPr>
            <w:tcW w:w="1701" w:type="dxa"/>
          </w:tcPr>
          <w:p w14:paraId="1D2AAD0C" w14:textId="77777777" w:rsidR="005A3F39" w:rsidRDefault="00C33AF2">
            <w:r>
              <w:rPr>
                <w:b/>
                <w:color w:val="1B3A4B"/>
              </w:rPr>
              <w:t>15:00</w:t>
            </w:r>
          </w:p>
        </w:tc>
        <w:tc>
          <w:tcPr>
            <w:tcW w:w="7937" w:type="dxa"/>
          </w:tcPr>
          <w:p w14:paraId="093D6B92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b/>
                <w:lang w:val="ru-RU"/>
              </w:rPr>
              <w:t>Мастер-класс игры на традиционных барабанах</w:t>
            </w:r>
            <w:r w:rsidRPr="00C33AF2">
              <w:rPr>
                <w:lang w:val="ru-RU"/>
              </w:rPr>
              <w:br/>
            </w:r>
            <w:r w:rsidRPr="00C33AF2">
              <w:rPr>
                <w:color w:val="555555"/>
                <w:lang w:val="ru-RU"/>
              </w:rPr>
              <w:t>Продолжительность: примерно 1.00 часов</w:t>
            </w:r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br/>
              <w:t>Попробуем почувствовать ритм кор</w:t>
            </w:r>
            <w:r w:rsidRPr="00C33AF2">
              <w:rPr>
                <w:lang w:val="ru-RU"/>
              </w:rPr>
              <w:t>ейской музыки собственными руками и телом? Ритм предлагается несложный, но, если с чувством</w:t>
            </w:r>
            <w:r>
              <w:t> </w:t>
            </w:r>
            <w:r w:rsidRPr="00C33AF2">
              <w:rPr>
                <w:lang w:val="ru-RU"/>
              </w:rPr>
              <w:t>подойти к его изучению, - завораживающий и затягивающий.</w:t>
            </w:r>
            <w:r w:rsidRPr="00C33AF2">
              <w:rPr>
                <w:lang w:val="ru-RU"/>
              </w:rPr>
              <w:br/>
              <w:t>Если у вас накопился стресс - самое время от него избавиться: барабаны - лучшее лекарство от стресса!</w:t>
            </w:r>
          </w:p>
        </w:tc>
      </w:tr>
      <w:tr w:rsidR="005A3F39" w14:paraId="68FA41A8" w14:textId="77777777">
        <w:tc>
          <w:tcPr>
            <w:tcW w:w="1701" w:type="dxa"/>
          </w:tcPr>
          <w:p w14:paraId="0802B391" w14:textId="77777777" w:rsidR="005A3F39" w:rsidRDefault="00C33AF2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6AAF7A78" w14:textId="77777777" w:rsidR="005A3F39" w:rsidRDefault="00C33AF2">
            <w:r>
              <w:t>Чончжу, North Jeolla</w:t>
            </w:r>
          </w:p>
        </w:tc>
      </w:tr>
    </w:tbl>
    <w:p w14:paraId="63B5B1BB" w14:textId="77777777" w:rsidR="005A3F39" w:rsidRDefault="005A3F3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5A3F39" w14:paraId="08B15FBD" w14:textId="77777777">
        <w:tc>
          <w:tcPr>
            <w:tcW w:w="10080" w:type="dxa"/>
            <w:gridSpan w:val="2"/>
            <w:shd w:val="clear" w:color="auto" w:fill="1B3A4B"/>
          </w:tcPr>
          <w:p w14:paraId="4C703BC2" w14:textId="77777777" w:rsidR="005A3F39" w:rsidRDefault="00C33AF2">
            <w:r>
              <w:rPr>
                <w:b/>
                <w:color w:val="FFFFFF"/>
                <w:sz w:val="28"/>
              </w:rPr>
              <w:t>День 7</w:t>
            </w:r>
          </w:p>
        </w:tc>
      </w:tr>
      <w:tr w:rsidR="005A3F39" w14:paraId="6354C825" w14:textId="77777777">
        <w:tc>
          <w:tcPr>
            <w:tcW w:w="1701" w:type="dxa"/>
          </w:tcPr>
          <w:p w14:paraId="17B29C78" w14:textId="77777777" w:rsidR="005A3F39" w:rsidRDefault="00C33AF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3A297405" w14:textId="77777777" w:rsidR="005A3F39" w:rsidRDefault="00C33AF2">
            <w:r>
              <w:t>October 30, 2027</w:t>
            </w:r>
          </w:p>
        </w:tc>
      </w:tr>
      <w:tr w:rsidR="005A3F39" w:rsidRPr="00C33AF2" w14:paraId="7A340C44" w14:textId="77777777">
        <w:tc>
          <w:tcPr>
            <w:tcW w:w="1701" w:type="dxa"/>
          </w:tcPr>
          <w:p w14:paraId="468F1599" w14:textId="77777777" w:rsidR="005A3F39" w:rsidRDefault="00C33AF2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7A3C6678" w14:textId="77777777" w:rsidR="005A3F39" w:rsidRPr="00C33AF2" w:rsidRDefault="00C33AF2">
            <w:pPr>
              <w:rPr>
                <w:lang w:val="ru-RU"/>
              </w:rPr>
            </w:pPr>
            <w:proofErr w:type="spellStart"/>
            <w:r w:rsidRPr="00C33AF2">
              <w:rPr>
                <w:b/>
                <w:lang w:val="ru-RU"/>
              </w:rPr>
              <w:t>Чончжу</w:t>
            </w:r>
            <w:proofErr w:type="spellEnd"/>
            <w:r w:rsidRPr="00C33AF2">
              <w:rPr>
                <w:b/>
                <w:lang w:val="ru-RU"/>
              </w:rPr>
              <w:t>: квартал ханок и колыбель династии Чосон</w:t>
            </w:r>
            <w:r w:rsidRPr="00C33AF2">
              <w:rPr>
                <w:lang w:val="ru-RU"/>
              </w:rPr>
              <w:br/>
            </w:r>
            <w:r w:rsidRPr="00C33AF2">
              <w:rPr>
                <w:color w:val="555555"/>
                <w:lang w:val="ru-RU"/>
              </w:rPr>
              <w:t>Продолжительность: примерно 3.00 часов</w:t>
            </w:r>
            <w:r w:rsidRPr="00C33AF2">
              <w:rPr>
                <w:lang w:val="ru-RU"/>
              </w:rPr>
              <w:br/>
            </w:r>
            <w:r w:rsidRPr="00C33AF2">
              <w:rPr>
                <w:lang w:val="ru-RU"/>
              </w:rPr>
              <w:br/>
              <w:t>Буквально</w:t>
            </w:r>
            <w:r>
              <w:t> </w:t>
            </w:r>
            <w:r w:rsidRPr="00C33AF2">
              <w:rPr>
                <w:lang w:val="ru-RU"/>
              </w:rPr>
              <w:t xml:space="preserve">название города </w:t>
            </w:r>
            <w:proofErr w:type="spellStart"/>
            <w:r w:rsidRPr="00C33AF2">
              <w:rPr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t xml:space="preserve"> переводится "полный, совершенный, </w:t>
            </w:r>
            <w:r w:rsidRPr="00C33AF2">
              <w:rPr>
                <w:lang w:val="ru-RU"/>
              </w:rPr>
              <w:lastRenderedPageBreak/>
              <w:t>нетронутый район". Плодородные зем</w:t>
            </w:r>
            <w:r w:rsidRPr="00C33AF2">
              <w:rPr>
                <w:lang w:val="ru-RU"/>
              </w:rPr>
              <w:t xml:space="preserve">ли вокруг </w:t>
            </w:r>
            <w:proofErr w:type="spellStart"/>
            <w:r w:rsidRPr="00C33AF2">
              <w:rPr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t xml:space="preserve"> издавна были житницей Кореи и предметом посягательств</w:t>
            </w:r>
            <w:r w:rsidRPr="00C33AF2">
              <w:rPr>
                <w:lang w:val="ru-RU"/>
              </w:rPr>
              <w:br/>
              <w:t>грабителей</w:t>
            </w:r>
            <w:r w:rsidRPr="00C33AF2">
              <w:rPr>
                <w:lang w:val="ru-RU"/>
              </w:rPr>
              <w:br/>
              <w:t xml:space="preserve">обитателей соседней Японии, а кухня </w:t>
            </w:r>
            <w:proofErr w:type="spellStart"/>
            <w:r w:rsidRPr="00C33AF2">
              <w:rPr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t xml:space="preserve"> считается одной из самых вкусных в</w:t>
            </w:r>
            <w:r>
              <w:t> </w:t>
            </w:r>
            <w:r w:rsidRPr="00C33AF2">
              <w:rPr>
                <w:lang w:val="ru-RU"/>
              </w:rPr>
              <w:t>стране (</w:t>
            </w:r>
            <w:proofErr w:type="spellStart"/>
            <w:r w:rsidRPr="00C33AF2">
              <w:rPr>
                <w:lang w:val="ru-RU"/>
              </w:rPr>
              <w:t>пибимпап</w:t>
            </w:r>
            <w:proofErr w:type="spellEnd"/>
            <w:r w:rsidRPr="00C33AF2">
              <w:rPr>
                <w:lang w:val="ru-RU"/>
              </w:rPr>
              <w:t xml:space="preserve"> </w:t>
            </w:r>
            <w:proofErr w:type="spellStart"/>
            <w:r w:rsidRPr="00C33AF2">
              <w:rPr>
                <w:lang w:val="ru-RU"/>
              </w:rPr>
              <w:t>по-Чончжуски</w:t>
            </w:r>
            <w:proofErr w:type="spellEnd"/>
            <w:r w:rsidRPr="00C33AF2">
              <w:rPr>
                <w:lang w:val="ru-RU"/>
              </w:rPr>
              <w:t xml:space="preserve"> - рис, перемешанный с фаршем и овощами - одно из самых узнаваемых </w:t>
            </w:r>
            <w:r w:rsidRPr="00C33AF2">
              <w:rPr>
                <w:lang w:val="ru-RU"/>
              </w:rPr>
              <w:t>блюд в Корее).</w:t>
            </w:r>
            <w:r w:rsidRPr="00C33AF2">
              <w:rPr>
                <w:lang w:val="ru-RU"/>
              </w:rPr>
              <w:br/>
              <w:t xml:space="preserve">Давайте спустимся в исторический центр </w:t>
            </w:r>
            <w:proofErr w:type="spellStart"/>
            <w:r w:rsidRPr="00C33AF2">
              <w:rPr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t>; здесь сохранилось много учреждений, связанных с эпохой Чосон, например,</w:t>
            </w:r>
            <w:r w:rsidRPr="00C33AF2">
              <w:rPr>
                <w:lang w:val="ru-RU"/>
              </w:rPr>
              <w:br/>
              <w:t xml:space="preserve">святилище </w:t>
            </w:r>
            <w:proofErr w:type="spellStart"/>
            <w:r w:rsidRPr="00C33AF2">
              <w:rPr>
                <w:lang w:val="ru-RU"/>
              </w:rPr>
              <w:t>Кёнгичжон</w:t>
            </w:r>
            <w:proofErr w:type="spellEnd"/>
            <w:r w:rsidRPr="00C33AF2">
              <w:rPr>
                <w:lang w:val="ru-RU"/>
              </w:rPr>
              <w:br/>
              <w:t xml:space="preserve">, посвященное .... портрету! Портрету Ли </w:t>
            </w:r>
            <w:proofErr w:type="spellStart"/>
            <w:r w:rsidRPr="00C33AF2">
              <w:rPr>
                <w:lang w:val="ru-RU"/>
              </w:rPr>
              <w:t>Сонге</w:t>
            </w:r>
            <w:proofErr w:type="spellEnd"/>
            <w:r w:rsidRPr="00C33AF2">
              <w:rPr>
                <w:lang w:val="ru-RU"/>
              </w:rPr>
              <w:t>, уже знакомого нам основателя династии Ли/Чосон.</w:t>
            </w:r>
            <w:r w:rsidRPr="00C33AF2">
              <w:rPr>
                <w:lang w:val="ru-RU"/>
              </w:rPr>
              <w:br/>
            </w:r>
            <w:r w:rsidRPr="00C33AF2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Омоктэ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 xml:space="preserve"> -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Имоктэ</w:t>
            </w:r>
            <w:proofErr w:type="spellEnd"/>
            <w:r w:rsidRPr="00C33AF2">
              <w:rPr>
                <w:lang w:val="ru-RU"/>
              </w:rPr>
              <w:br/>
              <w:t xml:space="preserve">В 1380 году будущий основатель государства Утренней свежести (Чосон), а в то время - генерал на службе у </w:t>
            </w:r>
            <w:proofErr w:type="spellStart"/>
            <w:r w:rsidRPr="00C33AF2">
              <w:rPr>
                <w:lang w:val="ru-RU"/>
              </w:rPr>
              <w:t>корёского</w:t>
            </w:r>
            <w:proofErr w:type="spellEnd"/>
            <w:r w:rsidRPr="00C33AF2">
              <w:rPr>
                <w:lang w:val="ru-RU"/>
              </w:rPr>
              <w:t xml:space="preserve"> </w:t>
            </w:r>
            <w:proofErr w:type="spellStart"/>
            <w:r w:rsidRPr="00C33AF2">
              <w:rPr>
                <w:lang w:val="ru-RU"/>
              </w:rPr>
              <w:t>вана</w:t>
            </w:r>
            <w:proofErr w:type="spellEnd"/>
            <w:r w:rsidRPr="00C33AF2">
              <w:rPr>
                <w:lang w:val="ru-RU"/>
              </w:rPr>
              <w:t xml:space="preserve"> Ли </w:t>
            </w:r>
            <w:proofErr w:type="spellStart"/>
            <w:r w:rsidRPr="00C33AF2">
              <w:rPr>
                <w:lang w:val="ru-RU"/>
              </w:rPr>
              <w:t>Сонге</w:t>
            </w:r>
            <w:proofErr w:type="spellEnd"/>
            <w:r w:rsidRPr="00C33AF2">
              <w:rPr>
                <w:lang w:val="ru-RU"/>
              </w:rPr>
              <w:t>,</w:t>
            </w:r>
            <w:r>
              <w:t> </w:t>
            </w:r>
            <w:r w:rsidRPr="00C33AF2">
              <w:rPr>
                <w:lang w:val="ru-RU"/>
              </w:rPr>
              <w:t xml:space="preserve">устроил банкет в </w:t>
            </w:r>
            <w:proofErr w:type="spellStart"/>
            <w:r w:rsidRPr="00C33AF2">
              <w:rPr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t xml:space="preserve"> в честь победы над японскими разбойниками,</w:t>
            </w:r>
            <w:r>
              <w:t> </w:t>
            </w:r>
            <w:r w:rsidRPr="00C33AF2">
              <w:rPr>
                <w:lang w:val="ru-RU"/>
              </w:rPr>
              <w:t xml:space="preserve">бесчинствовавшими в </w:t>
            </w:r>
            <w:proofErr w:type="spellStart"/>
            <w:r w:rsidRPr="00C33AF2">
              <w:rPr>
                <w:lang w:val="ru-RU"/>
              </w:rPr>
              <w:t>Корё</w:t>
            </w:r>
            <w:proofErr w:type="spellEnd"/>
            <w:r w:rsidRPr="00C33AF2">
              <w:rPr>
                <w:lang w:val="ru-RU"/>
              </w:rPr>
              <w:t>. Место банкета - П</w:t>
            </w:r>
            <w:r w:rsidRPr="00C33AF2">
              <w:rPr>
                <w:lang w:val="ru-RU"/>
              </w:rPr>
              <w:t xml:space="preserve">авильон </w:t>
            </w:r>
            <w:proofErr w:type="spellStart"/>
            <w:r w:rsidRPr="00C33AF2">
              <w:rPr>
                <w:lang w:val="ru-RU"/>
              </w:rPr>
              <w:t>павлонии</w:t>
            </w:r>
            <w:proofErr w:type="spellEnd"/>
            <w:r w:rsidRPr="00C33AF2">
              <w:rPr>
                <w:lang w:val="ru-RU"/>
              </w:rPr>
              <w:t xml:space="preserve"> </w:t>
            </w:r>
            <w:proofErr w:type="spellStart"/>
            <w:proofErr w:type="gramStart"/>
            <w:r w:rsidRPr="00C33AF2">
              <w:rPr>
                <w:lang w:val="ru-RU"/>
              </w:rPr>
              <w:t>Омоктэ</w:t>
            </w:r>
            <w:proofErr w:type="spellEnd"/>
            <w:r w:rsidRPr="00C33AF2">
              <w:rPr>
                <w:lang w:val="ru-RU"/>
              </w:rPr>
              <w:t xml:space="preserve"> ;</w:t>
            </w:r>
            <w:proofErr w:type="gramEnd"/>
            <w:r w:rsidRPr="00C33AF2">
              <w:rPr>
                <w:lang w:val="ru-RU"/>
              </w:rPr>
              <w:t xml:space="preserve"> отсюда открывается вид сверху на</w:t>
            </w:r>
            <w:r>
              <w:t> </w:t>
            </w:r>
            <w:r w:rsidRPr="00C33AF2">
              <w:rPr>
                <w:lang w:val="ru-RU"/>
              </w:rPr>
              <w:t>район корейских</w:t>
            </w:r>
            <w:r>
              <w:t> </w:t>
            </w:r>
            <w:r w:rsidRPr="00C33AF2">
              <w:rPr>
                <w:lang w:val="ru-RU"/>
              </w:rPr>
              <w:t xml:space="preserve">домов с черепичными крышами - </w:t>
            </w:r>
            <w:proofErr w:type="spellStart"/>
            <w:r w:rsidRPr="00C33AF2">
              <w:rPr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t xml:space="preserve"> ханок </w:t>
            </w:r>
            <w:proofErr w:type="spellStart"/>
            <w:r w:rsidRPr="00C33AF2">
              <w:rPr>
                <w:lang w:val="ru-RU"/>
              </w:rPr>
              <w:t>маыль</w:t>
            </w:r>
            <w:proofErr w:type="spellEnd"/>
            <w:r w:rsidRPr="00C33AF2">
              <w:rPr>
                <w:lang w:val="ru-RU"/>
              </w:rPr>
              <w:t xml:space="preserve"> . </w:t>
            </w:r>
            <w:proofErr w:type="spellStart"/>
            <w:r w:rsidRPr="00C33AF2">
              <w:rPr>
                <w:lang w:val="ru-RU"/>
              </w:rPr>
              <w:t>Омоктэ</w:t>
            </w:r>
            <w:proofErr w:type="spellEnd"/>
            <w:r w:rsidRPr="00C33AF2">
              <w:rPr>
                <w:lang w:val="ru-RU"/>
              </w:rPr>
              <w:t xml:space="preserve"> находится совсем недалеко от памятной Грушевой стелы </w:t>
            </w:r>
            <w:proofErr w:type="spellStart"/>
            <w:r w:rsidRPr="00C33AF2">
              <w:rPr>
                <w:lang w:val="ru-RU"/>
              </w:rPr>
              <w:t>Имоктэ</w:t>
            </w:r>
            <w:proofErr w:type="spellEnd"/>
            <w:r w:rsidRPr="00C33AF2">
              <w:rPr>
                <w:lang w:val="ru-RU"/>
              </w:rPr>
              <w:t xml:space="preserve"> (</w:t>
            </w:r>
            <w:proofErr w:type="spellStart"/>
            <w:r>
              <w:t>梨木臺</w:t>
            </w:r>
            <w:proofErr w:type="spellEnd"/>
            <w:r w:rsidRPr="00C33AF2">
              <w:rPr>
                <w:lang w:val="ru-RU"/>
              </w:rPr>
              <w:t>) , обозначающей символически место рождения 5-го предка Ли</w:t>
            </w:r>
            <w:r w:rsidRPr="00C33AF2">
              <w:rPr>
                <w:lang w:val="ru-RU"/>
              </w:rPr>
              <w:t xml:space="preserve"> </w:t>
            </w:r>
            <w:proofErr w:type="spellStart"/>
            <w:r w:rsidRPr="00C33AF2">
              <w:rPr>
                <w:lang w:val="ru-RU"/>
              </w:rPr>
              <w:t>Сонге</w:t>
            </w:r>
            <w:proofErr w:type="spellEnd"/>
            <w:r w:rsidRPr="00C33AF2">
              <w:rPr>
                <w:lang w:val="ru-RU"/>
              </w:rPr>
              <w:t xml:space="preserve">, Ли </w:t>
            </w:r>
            <w:proofErr w:type="spellStart"/>
            <w:r w:rsidRPr="00C33AF2">
              <w:rPr>
                <w:lang w:val="ru-RU"/>
              </w:rPr>
              <w:t>Анса</w:t>
            </w:r>
            <w:proofErr w:type="spellEnd"/>
            <w:r w:rsidRPr="00C33AF2">
              <w:rPr>
                <w:lang w:val="ru-RU"/>
              </w:rPr>
              <w:t>; на</w:t>
            </w:r>
            <w:r>
              <w:t> </w:t>
            </w:r>
            <w:r w:rsidRPr="00C33AF2">
              <w:rPr>
                <w:lang w:val="ru-RU"/>
              </w:rPr>
              <w:t xml:space="preserve">стеле сохранилась надпись, сделанная собственноручно императором </w:t>
            </w:r>
            <w:proofErr w:type="spellStart"/>
            <w:r w:rsidRPr="00C33AF2">
              <w:rPr>
                <w:lang w:val="ru-RU"/>
              </w:rPr>
              <w:t>Кочжоном</w:t>
            </w:r>
            <w:proofErr w:type="spellEnd"/>
            <w:r w:rsidRPr="00C33AF2">
              <w:rPr>
                <w:lang w:val="ru-RU"/>
              </w:rPr>
              <w:t xml:space="preserve"> в 1900 г.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Район граффити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Чаман</w:t>
            </w:r>
            <w:proofErr w:type="spellEnd"/>
            <w:r w:rsidRPr="00C33AF2">
              <w:rPr>
                <w:b/>
                <w:color w:val="F4B942"/>
                <w:sz w:val="20"/>
                <w:lang w:val="ru-RU"/>
              </w:rPr>
              <w:t xml:space="preserve"> в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br/>
            </w:r>
            <w:proofErr w:type="spellStart"/>
            <w:r w:rsidRPr="00C33AF2">
              <w:rPr>
                <w:lang w:val="ru-RU"/>
              </w:rPr>
              <w:t>Имоктэ</w:t>
            </w:r>
            <w:proofErr w:type="spellEnd"/>
            <w:r w:rsidRPr="00C33AF2">
              <w:rPr>
                <w:lang w:val="ru-RU"/>
              </w:rPr>
              <w:t xml:space="preserve"> находится в небольшом районе, получившем название Деревня граффити </w:t>
            </w:r>
            <w:proofErr w:type="spellStart"/>
            <w:r w:rsidRPr="00C33AF2">
              <w:rPr>
                <w:lang w:val="ru-RU"/>
              </w:rPr>
              <w:t>Чаман</w:t>
            </w:r>
            <w:proofErr w:type="spellEnd"/>
            <w:r w:rsidRPr="00C33AF2">
              <w:rPr>
                <w:lang w:val="ru-RU"/>
              </w:rPr>
              <w:t xml:space="preserve"> ; стены домиков здесь расписаны профессион</w:t>
            </w:r>
            <w:r w:rsidRPr="00C33AF2">
              <w:rPr>
                <w:lang w:val="ru-RU"/>
              </w:rPr>
              <w:t xml:space="preserve">алами и любителями: мир японских </w:t>
            </w:r>
            <w:proofErr w:type="spellStart"/>
            <w:r w:rsidRPr="00C33AF2">
              <w:rPr>
                <w:lang w:val="ru-RU"/>
              </w:rPr>
              <w:t>манга</w:t>
            </w:r>
            <w:proofErr w:type="spellEnd"/>
            <w:r w:rsidRPr="00C33AF2">
              <w:rPr>
                <w:lang w:val="ru-RU"/>
              </w:rPr>
              <w:t xml:space="preserve"> и корейских </w:t>
            </w:r>
            <w:proofErr w:type="spellStart"/>
            <w:r w:rsidRPr="00C33AF2">
              <w:rPr>
                <w:lang w:val="ru-RU"/>
              </w:rPr>
              <w:t>манхва</w:t>
            </w:r>
            <w:proofErr w:type="spellEnd"/>
            <w:r w:rsidRPr="00C33AF2">
              <w:rPr>
                <w:lang w:val="ru-RU"/>
              </w:rPr>
              <w:t>; корейский алфавит, фантастические, герои диснеевских мультиков, традиционные корейские сюжеты.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Католический собор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C33AF2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C33AF2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C33AF2">
              <w:rPr>
                <w:color w:val="555555"/>
                <w:sz w:val="18"/>
                <w:lang w:val="ru-RU"/>
              </w:rPr>
              <w:t>)</w:t>
            </w:r>
            <w:r w:rsidRPr="00C33AF2">
              <w:rPr>
                <w:lang w:val="ru-RU"/>
              </w:rPr>
              <w:br/>
              <w:t xml:space="preserve">К сожалению, к католичеству конфуцианцы были не очень терпимы. Об </w:t>
            </w:r>
            <w:r w:rsidRPr="00C33AF2">
              <w:rPr>
                <w:lang w:val="ru-RU"/>
              </w:rPr>
              <w:t xml:space="preserve">этом нам напоминает католический собор </w:t>
            </w:r>
            <w:proofErr w:type="spellStart"/>
            <w:r w:rsidRPr="00C33AF2">
              <w:rPr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t xml:space="preserve"> (строился в 1908-1931 гг.), расположенный на месте казней католиков.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>Святилище портрета основателя династии Чосон</w:t>
            </w:r>
            <w:r w:rsidRPr="00C33AF2">
              <w:rPr>
                <w:lang w:val="ru-RU"/>
              </w:rPr>
              <w:br/>
              <w:t xml:space="preserve">Святилище, в </w:t>
            </w:r>
            <w:proofErr w:type="spellStart"/>
            <w:r w:rsidRPr="00C33AF2">
              <w:rPr>
                <w:lang w:val="ru-RU"/>
              </w:rPr>
              <w:t>котром</w:t>
            </w:r>
            <w:proofErr w:type="spellEnd"/>
            <w:r w:rsidRPr="00C33AF2">
              <w:rPr>
                <w:lang w:val="ru-RU"/>
              </w:rPr>
              <w:t xml:space="preserve"> хранится</w:t>
            </w:r>
            <w:r>
              <w:t> </w:t>
            </w:r>
            <w:r w:rsidRPr="00C33AF2">
              <w:rPr>
                <w:lang w:val="ru-RU"/>
              </w:rPr>
              <w:t xml:space="preserve">портрет основателя династии Чосон короля </w:t>
            </w:r>
            <w:proofErr w:type="spellStart"/>
            <w:r w:rsidRPr="00C33AF2">
              <w:rPr>
                <w:lang w:val="ru-RU"/>
              </w:rPr>
              <w:t>Тхэчжо</w:t>
            </w:r>
            <w:proofErr w:type="spellEnd"/>
            <w:r w:rsidRPr="00C33AF2">
              <w:rPr>
                <w:lang w:val="ru-RU"/>
              </w:rPr>
              <w:t xml:space="preserve"> (Ли </w:t>
            </w:r>
            <w:proofErr w:type="spellStart"/>
            <w:r w:rsidRPr="00C33AF2">
              <w:rPr>
                <w:lang w:val="ru-RU"/>
              </w:rPr>
              <w:t>Сонге</w:t>
            </w:r>
            <w:proofErr w:type="spellEnd"/>
            <w:r w:rsidRPr="00C33AF2">
              <w:rPr>
                <w:lang w:val="ru-RU"/>
              </w:rPr>
              <w:t>). Обширны</w:t>
            </w:r>
            <w:r w:rsidRPr="00C33AF2">
              <w:rPr>
                <w:lang w:val="ru-RU"/>
              </w:rPr>
              <w:t xml:space="preserve">й комплекс строений, включающий непосредственно само святилище, государственный архив саго, музей, место захоронения плаценты короля </w:t>
            </w:r>
            <w:proofErr w:type="spellStart"/>
            <w:r w:rsidRPr="00C33AF2">
              <w:rPr>
                <w:lang w:val="ru-RU"/>
              </w:rPr>
              <w:t>Йечжона</w:t>
            </w:r>
            <w:proofErr w:type="spellEnd"/>
            <w:r w:rsidRPr="00C33AF2">
              <w:rPr>
                <w:lang w:val="ru-RU"/>
              </w:rPr>
              <w:t>, комплекс вспомогательных строений. Зачем и кто делал портреты королей, что такое исторический архив, зачем хоронит</w:t>
            </w:r>
            <w:r w:rsidRPr="00C33AF2">
              <w:rPr>
                <w:lang w:val="ru-RU"/>
              </w:rPr>
              <w:t xml:space="preserve">ь королевскую плаценту - мы постараемся найти ответы на эти вопросы в </w:t>
            </w:r>
            <w:proofErr w:type="spellStart"/>
            <w:r w:rsidRPr="00C33AF2">
              <w:rPr>
                <w:lang w:val="ru-RU"/>
              </w:rPr>
              <w:t>Кёнгичжоне</w:t>
            </w:r>
            <w:proofErr w:type="spellEnd"/>
            <w:r w:rsidRPr="00C33AF2">
              <w:rPr>
                <w:lang w:val="ru-RU"/>
              </w:rPr>
              <w:t>.</w:t>
            </w:r>
            <w:r w:rsidRPr="00C33AF2">
              <w:rPr>
                <w:b/>
                <w:color w:val="F4B942"/>
                <w:sz w:val="20"/>
                <w:lang w:val="ru-RU"/>
              </w:rPr>
              <w:br/>
              <w:t xml:space="preserve">Район традиционных корейских домов в </w:t>
            </w:r>
            <w:proofErr w:type="spellStart"/>
            <w:r w:rsidRPr="00C33AF2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br/>
              <w:t xml:space="preserve">В самом историческом центре </w:t>
            </w:r>
            <w:proofErr w:type="spellStart"/>
            <w:r w:rsidRPr="00C33AF2">
              <w:rPr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t xml:space="preserve"> вы окажетесь в сказочной атмосфере. Традиционные корейские дома ханок с черепичными крышами укр</w:t>
            </w:r>
            <w:r w:rsidRPr="00C33AF2">
              <w:rPr>
                <w:lang w:val="ru-RU"/>
              </w:rPr>
              <w:t>ашают романтические</w:t>
            </w:r>
            <w:r>
              <w:t> </w:t>
            </w:r>
            <w:r w:rsidRPr="00C33AF2">
              <w:rPr>
                <w:lang w:val="ru-RU"/>
              </w:rPr>
              <w:t xml:space="preserve">узкие улочки. Здесь каждый дом – уникальный шедевр архитектуры, отражающий богатство и глубину корейской истории. Прогуливаясь по этим улочкам, вы заметите, как каждый дом сливается с окружающей природой и создает гармоничный образ. Вы </w:t>
            </w:r>
            <w:r w:rsidRPr="00C33AF2">
              <w:rPr>
                <w:lang w:val="ru-RU"/>
              </w:rPr>
              <w:t>увидите маленькие сады с цветами, ухоженные дворики, а также традиционные элементы декора, которые воссоздают атмосферу древности, а порой, наоборот, напоминают нам о современных тенденциях в дизайне. В последнее время у корейцев и гостей Страны утренней с</w:t>
            </w:r>
            <w:r w:rsidRPr="00C33AF2">
              <w:rPr>
                <w:lang w:val="ru-RU"/>
              </w:rPr>
              <w:t>вежести</w:t>
            </w:r>
            <w:r>
              <w:t> </w:t>
            </w:r>
            <w:r w:rsidRPr="00C33AF2">
              <w:rPr>
                <w:lang w:val="ru-RU"/>
              </w:rPr>
              <w:t xml:space="preserve">стало модно брать в аренду стилизованные костюмы - традиционные </w:t>
            </w:r>
            <w:proofErr w:type="spellStart"/>
            <w:proofErr w:type="gramStart"/>
            <w:r w:rsidRPr="00C33AF2">
              <w:rPr>
                <w:lang w:val="ru-RU"/>
              </w:rPr>
              <w:t>ханбок</w:t>
            </w:r>
            <w:proofErr w:type="spellEnd"/>
            <w:r w:rsidRPr="00C33AF2">
              <w:rPr>
                <w:lang w:val="ru-RU"/>
              </w:rPr>
              <w:t xml:space="preserve"> ,</w:t>
            </w:r>
            <w:proofErr w:type="gramEnd"/>
            <w:r w:rsidRPr="00C33AF2">
              <w:rPr>
                <w:lang w:val="ru-RU"/>
              </w:rPr>
              <w:t xml:space="preserve"> либо европейские костюмы более близкой нам эпохи первой половины 20-го века. В </w:t>
            </w:r>
            <w:proofErr w:type="spellStart"/>
            <w:r w:rsidRPr="00C33AF2">
              <w:rPr>
                <w:lang w:val="ru-RU"/>
              </w:rPr>
              <w:t>Чончжу</w:t>
            </w:r>
            <w:proofErr w:type="spellEnd"/>
            <w:r w:rsidRPr="00C33AF2">
              <w:rPr>
                <w:lang w:val="ru-RU"/>
              </w:rPr>
              <w:t xml:space="preserve"> вы увидите много таких парочек, либо </w:t>
            </w:r>
            <w:r w:rsidRPr="00C33AF2">
              <w:rPr>
                <w:lang w:val="ru-RU"/>
              </w:rPr>
              <w:lastRenderedPageBreak/>
              <w:t>семей, выглядящих экзотично на фоне исторических зда</w:t>
            </w:r>
            <w:r w:rsidRPr="00C33AF2">
              <w:rPr>
                <w:lang w:val="ru-RU"/>
              </w:rPr>
              <w:t>ний и традиционных домов ханок ...</w:t>
            </w:r>
          </w:p>
        </w:tc>
      </w:tr>
      <w:tr w:rsidR="005A3F39" w:rsidRPr="00C33AF2" w14:paraId="70D60325" w14:textId="77777777">
        <w:tc>
          <w:tcPr>
            <w:tcW w:w="1701" w:type="dxa"/>
          </w:tcPr>
          <w:p w14:paraId="39C78484" w14:textId="77777777" w:rsidR="005A3F39" w:rsidRPr="00C33AF2" w:rsidRDefault="005A3F3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36338083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lang w:val="ru-RU"/>
              </w:rPr>
              <w:br/>
              <w:t>трансфер в Сеул (</w:t>
            </w:r>
            <w:proofErr w:type="spellStart"/>
            <w:r w:rsidRPr="00C33AF2">
              <w:rPr>
                <w:lang w:val="ru-RU"/>
              </w:rPr>
              <w:t>ок</w:t>
            </w:r>
            <w:proofErr w:type="spellEnd"/>
            <w:r w:rsidRPr="00C33AF2">
              <w:rPr>
                <w:lang w:val="ru-RU"/>
              </w:rPr>
              <w:t>. 3 часов)</w:t>
            </w:r>
          </w:p>
        </w:tc>
      </w:tr>
      <w:tr w:rsidR="005A3F39" w14:paraId="6E2A3980" w14:textId="77777777">
        <w:tc>
          <w:tcPr>
            <w:tcW w:w="1701" w:type="dxa"/>
          </w:tcPr>
          <w:p w14:paraId="5D438F50" w14:textId="77777777" w:rsidR="005A3F39" w:rsidRDefault="00C33AF2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03DDC70F" w14:textId="77777777" w:rsidR="005A3F39" w:rsidRDefault="00C33AF2">
            <w:r>
              <w:t>Сеул</w:t>
            </w:r>
          </w:p>
        </w:tc>
      </w:tr>
    </w:tbl>
    <w:p w14:paraId="64ECE666" w14:textId="77777777" w:rsidR="005A3F39" w:rsidRDefault="005A3F39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5A3F39" w14:paraId="6124FD23" w14:textId="77777777">
        <w:tc>
          <w:tcPr>
            <w:tcW w:w="10080" w:type="dxa"/>
            <w:gridSpan w:val="2"/>
            <w:shd w:val="clear" w:color="auto" w:fill="1B3A4B"/>
          </w:tcPr>
          <w:p w14:paraId="6F4FBD7B" w14:textId="77777777" w:rsidR="005A3F39" w:rsidRDefault="00C33AF2">
            <w:r>
              <w:rPr>
                <w:b/>
                <w:color w:val="FFFFFF"/>
                <w:sz w:val="28"/>
              </w:rPr>
              <w:t>День 8</w:t>
            </w:r>
          </w:p>
        </w:tc>
      </w:tr>
      <w:tr w:rsidR="005A3F39" w14:paraId="4DCA066D" w14:textId="77777777">
        <w:tc>
          <w:tcPr>
            <w:tcW w:w="1701" w:type="dxa"/>
          </w:tcPr>
          <w:p w14:paraId="630FFF74" w14:textId="77777777" w:rsidR="005A3F39" w:rsidRDefault="00C33AF2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77C7F9E0" w14:textId="77777777" w:rsidR="005A3F39" w:rsidRDefault="00C33AF2">
            <w:r>
              <w:t>October 31, 2027</w:t>
            </w:r>
          </w:p>
        </w:tc>
      </w:tr>
      <w:tr w:rsidR="005A3F39" w14:paraId="73ECC5F9" w14:textId="77777777">
        <w:tc>
          <w:tcPr>
            <w:tcW w:w="1701" w:type="dxa"/>
          </w:tcPr>
          <w:p w14:paraId="5A656DC5" w14:textId="77777777" w:rsidR="005A3F39" w:rsidRDefault="005A3F39"/>
        </w:tc>
        <w:tc>
          <w:tcPr>
            <w:tcW w:w="7937" w:type="dxa"/>
          </w:tcPr>
          <w:p w14:paraId="0031072C" w14:textId="77777777" w:rsidR="005A3F39" w:rsidRDefault="00C33AF2">
            <w:r>
              <w:t>Свободный день</w:t>
            </w:r>
          </w:p>
        </w:tc>
      </w:tr>
      <w:tr w:rsidR="005A3F39" w:rsidRPr="00C33AF2" w14:paraId="192E9678" w14:textId="77777777">
        <w:tc>
          <w:tcPr>
            <w:tcW w:w="1701" w:type="dxa"/>
          </w:tcPr>
          <w:p w14:paraId="5D73DAFE" w14:textId="77777777" w:rsidR="005A3F39" w:rsidRDefault="005A3F39"/>
        </w:tc>
        <w:tc>
          <w:tcPr>
            <w:tcW w:w="7937" w:type="dxa"/>
          </w:tcPr>
          <w:p w14:paraId="40A51BF6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lang w:val="ru-RU"/>
              </w:rPr>
              <w:br/>
              <w:t xml:space="preserve">Трансфер отель → аэропорт включён (водитель, без гида). Водитель заберёт вас из лобби отеля. Улетаете позже? </w:t>
            </w:r>
            <w:r w:rsidRPr="00C33AF2">
              <w:rPr>
                <w:lang w:val="ru-RU"/>
              </w:rPr>
              <w:t>Трансфер переносится на день вашего вылета без доплаты.</w:t>
            </w:r>
          </w:p>
        </w:tc>
      </w:tr>
      <w:tr w:rsidR="005A3F39" w:rsidRPr="00C33AF2" w14:paraId="124E3EA4" w14:textId="77777777">
        <w:tc>
          <w:tcPr>
            <w:tcW w:w="1701" w:type="dxa"/>
          </w:tcPr>
          <w:p w14:paraId="2B4F34DD" w14:textId="77777777" w:rsidR="005A3F39" w:rsidRPr="00C33AF2" w:rsidRDefault="005A3F39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18ABCFC4" w14:textId="77777777" w:rsidR="005A3F39" w:rsidRPr="00C33AF2" w:rsidRDefault="00C33AF2">
            <w:pPr>
              <w:rPr>
                <w:lang w:val="ru-RU"/>
              </w:rPr>
            </w:pPr>
            <w:r w:rsidRPr="00C33AF2">
              <w:rPr>
                <w:lang w:val="ru-RU"/>
              </w:rPr>
              <w:br/>
              <w:t>Вы можете продлить ваше пребывание в Корее после официального окончания тура. По запросу мы можем помочь с бронированием дополнительных ночей в отеле после окончания тура.</w:t>
            </w:r>
          </w:p>
        </w:tc>
      </w:tr>
    </w:tbl>
    <w:p w14:paraId="5EC5C20A" w14:textId="77777777" w:rsidR="005A3F39" w:rsidRPr="00C33AF2" w:rsidRDefault="005A3F39">
      <w:pPr>
        <w:rPr>
          <w:lang w:val="ru-RU"/>
        </w:rPr>
      </w:pPr>
    </w:p>
    <w:p w14:paraId="63B1D6C4" w14:textId="77777777" w:rsidR="005A3F39" w:rsidRPr="00C33AF2" w:rsidRDefault="00C33AF2">
      <w:pPr>
        <w:pStyle w:val="31"/>
        <w:rPr>
          <w:lang w:val="ru-RU"/>
        </w:rPr>
      </w:pPr>
      <w:r w:rsidRPr="00C33AF2">
        <w:rPr>
          <w:lang w:val="ru-RU"/>
        </w:rPr>
        <w:t>Отправление</w:t>
      </w:r>
    </w:p>
    <w:p w14:paraId="37DCA7B8" w14:textId="1693E795" w:rsidR="005A3F39" w:rsidRPr="00C33AF2" w:rsidRDefault="00C33AF2">
      <w:pPr>
        <w:rPr>
          <w:lang w:val="ru-RU"/>
        </w:rPr>
      </w:pPr>
      <w:r>
        <w:t>October</w:t>
      </w:r>
      <w:r w:rsidRPr="00C33AF2">
        <w:rPr>
          <w:lang w:val="ru-RU"/>
        </w:rPr>
        <w:t xml:space="preserve"> 31,</w:t>
      </w:r>
      <w:r w:rsidRPr="00C33AF2">
        <w:rPr>
          <w:lang w:val="ru-RU"/>
        </w:rPr>
        <w:t xml:space="preserve"> 2027</w:t>
      </w:r>
    </w:p>
    <w:sectPr w:rsidR="005A3F39" w:rsidRPr="00C33AF2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A3F39"/>
    <w:rsid w:val="00AA1D8D"/>
    <w:rsid w:val="00B47730"/>
    <w:rsid w:val="00C33AF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7376BC"/>
  <w14:defaultImageDpi w14:val="300"/>
  <w15:docId w15:val="{171D6680-8FA9-4696-8576-593C6255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2967</Words>
  <Characters>16912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Radchenko</cp:lastModifiedBy>
  <cp:revision>2</cp:revision>
  <dcterms:created xsi:type="dcterms:W3CDTF">2026-10-16T17:09:00Z</dcterms:created>
  <dcterms:modified xsi:type="dcterms:W3CDTF">2026-10-16T17:09:00Z</dcterms:modified>
  <cp:category/>
</cp:coreProperties>
</file>