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4EB77" w14:textId="77777777" w:rsidR="003C4BA9" w:rsidRPr="00176886" w:rsidRDefault="00176886">
      <w:pPr>
        <w:pStyle w:val="aa"/>
        <w:jc w:val="center"/>
        <w:rPr>
          <w:lang w:val="ru-RU"/>
        </w:rPr>
      </w:pPr>
      <w:r w:rsidRPr="00176886">
        <w:rPr>
          <w:lang w:val="ru-RU"/>
        </w:rPr>
        <w:t>Там, где цветёт поздняя вишня</w:t>
      </w:r>
    </w:p>
    <w:p w14:paraId="03149C07" w14:textId="77777777" w:rsidR="003C4BA9" w:rsidRPr="00176886" w:rsidRDefault="00176886">
      <w:pPr>
        <w:pStyle w:val="1"/>
        <w:rPr>
          <w:lang w:val="ru-RU"/>
        </w:rPr>
      </w:pPr>
      <w:bookmarkStart w:id="0" w:name="tour_1"/>
      <w:r w:rsidRPr="00176886">
        <w:rPr>
          <w:color w:val="1B3A4B"/>
          <w:lang w:val="ru-RU"/>
        </w:rPr>
        <w:t>Там, где цветёт поздняя вишня</w:t>
      </w:r>
      <w:bookmarkEnd w:id="0"/>
    </w:p>
    <w:p w14:paraId="48B263C7" w14:textId="77777777" w:rsidR="003C4BA9" w:rsidRPr="00176886" w:rsidRDefault="00176886">
      <w:pPr>
        <w:jc w:val="center"/>
        <w:rPr>
          <w:lang w:val="ru-RU"/>
        </w:rPr>
      </w:pPr>
      <w:r w:rsidRPr="00176886">
        <w:rPr>
          <w:color w:val="555555"/>
          <w:sz w:val="24"/>
          <w:lang w:val="ru-RU"/>
        </w:rPr>
        <w:t xml:space="preserve">Сеул, </w:t>
      </w:r>
      <w:proofErr w:type="spellStart"/>
      <w:r w:rsidRPr="00176886">
        <w:rPr>
          <w:color w:val="555555"/>
          <w:sz w:val="24"/>
          <w:lang w:val="ru-RU"/>
        </w:rPr>
        <w:t>Сокчхо</w:t>
      </w:r>
      <w:proofErr w:type="spellEnd"/>
      <w:r w:rsidRPr="00176886">
        <w:rPr>
          <w:color w:val="555555"/>
          <w:sz w:val="24"/>
          <w:lang w:val="ru-RU"/>
        </w:rPr>
        <w:t xml:space="preserve">, </w:t>
      </w:r>
      <w:proofErr w:type="spellStart"/>
      <w:r w:rsidRPr="00176886">
        <w:rPr>
          <w:color w:val="555555"/>
          <w:sz w:val="24"/>
          <w:lang w:val="ru-RU"/>
        </w:rPr>
        <w:t>Андон</w:t>
      </w:r>
      <w:proofErr w:type="spellEnd"/>
      <w:r w:rsidRPr="00176886">
        <w:rPr>
          <w:color w:val="555555"/>
          <w:sz w:val="24"/>
          <w:lang w:val="ru-RU"/>
        </w:rPr>
        <w:t xml:space="preserve">, </w:t>
      </w:r>
      <w:proofErr w:type="spellStart"/>
      <w:r w:rsidRPr="00176886">
        <w:rPr>
          <w:color w:val="555555"/>
          <w:sz w:val="24"/>
          <w:lang w:val="ru-RU"/>
        </w:rPr>
        <w:t>Кёнчжу</w:t>
      </w:r>
      <w:proofErr w:type="spellEnd"/>
      <w:r w:rsidRPr="00176886">
        <w:rPr>
          <w:color w:val="555555"/>
          <w:sz w:val="24"/>
          <w:lang w:val="ru-RU"/>
        </w:rPr>
        <w:t>, Пусан · 8 дней</w:t>
      </w:r>
    </w:p>
    <w:p w14:paraId="23EEB371" w14:textId="77777777" w:rsidR="003C4BA9" w:rsidRPr="00176886" w:rsidRDefault="00176886">
      <w:pPr>
        <w:jc w:val="center"/>
        <w:rPr>
          <w:lang w:val="ru-RU"/>
        </w:rPr>
      </w:pPr>
      <w:r w:rsidRPr="00176886">
        <w:rPr>
          <w:sz w:val="24"/>
          <w:lang w:val="ru-RU"/>
        </w:rPr>
        <w:t>У весны есть второе дыхание: поздняя, розовая и</w:t>
      </w:r>
      <w:r w:rsidRPr="00176886">
        <w:rPr>
          <w:sz w:val="24"/>
          <w:lang w:val="ru-RU"/>
        </w:rPr>
        <w:t xml:space="preserve"> пышная вишня раскрывается, продолжая праздник после ранней</w:t>
      </w:r>
    </w:p>
    <w:p w14:paraId="30C57FAE" w14:textId="77777777" w:rsidR="003C4BA9" w:rsidRPr="00176886" w:rsidRDefault="00176886">
      <w:pPr>
        <w:rPr>
          <w:lang w:val="ru-RU"/>
        </w:rPr>
      </w:pPr>
      <w:r w:rsidRPr="00176886">
        <w:rPr>
          <w:b/>
          <w:color w:val="1B3A4B"/>
          <w:lang w:val="ru-RU"/>
        </w:rPr>
        <w:t xml:space="preserve">Даты тура: </w:t>
      </w:r>
      <w:r>
        <w:t>April</w:t>
      </w:r>
      <w:r w:rsidRPr="00176886">
        <w:rPr>
          <w:lang w:val="ru-RU"/>
        </w:rPr>
        <w:t xml:space="preserve"> 17, 2027 ~ </w:t>
      </w:r>
      <w:r>
        <w:t>April</w:t>
      </w:r>
      <w:r w:rsidRPr="00176886">
        <w:rPr>
          <w:lang w:val="ru-RU"/>
        </w:rPr>
        <w:t xml:space="preserve"> 24, 2027</w:t>
      </w:r>
    </w:p>
    <w:p w14:paraId="23C00D6E" w14:textId="77777777" w:rsidR="003C4BA9" w:rsidRPr="00176886" w:rsidRDefault="00176886">
      <w:pPr>
        <w:rPr>
          <w:lang w:val="ru-RU"/>
        </w:rPr>
      </w:pPr>
      <w:r w:rsidRPr="00176886">
        <w:rPr>
          <w:b/>
          <w:color w:val="1B3A4B"/>
          <w:lang w:val="ru-RU"/>
        </w:rPr>
        <w:t>Статус бронирования</w:t>
      </w:r>
      <w:proofErr w:type="gramStart"/>
      <w:r w:rsidRPr="00176886">
        <w:rPr>
          <w:b/>
          <w:color w:val="1B3A4B"/>
          <w:lang w:val="ru-RU"/>
        </w:rPr>
        <w:t xml:space="preserve">: </w:t>
      </w:r>
      <w:r w:rsidRPr="00176886">
        <w:rPr>
          <w:b/>
          <w:color w:val="4A7C59"/>
          <w:lang w:val="ru-RU"/>
        </w:rPr>
        <w:t>Доступно</w:t>
      </w:r>
      <w:proofErr w:type="gramEnd"/>
      <w:r w:rsidRPr="00176886">
        <w:rPr>
          <w:b/>
          <w:color w:val="4A7C59"/>
          <w:lang w:val="ru-RU"/>
        </w:rPr>
        <w:t xml:space="preserve"> для бронирования</w:t>
      </w:r>
    </w:p>
    <w:p w14:paraId="5A8D45E8" w14:textId="77777777" w:rsidR="003C4BA9" w:rsidRPr="00176886" w:rsidRDefault="00176886">
      <w:pPr>
        <w:pStyle w:val="21"/>
        <w:rPr>
          <w:lang w:val="ru-RU"/>
        </w:rPr>
      </w:pPr>
      <w:r w:rsidRPr="00176886">
        <w:rPr>
          <w:lang w:val="ru-RU"/>
        </w:rPr>
        <w:t xml:space="preserve">Что </w:t>
      </w:r>
      <w:r w:rsidRPr="00176886">
        <w:rPr>
          <w:lang w:val="ru-RU"/>
        </w:rPr>
        <w:t>включено</w:t>
      </w:r>
    </w:p>
    <w:p w14:paraId="78BFBCC1" w14:textId="77777777" w:rsidR="003C4BA9" w:rsidRDefault="00176886">
      <w:pPr>
        <w:pStyle w:val="a0"/>
      </w:pPr>
      <w:proofErr w:type="spellStart"/>
      <w:r>
        <w:rPr>
          <w:color w:val="4A7C59"/>
        </w:rPr>
        <w:t>трансферы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по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программе</w:t>
      </w:r>
      <w:proofErr w:type="spellEnd"/>
    </w:p>
    <w:p w14:paraId="6EB93265" w14:textId="77777777" w:rsidR="003C4BA9" w:rsidRPr="00176886" w:rsidRDefault="00176886">
      <w:pPr>
        <w:pStyle w:val="a0"/>
        <w:rPr>
          <w:lang w:val="ru-RU"/>
        </w:rPr>
      </w:pPr>
      <w:r w:rsidRPr="00176886">
        <w:rPr>
          <w:color w:val="4A7C59"/>
          <w:lang w:val="ru-RU"/>
        </w:rPr>
        <w:t>завтраки, если выбрано проживание с завтраками</w:t>
      </w:r>
    </w:p>
    <w:p w14:paraId="51CF3750" w14:textId="77777777" w:rsidR="003C4BA9" w:rsidRPr="00176886" w:rsidRDefault="00176886">
      <w:pPr>
        <w:pStyle w:val="a0"/>
        <w:rPr>
          <w:lang w:val="ru-RU"/>
        </w:rPr>
      </w:pPr>
      <w:r w:rsidRPr="00176886">
        <w:rPr>
          <w:color w:val="4A7C59"/>
          <w:lang w:val="ru-RU"/>
        </w:rPr>
        <w:t>проживание в отеле в выбранной категории номеров</w:t>
      </w:r>
    </w:p>
    <w:p w14:paraId="1589E430" w14:textId="77777777" w:rsidR="003C4BA9" w:rsidRDefault="00176886">
      <w:pPr>
        <w:pStyle w:val="a0"/>
      </w:pPr>
      <w:proofErr w:type="spellStart"/>
      <w:r>
        <w:rPr>
          <w:color w:val="4A7C59"/>
        </w:rPr>
        <w:t>питание</w:t>
      </w:r>
      <w:proofErr w:type="spellEnd"/>
      <w:r>
        <w:rPr>
          <w:color w:val="4A7C59"/>
        </w:rPr>
        <w:t xml:space="preserve">, </w:t>
      </w:r>
      <w:proofErr w:type="spellStart"/>
      <w:r>
        <w:rPr>
          <w:color w:val="4A7C59"/>
        </w:rPr>
        <w:t>явно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указанное</w:t>
      </w:r>
      <w:proofErr w:type="spellEnd"/>
      <w:r>
        <w:rPr>
          <w:color w:val="4A7C59"/>
        </w:rPr>
        <w:t xml:space="preserve"> в программе</w:t>
      </w:r>
    </w:p>
    <w:p w14:paraId="6603BD08" w14:textId="77777777" w:rsidR="003C4BA9" w:rsidRPr="00176886" w:rsidRDefault="00176886">
      <w:pPr>
        <w:pStyle w:val="a0"/>
        <w:rPr>
          <w:lang w:val="ru-RU"/>
        </w:rPr>
      </w:pPr>
      <w:r w:rsidRPr="00176886">
        <w:rPr>
          <w:color w:val="4A7C59"/>
          <w:lang w:val="ru-RU"/>
        </w:rPr>
        <w:t>экскурсии по программе с лицензированным русскоязычным гидом</w:t>
      </w:r>
    </w:p>
    <w:p w14:paraId="3877D391" w14:textId="77777777" w:rsidR="003C4BA9" w:rsidRDefault="00176886">
      <w:pPr>
        <w:pStyle w:val="a0"/>
      </w:pPr>
      <w:proofErr w:type="spellStart"/>
      <w:r>
        <w:rPr>
          <w:color w:val="4A7C59"/>
        </w:rPr>
        <w:t>индивидуальный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транспорт</w:t>
      </w:r>
      <w:proofErr w:type="spellEnd"/>
    </w:p>
    <w:p w14:paraId="67FC3E96" w14:textId="77777777" w:rsidR="003C4BA9" w:rsidRDefault="00176886">
      <w:pPr>
        <w:pStyle w:val="a0"/>
      </w:pPr>
      <w:r>
        <w:rPr>
          <w:color w:val="4A7C59"/>
        </w:rPr>
        <w:t>лицензированный гид</w:t>
      </w:r>
    </w:p>
    <w:p w14:paraId="52F9E352" w14:textId="77777777" w:rsidR="003C4BA9" w:rsidRDefault="00176886">
      <w:pPr>
        <w:pStyle w:val="a0"/>
      </w:pPr>
      <w:r>
        <w:rPr>
          <w:color w:val="4A7C59"/>
        </w:rPr>
        <w:t>входные билеты по указанной программе</w:t>
      </w:r>
    </w:p>
    <w:p w14:paraId="5792B108" w14:textId="77777777" w:rsidR="003C4BA9" w:rsidRDefault="00176886">
      <w:pPr>
        <w:pStyle w:val="21"/>
      </w:pPr>
      <w:r>
        <w:t>Что не включено</w:t>
      </w:r>
    </w:p>
    <w:p w14:paraId="319E5D7E" w14:textId="77777777" w:rsidR="003C4BA9" w:rsidRDefault="00176886">
      <w:pPr>
        <w:pStyle w:val="a0"/>
      </w:pPr>
      <w:r>
        <w:rPr>
          <w:color w:val="555555"/>
        </w:rPr>
        <w:t>авиабилеты</w:t>
      </w:r>
    </w:p>
    <w:p w14:paraId="23757F98" w14:textId="77777777" w:rsidR="003C4BA9" w:rsidRDefault="00176886">
      <w:pPr>
        <w:pStyle w:val="a0"/>
      </w:pPr>
      <w:r>
        <w:rPr>
          <w:color w:val="555555"/>
        </w:rPr>
        <w:t>медицинская страховка</w:t>
      </w:r>
    </w:p>
    <w:p w14:paraId="6DACB55F" w14:textId="77777777" w:rsidR="003C4BA9" w:rsidRPr="00176886" w:rsidRDefault="00176886">
      <w:pPr>
        <w:pStyle w:val="a0"/>
        <w:rPr>
          <w:lang w:val="ru-RU"/>
        </w:rPr>
      </w:pPr>
      <w:r w:rsidRPr="00176886">
        <w:rPr>
          <w:color w:val="555555"/>
          <w:lang w:val="ru-RU"/>
        </w:rPr>
        <w:t>все личные расходы и прочие расходы, не указанные явно в программе тура</w:t>
      </w:r>
    </w:p>
    <w:p w14:paraId="15B6DE79" w14:textId="77777777" w:rsidR="003C4BA9" w:rsidRDefault="00176886">
      <w:pPr>
        <w:pStyle w:val="a0"/>
      </w:pPr>
      <w:proofErr w:type="spellStart"/>
      <w:r>
        <w:rPr>
          <w:color w:val="555555"/>
        </w:rPr>
        <w:t>питание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не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указанное</w:t>
      </w:r>
      <w:proofErr w:type="spellEnd"/>
      <w:r>
        <w:rPr>
          <w:color w:val="555555"/>
        </w:rPr>
        <w:t xml:space="preserve"> в программе</w:t>
      </w:r>
    </w:p>
    <w:p w14:paraId="5B4E4D4F" w14:textId="77777777" w:rsidR="003C4BA9" w:rsidRPr="00176886" w:rsidRDefault="003C4BA9">
      <w:pPr>
        <w:rPr>
          <w:lang w:val="ru-RU"/>
        </w:rPr>
      </w:pPr>
    </w:p>
    <w:p w14:paraId="65F8A75D" w14:textId="77777777" w:rsidR="003C4BA9" w:rsidRPr="00176886" w:rsidRDefault="00176886">
      <w:pPr>
        <w:rPr>
          <w:lang w:val="ru-RU"/>
        </w:rPr>
      </w:pPr>
      <w:r w:rsidRPr="00176886">
        <w:rPr>
          <w:lang w:val="ru-RU"/>
        </w:rPr>
        <w:br w:type="page"/>
      </w:r>
    </w:p>
    <w:p w14:paraId="0F39888F" w14:textId="77777777" w:rsidR="003C4BA9" w:rsidRPr="00176886" w:rsidRDefault="00176886">
      <w:pPr>
        <w:pStyle w:val="21"/>
        <w:rPr>
          <w:lang w:val="ru-RU"/>
        </w:rPr>
      </w:pPr>
      <w:bookmarkStart w:id="1" w:name="tour_1_prices"/>
      <w:r w:rsidRPr="00176886">
        <w:rPr>
          <w:lang w:val="ru-RU"/>
        </w:rPr>
        <w:lastRenderedPageBreak/>
        <w:t>Цены</w:t>
      </w:r>
      <w:bookmarkEnd w:id="1"/>
    </w:p>
    <w:p w14:paraId="2D388D66" w14:textId="77777777" w:rsidR="003C4BA9" w:rsidRPr="00176886" w:rsidRDefault="00176886">
      <w:pPr>
        <w:keepNext/>
        <w:rPr>
          <w:lang w:val="ru-RU"/>
        </w:rPr>
      </w:pPr>
      <w:r w:rsidRPr="00176886">
        <w:rPr>
          <w:color w:val="555555"/>
          <w:sz w:val="18"/>
          <w:lang w:val="ru-RU"/>
        </w:rPr>
        <w:t xml:space="preserve">Указанные цены за человека. '1 </w:t>
      </w:r>
      <w:r>
        <w:rPr>
          <w:color w:val="555555"/>
          <w:sz w:val="18"/>
        </w:rPr>
        <w:t>pax</w:t>
      </w:r>
      <w:r w:rsidRPr="00176886">
        <w:rPr>
          <w:color w:val="555555"/>
          <w:sz w:val="18"/>
          <w:lang w:val="ru-RU"/>
        </w:rPr>
        <w:t>' означает одноместное размещение (1 человек в номер</w:t>
      </w:r>
      <w:r w:rsidRPr="00176886">
        <w:rPr>
          <w:color w:val="555555"/>
          <w:sz w:val="18"/>
          <w:lang w:val="ru-RU"/>
        </w:rPr>
        <w:t xml:space="preserve">е), '2 </w:t>
      </w:r>
      <w:r>
        <w:rPr>
          <w:color w:val="555555"/>
          <w:sz w:val="18"/>
        </w:rPr>
        <w:t>pax</w:t>
      </w:r>
      <w:r w:rsidRPr="00176886">
        <w:rPr>
          <w:color w:val="555555"/>
          <w:sz w:val="18"/>
          <w:lang w:val="ru-RU"/>
        </w:rPr>
        <w:t xml:space="preserve">' означает двухместное размещение (2 человека в номере), '3 </w:t>
      </w:r>
      <w:r>
        <w:rPr>
          <w:color w:val="555555"/>
          <w:sz w:val="18"/>
        </w:rPr>
        <w:t>pax</w:t>
      </w:r>
      <w:r w:rsidRPr="00176886">
        <w:rPr>
          <w:color w:val="555555"/>
          <w:sz w:val="18"/>
          <w:lang w:val="ru-RU"/>
        </w:rPr>
        <w:t>' означает трехместное размещение (3 человека в номере).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360"/>
        <w:gridCol w:w="3360"/>
      </w:tblGrid>
      <w:tr w:rsidR="00176886" w14:paraId="4639B1FC" w14:textId="77777777">
        <w:tc>
          <w:tcPr>
            <w:tcW w:w="3360" w:type="dxa"/>
          </w:tcPr>
          <w:p w14:paraId="6D95456A" w14:textId="77777777" w:rsidR="00176886" w:rsidRDefault="00176886">
            <w:proofErr w:type="spellStart"/>
            <w:r>
              <w:rPr>
                <w:b/>
                <w:color w:val="1B3A4B"/>
              </w:rPr>
              <w:t>человек</w:t>
            </w:r>
            <w:proofErr w:type="spellEnd"/>
            <w:r>
              <w:rPr>
                <w:b/>
                <w:color w:val="1B3A4B"/>
              </w:rPr>
              <w:t xml:space="preserve"> в </w:t>
            </w:r>
            <w:proofErr w:type="spellStart"/>
            <w:r>
              <w:rPr>
                <w:b/>
                <w:color w:val="1B3A4B"/>
              </w:rPr>
              <w:t>номере</w:t>
            </w:r>
            <w:proofErr w:type="spellEnd"/>
          </w:p>
        </w:tc>
        <w:tc>
          <w:tcPr>
            <w:tcW w:w="3360" w:type="dxa"/>
          </w:tcPr>
          <w:p w14:paraId="1294D8AA" w14:textId="77777777" w:rsidR="00176886" w:rsidRDefault="00176886">
            <w:r>
              <w:rPr>
                <w:b/>
                <w:color w:val="1B3A4B"/>
              </w:rPr>
              <w:t>Опубликованная</w:t>
            </w:r>
          </w:p>
        </w:tc>
      </w:tr>
      <w:tr w:rsidR="00176886" w14:paraId="2F12E37B" w14:textId="77777777">
        <w:tc>
          <w:tcPr>
            <w:tcW w:w="3360" w:type="dxa"/>
          </w:tcPr>
          <w:p w14:paraId="2E6DE8E4" w14:textId="77777777" w:rsidR="00176886" w:rsidRDefault="00176886">
            <w:r>
              <w:t xml:space="preserve">1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498C2C39" w14:textId="77777777" w:rsidR="00176886" w:rsidRDefault="00176886">
            <w:r>
              <w:t>$2,267.00</w:t>
            </w:r>
          </w:p>
        </w:tc>
      </w:tr>
      <w:tr w:rsidR="00176886" w14:paraId="438F8911" w14:textId="77777777">
        <w:tc>
          <w:tcPr>
            <w:tcW w:w="3360" w:type="dxa"/>
          </w:tcPr>
          <w:p w14:paraId="02ADAB25" w14:textId="77777777" w:rsidR="00176886" w:rsidRDefault="00176886">
            <w:r>
              <w:t xml:space="preserve">2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5B8B6C87" w14:textId="77777777" w:rsidR="00176886" w:rsidRDefault="00176886">
            <w:r>
              <w:t>$1,640.00</w:t>
            </w:r>
          </w:p>
        </w:tc>
      </w:tr>
      <w:tr w:rsidR="00176886" w14:paraId="1B88A88B" w14:textId="77777777">
        <w:tc>
          <w:tcPr>
            <w:tcW w:w="3360" w:type="dxa"/>
          </w:tcPr>
          <w:p w14:paraId="748A3906" w14:textId="77777777" w:rsidR="00176886" w:rsidRDefault="00176886">
            <w:r>
              <w:t xml:space="preserve">3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75BA91F0" w14:textId="77777777" w:rsidR="00176886" w:rsidRDefault="00176886">
            <w:r>
              <w:t>$1,620.00</w:t>
            </w:r>
          </w:p>
        </w:tc>
      </w:tr>
    </w:tbl>
    <w:p w14:paraId="7931C8BC" w14:textId="77777777" w:rsidR="003C4BA9" w:rsidRDefault="00176886">
      <w:pPr>
        <w:pStyle w:val="31"/>
      </w:pPr>
      <w:proofErr w:type="spellStart"/>
      <w:r>
        <w:t>Важные</w:t>
      </w:r>
      <w:proofErr w:type="spellEnd"/>
      <w:r>
        <w:t xml:space="preserve"> </w:t>
      </w:r>
      <w:proofErr w:type="spellStart"/>
      <w:r>
        <w:t>уведомления</w:t>
      </w:r>
      <w:proofErr w:type="spellEnd"/>
    </w:p>
    <w:p w14:paraId="05EED2B4" w14:textId="77777777" w:rsidR="003C4BA9" w:rsidRPr="00176886" w:rsidRDefault="00176886">
      <w:pPr>
        <w:rPr>
          <w:lang w:val="ru-RU"/>
        </w:rPr>
      </w:pPr>
      <w:r w:rsidRPr="00176886">
        <w:rPr>
          <w:color w:val="555555"/>
          <w:lang w:val="ru-RU"/>
        </w:rPr>
        <w:t>Обратите внимание, что некоторые отели, включенные в пакетные туры, могут быть заменены без предварительного предупреждения.</w:t>
      </w:r>
    </w:p>
    <w:p w14:paraId="3616075A" w14:textId="77777777" w:rsidR="003C4BA9" w:rsidRPr="00176886" w:rsidRDefault="00176886">
      <w:pPr>
        <w:rPr>
          <w:lang w:val="ru-RU"/>
        </w:rPr>
      </w:pPr>
      <w:r w:rsidRPr="00176886">
        <w:rPr>
          <w:color w:val="555555"/>
          <w:lang w:val="ru-RU"/>
        </w:rPr>
        <w:t xml:space="preserve">Окончательная </w:t>
      </w:r>
      <w:r w:rsidRPr="00176886">
        <w:rPr>
          <w:color w:val="555555"/>
          <w:lang w:val="ru-RU"/>
        </w:rPr>
        <w:t>конфигурация номера определяется отелем; возможна замена на равнозначный тип номера без предварительного уведомления. Гарантируется наличие достаточного количества спальных мест; конкретная конфигурация кроватей не гарантируется.</w:t>
      </w:r>
    </w:p>
    <w:p w14:paraId="0624D7DF" w14:textId="77777777" w:rsidR="003C4BA9" w:rsidRPr="00176886" w:rsidRDefault="003C4BA9">
      <w:pPr>
        <w:rPr>
          <w:lang w:val="ru-RU"/>
        </w:rPr>
      </w:pPr>
    </w:p>
    <w:p w14:paraId="4E7A4720" w14:textId="77777777" w:rsidR="003C4BA9" w:rsidRPr="00176886" w:rsidRDefault="00176886">
      <w:pPr>
        <w:pStyle w:val="21"/>
        <w:rPr>
          <w:lang w:val="ru-RU"/>
        </w:rPr>
      </w:pPr>
      <w:r w:rsidRPr="00176886">
        <w:rPr>
          <w:lang w:val="ru-RU"/>
        </w:rPr>
        <w:t>Основные моменты</w:t>
      </w:r>
    </w:p>
    <w:p w14:paraId="44076A8B" w14:textId="77777777" w:rsidR="003C4BA9" w:rsidRPr="00176886" w:rsidRDefault="00176886">
      <w:pPr>
        <w:pStyle w:val="4"/>
        <w:rPr>
          <w:lang w:val="ru-RU"/>
        </w:rPr>
      </w:pPr>
      <w:r w:rsidRPr="00176886">
        <w:rPr>
          <w:lang w:val="ru-RU"/>
        </w:rPr>
        <w:t>1. Аутен</w:t>
      </w:r>
      <w:r w:rsidRPr="00176886">
        <w:rPr>
          <w:lang w:val="ru-RU"/>
        </w:rPr>
        <w:t>тичная кухня без поисков</w:t>
      </w:r>
    </w:p>
    <w:p w14:paraId="6B8F411E" w14:textId="77777777" w:rsidR="003C4BA9" w:rsidRPr="00176886" w:rsidRDefault="00176886">
      <w:pPr>
        <w:rPr>
          <w:lang w:val="ru-RU"/>
        </w:rPr>
      </w:pPr>
      <w:r w:rsidRPr="00176886">
        <w:rPr>
          <w:lang w:val="ru-RU"/>
        </w:rPr>
        <w:t>Там, где самому трудно найти или выбрать подходящее место, мы уже предусмотрели проверенные обеды. Вы сможете приобщиться к аутентичной корейской кухне, не рискуя попасть на что-то слишком острое.</w:t>
      </w:r>
    </w:p>
    <w:p w14:paraId="71C207F1" w14:textId="77777777" w:rsidR="003C4BA9" w:rsidRPr="00176886" w:rsidRDefault="00176886">
      <w:pPr>
        <w:pStyle w:val="4"/>
        <w:rPr>
          <w:lang w:val="ru-RU"/>
        </w:rPr>
      </w:pPr>
      <w:r w:rsidRPr="00176886">
        <w:rPr>
          <w:lang w:val="ru-RU"/>
        </w:rPr>
        <w:t>2. Только лицензированный гид</w:t>
      </w:r>
    </w:p>
    <w:p w14:paraId="3BB7A60E" w14:textId="77777777" w:rsidR="003C4BA9" w:rsidRPr="00176886" w:rsidRDefault="00176886">
      <w:pPr>
        <w:rPr>
          <w:lang w:val="ru-RU"/>
        </w:rPr>
      </w:pPr>
      <w:r w:rsidRPr="00176886">
        <w:rPr>
          <w:lang w:val="ru-RU"/>
        </w:rPr>
        <w:t>Экск</w:t>
      </w:r>
      <w:r w:rsidRPr="00176886">
        <w:rPr>
          <w:lang w:val="ru-RU"/>
        </w:rPr>
        <w:t>урсии проводят лицензированные гиды, которые знают историю, культуру и местный контекст Кореи. Вы получаете не набор дат и названий, а понятный рассказ, который помогает увидеть связи между прошлым, современной жизнью и местами на маршруте.</w:t>
      </w:r>
    </w:p>
    <w:p w14:paraId="0F6A4A85" w14:textId="77777777" w:rsidR="003C4BA9" w:rsidRPr="00176886" w:rsidRDefault="00176886">
      <w:pPr>
        <w:pStyle w:val="4"/>
        <w:rPr>
          <w:lang w:val="ru-RU"/>
        </w:rPr>
      </w:pPr>
      <w:r w:rsidRPr="00176886">
        <w:rPr>
          <w:lang w:val="ru-RU"/>
        </w:rPr>
        <w:t>3. Знакомство с</w:t>
      </w:r>
      <w:r w:rsidRPr="00176886">
        <w:rPr>
          <w:lang w:val="ru-RU"/>
        </w:rPr>
        <w:t xml:space="preserve"> традиционными корейскими ремеслами</w:t>
      </w:r>
    </w:p>
    <w:p w14:paraId="7BB98536" w14:textId="77777777" w:rsidR="003C4BA9" w:rsidRPr="00176886" w:rsidRDefault="00176886">
      <w:pPr>
        <w:rPr>
          <w:lang w:val="ru-RU"/>
        </w:rPr>
      </w:pPr>
      <w:r w:rsidRPr="00176886">
        <w:rPr>
          <w:lang w:val="ru-RU"/>
        </w:rPr>
        <w:t>Вы сможете прикоснуться к корейской традиции, поучаствовав в занятии по традиционному ремеслу. Это увлекательный способ почувствовать культуру страны и увезти с собой особое воспоминание.</w:t>
      </w:r>
    </w:p>
    <w:p w14:paraId="173871F7" w14:textId="77777777" w:rsidR="003C4BA9" w:rsidRPr="00176886" w:rsidRDefault="00176886">
      <w:pPr>
        <w:pStyle w:val="4"/>
        <w:rPr>
          <w:lang w:val="ru-RU"/>
        </w:rPr>
      </w:pPr>
      <w:r w:rsidRPr="00176886">
        <w:rPr>
          <w:lang w:val="ru-RU"/>
        </w:rPr>
        <w:t>4. Полдня свободного времени в П</w:t>
      </w:r>
      <w:r w:rsidRPr="00176886">
        <w:rPr>
          <w:lang w:val="ru-RU"/>
        </w:rPr>
        <w:t>усане.</w:t>
      </w:r>
    </w:p>
    <w:p w14:paraId="6B78C241" w14:textId="77777777" w:rsidR="003C4BA9" w:rsidRPr="00176886" w:rsidRDefault="00176886">
      <w:pPr>
        <w:rPr>
          <w:lang w:val="ru-RU"/>
        </w:rPr>
      </w:pPr>
      <w:r w:rsidRPr="00176886">
        <w:rPr>
          <w:lang w:val="ru-RU"/>
        </w:rPr>
        <w:t>Используйте это время для исследования города по собственному усмотрению, открыв для себя местные достопримечательности, волшебный шоппинг или просто наслаждаясь отдыхом на пляже.</w:t>
      </w:r>
    </w:p>
    <w:p w14:paraId="12C13A4B" w14:textId="77777777" w:rsidR="003C4BA9" w:rsidRPr="00176886" w:rsidRDefault="00176886">
      <w:pPr>
        <w:pStyle w:val="4"/>
        <w:rPr>
          <w:lang w:val="ru-RU"/>
        </w:rPr>
      </w:pPr>
      <w:r w:rsidRPr="00176886">
        <w:rPr>
          <w:lang w:val="ru-RU"/>
        </w:rPr>
        <w:t>5. Посещение как популярных, так и малоизвестных мест в Корее.</w:t>
      </w:r>
    </w:p>
    <w:p w14:paraId="19E5FA55" w14:textId="77777777" w:rsidR="003C4BA9" w:rsidRPr="00176886" w:rsidRDefault="00176886">
      <w:pPr>
        <w:rPr>
          <w:lang w:val="ru-RU"/>
        </w:rPr>
      </w:pPr>
      <w:r w:rsidRPr="00176886">
        <w:rPr>
          <w:lang w:val="ru-RU"/>
        </w:rPr>
        <w:t>Получите всеобъемлющий тур, который выходит за рамки обычных туристических маршрутов, позволяя вам открыть для себя скрытые жемчужины и культурные сокровища, которые упускают многие путешественники.</w:t>
      </w:r>
    </w:p>
    <w:p w14:paraId="26C1535D" w14:textId="77777777" w:rsidR="003C4BA9" w:rsidRPr="00176886" w:rsidRDefault="00176886">
      <w:pPr>
        <w:pStyle w:val="4"/>
        <w:rPr>
          <w:lang w:val="ru-RU"/>
        </w:rPr>
      </w:pPr>
      <w:r w:rsidRPr="00176886">
        <w:rPr>
          <w:lang w:val="ru-RU"/>
        </w:rPr>
        <w:t xml:space="preserve">6. Возможность заказать дополнительные ночи до или после </w:t>
      </w:r>
      <w:r w:rsidRPr="00176886">
        <w:rPr>
          <w:lang w:val="ru-RU"/>
        </w:rPr>
        <w:t>тура в тех же отелях (при наличии)</w:t>
      </w:r>
    </w:p>
    <w:p w14:paraId="61A7F15F" w14:textId="77777777" w:rsidR="003C4BA9" w:rsidRPr="00176886" w:rsidRDefault="00176886">
      <w:pPr>
        <w:rPr>
          <w:lang w:val="ru-RU"/>
        </w:rPr>
      </w:pPr>
      <w:r w:rsidRPr="00176886">
        <w:rPr>
          <w:lang w:val="ru-RU"/>
        </w:rPr>
        <w:t>Удобство и гибкость в планировании вашего путешествия.</w:t>
      </w:r>
    </w:p>
    <w:p w14:paraId="02E3BA82" w14:textId="77777777" w:rsidR="003C4BA9" w:rsidRPr="00176886" w:rsidRDefault="00176886">
      <w:pPr>
        <w:pStyle w:val="4"/>
        <w:rPr>
          <w:lang w:val="ru-RU"/>
        </w:rPr>
      </w:pPr>
      <w:r w:rsidRPr="00176886">
        <w:rPr>
          <w:lang w:val="ru-RU"/>
        </w:rPr>
        <w:lastRenderedPageBreak/>
        <w:t>7. Весеннее цветение</w:t>
      </w:r>
    </w:p>
    <w:p w14:paraId="7576BD67" w14:textId="77777777" w:rsidR="003C4BA9" w:rsidRPr="00176886" w:rsidRDefault="00176886">
      <w:pPr>
        <w:rPr>
          <w:lang w:val="ru-RU"/>
        </w:rPr>
      </w:pPr>
      <w:r w:rsidRPr="00176886">
        <w:rPr>
          <w:lang w:val="ru-RU"/>
        </w:rPr>
        <w:t xml:space="preserve">В зависимости от погоды, у нас может появиться возможность насладиться поздним цветением сакуры на </w:t>
      </w:r>
      <w:proofErr w:type="spellStart"/>
      <w:r w:rsidRPr="00176886">
        <w:rPr>
          <w:lang w:val="ru-RU"/>
        </w:rPr>
        <w:t>Сораксане</w:t>
      </w:r>
      <w:proofErr w:type="spellEnd"/>
      <w:r w:rsidRPr="00176886">
        <w:rPr>
          <w:lang w:val="ru-RU"/>
        </w:rPr>
        <w:t xml:space="preserve"> или нежными бутонами </w:t>
      </w:r>
      <w:r>
        <w:t>Prunus</w:t>
      </w:r>
      <w:r w:rsidRPr="00176886">
        <w:rPr>
          <w:lang w:val="ru-RU"/>
        </w:rPr>
        <w:t xml:space="preserve"> </w:t>
      </w:r>
      <w:proofErr w:type="spellStart"/>
      <w:r>
        <w:t>serrulat</w:t>
      </w:r>
      <w:r>
        <w:t>a</w:t>
      </w:r>
      <w:proofErr w:type="spellEnd"/>
      <w:r w:rsidRPr="00176886">
        <w:rPr>
          <w:lang w:val="ru-RU"/>
        </w:rPr>
        <w:t>. Это добавит в путешествие атмосферу весеннего волшебства и подарит шанс на красивые фотографии.</w:t>
      </w:r>
    </w:p>
    <w:p w14:paraId="1288A218" w14:textId="77777777" w:rsidR="003C4BA9" w:rsidRPr="00176886" w:rsidRDefault="00176886">
      <w:pPr>
        <w:pStyle w:val="21"/>
        <w:rPr>
          <w:lang w:val="ru-RU"/>
        </w:rPr>
      </w:pPr>
      <w:bookmarkStart w:id="2" w:name="tour_1_itinerary"/>
      <w:r w:rsidRPr="00176886">
        <w:rPr>
          <w:lang w:val="ru-RU"/>
        </w:rPr>
        <w:t>Подробный маршрут по дням</w:t>
      </w:r>
      <w:bookmarkEnd w:id="2"/>
    </w:p>
    <w:p w14:paraId="1EBF2E5D" w14:textId="77777777" w:rsidR="003C4BA9" w:rsidRPr="00176886" w:rsidRDefault="00176886">
      <w:pPr>
        <w:pStyle w:val="31"/>
        <w:rPr>
          <w:lang w:val="ru-RU"/>
        </w:rPr>
      </w:pPr>
      <w:r w:rsidRPr="00176886">
        <w:rPr>
          <w:lang w:val="ru-RU"/>
        </w:rPr>
        <w:t>Прибытие</w:t>
      </w:r>
    </w:p>
    <w:p w14:paraId="27626FBE" w14:textId="77777777" w:rsidR="003C4BA9" w:rsidRPr="00176886" w:rsidRDefault="00176886">
      <w:pPr>
        <w:rPr>
          <w:lang w:val="ru-RU"/>
        </w:rPr>
      </w:pPr>
      <w:r>
        <w:t>April</w:t>
      </w:r>
      <w:r w:rsidRPr="00176886">
        <w:rPr>
          <w:lang w:val="ru-RU"/>
        </w:rPr>
        <w:t xml:space="preserve"> 17, 2027</w:t>
      </w:r>
    </w:p>
    <w:p w14:paraId="06658A38" w14:textId="77777777" w:rsidR="003C4BA9" w:rsidRPr="00176886" w:rsidRDefault="003C4BA9">
      <w:pPr>
        <w:rPr>
          <w:lang w:val="ru-RU"/>
        </w:rPr>
      </w:pP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3C4BA9" w14:paraId="047C4EBE" w14:textId="77777777">
        <w:tc>
          <w:tcPr>
            <w:tcW w:w="10080" w:type="dxa"/>
            <w:gridSpan w:val="2"/>
            <w:shd w:val="clear" w:color="auto" w:fill="1B3A4B"/>
          </w:tcPr>
          <w:p w14:paraId="007430AF" w14:textId="77777777" w:rsidR="003C4BA9" w:rsidRDefault="00176886">
            <w:proofErr w:type="spellStart"/>
            <w:r>
              <w:rPr>
                <w:b/>
                <w:color w:val="FFFFFF"/>
                <w:sz w:val="28"/>
              </w:rPr>
              <w:t>День</w:t>
            </w:r>
            <w:proofErr w:type="spellEnd"/>
            <w:r>
              <w:rPr>
                <w:b/>
                <w:color w:val="FFFFFF"/>
                <w:sz w:val="28"/>
              </w:rPr>
              <w:t xml:space="preserve"> 1</w:t>
            </w:r>
          </w:p>
        </w:tc>
      </w:tr>
      <w:tr w:rsidR="003C4BA9" w14:paraId="6ECD6C44" w14:textId="77777777">
        <w:tc>
          <w:tcPr>
            <w:tcW w:w="1701" w:type="dxa"/>
          </w:tcPr>
          <w:p w14:paraId="2FE58619" w14:textId="77777777" w:rsidR="003C4BA9" w:rsidRDefault="00176886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13563F77" w14:textId="77777777" w:rsidR="003C4BA9" w:rsidRDefault="00176886">
            <w:r>
              <w:t>April 17, 2027</w:t>
            </w:r>
          </w:p>
        </w:tc>
      </w:tr>
      <w:tr w:rsidR="003C4BA9" w:rsidRPr="00176886" w14:paraId="17428798" w14:textId="77777777">
        <w:tc>
          <w:tcPr>
            <w:tcW w:w="1701" w:type="dxa"/>
          </w:tcPr>
          <w:p w14:paraId="59BF5F74" w14:textId="77777777" w:rsidR="003C4BA9" w:rsidRDefault="003C4BA9"/>
        </w:tc>
        <w:tc>
          <w:tcPr>
            <w:tcW w:w="7937" w:type="dxa"/>
          </w:tcPr>
          <w:p w14:paraId="1DBDD935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 xml:space="preserve">Трансфер аэропорт → отель включён (водитель, без гида). Водитель </w:t>
            </w:r>
            <w:r w:rsidRPr="00176886">
              <w:rPr>
                <w:lang w:val="ru-RU"/>
              </w:rPr>
              <w:t>встретит вас в зале прилёта с табличкой. Гости с близких рейсов едут вместе, поэтому возможно небольшое ожидание. Прилетаете раньше начала тура? Трансфер переносится на день вашего прилёта без доплаты.</w:t>
            </w:r>
          </w:p>
        </w:tc>
      </w:tr>
      <w:tr w:rsidR="003C4BA9" w:rsidRPr="00176886" w14:paraId="34DAA9EA" w14:textId="77777777">
        <w:tc>
          <w:tcPr>
            <w:tcW w:w="1701" w:type="dxa"/>
          </w:tcPr>
          <w:p w14:paraId="6E5894AD" w14:textId="77777777" w:rsidR="003C4BA9" w:rsidRPr="00176886" w:rsidRDefault="003C4BA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574CB578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>Вы можете приехать в Корею до официального начала т</w:t>
            </w:r>
            <w:r w:rsidRPr="00176886">
              <w:rPr>
                <w:lang w:val="ru-RU"/>
              </w:rPr>
              <w:t>ура. По запросу мы можем помочь с бронированием дополнительных ночей в отеле до начала тура.</w:t>
            </w:r>
          </w:p>
        </w:tc>
      </w:tr>
      <w:tr w:rsidR="003C4BA9" w14:paraId="2EF7587D" w14:textId="77777777">
        <w:tc>
          <w:tcPr>
            <w:tcW w:w="1701" w:type="dxa"/>
          </w:tcPr>
          <w:p w14:paraId="43B5505F" w14:textId="77777777" w:rsidR="003C4BA9" w:rsidRPr="00176886" w:rsidRDefault="003C4BA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1DD9289A" w14:textId="77777777" w:rsidR="003C4BA9" w:rsidRDefault="00176886">
            <w:proofErr w:type="spellStart"/>
            <w:r>
              <w:t>Свободный</w:t>
            </w:r>
            <w:proofErr w:type="spellEnd"/>
            <w:r>
              <w:t xml:space="preserve"> </w:t>
            </w:r>
            <w:proofErr w:type="spellStart"/>
            <w:r>
              <w:t>день</w:t>
            </w:r>
            <w:proofErr w:type="spellEnd"/>
          </w:p>
        </w:tc>
      </w:tr>
      <w:tr w:rsidR="003C4BA9" w14:paraId="0C24113F" w14:textId="77777777">
        <w:tc>
          <w:tcPr>
            <w:tcW w:w="1701" w:type="dxa"/>
          </w:tcPr>
          <w:p w14:paraId="620A8442" w14:textId="77777777" w:rsidR="003C4BA9" w:rsidRDefault="00176886">
            <w:r>
              <w:rPr>
                <w:b/>
                <w:color w:val="1B3A4B"/>
              </w:rPr>
              <w:t>Ночь в</w:t>
            </w:r>
          </w:p>
        </w:tc>
        <w:tc>
          <w:tcPr>
            <w:tcW w:w="7937" w:type="dxa"/>
          </w:tcPr>
          <w:p w14:paraId="4880B171" w14:textId="77777777" w:rsidR="003C4BA9" w:rsidRDefault="00176886">
            <w:r>
              <w:t>Сеул</w:t>
            </w:r>
          </w:p>
        </w:tc>
      </w:tr>
    </w:tbl>
    <w:p w14:paraId="5EB66584" w14:textId="77777777" w:rsidR="003C4BA9" w:rsidRDefault="003C4BA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3C4BA9" w14:paraId="326C5C7C" w14:textId="77777777">
        <w:tc>
          <w:tcPr>
            <w:tcW w:w="10080" w:type="dxa"/>
            <w:gridSpan w:val="2"/>
            <w:shd w:val="clear" w:color="auto" w:fill="1B3A4B"/>
          </w:tcPr>
          <w:p w14:paraId="16616BAC" w14:textId="77777777" w:rsidR="003C4BA9" w:rsidRDefault="00176886">
            <w:r>
              <w:rPr>
                <w:b/>
                <w:color w:val="FFFFFF"/>
                <w:sz w:val="28"/>
              </w:rPr>
              <w:t>День 2</w:t>
            </w:r>
          </w:p>
        </w:tc>
      </w:tr>
      <w:tr w:rsidR="003C4BA9" w14:paraId="6D8FE1EF" w14:textId="77777777">
        <w:tc>
          <w:tcPr>
            <w:tcW w:w="1701" w:type="dxa"/>
          </w:tcPr>
          <w:p w14:paraId="0224C0F7" w14:textId="77777777" w:rsidR="003C4BA9" w:rsidRDefault="00176886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570B74E2" w14:textId="77777777" w:rsidR="003C4BA9" w:rsidRDefault="00176886">
            <w:r>
              <w:t>April 18, 2027</w:t>
            </w:r>
          </w:p>
        </w:tc>
      </w:tr>
      <w:tr w:rsidR="003C4BA9" w:rsidRPr="00176886" w14:paraId="37C0BBD5" w14:textId="77777777">
        <w:tc>
          <w:tcPr>
            <w:tcW w:w="1701" w:type="dxa"/>
          </w:tcPr>
          <w:p w14:paraId="43DB8AE1" w14:textId="77777777" w:rsidR="003C4BA9" w:rsidRDefault="00176886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586BB9B8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 xml:space="preserve">Исторический Сеул: дворцы, храмы и кварталы </w:t>
            </w:r>
            <w:proofErr w:type="spellStart"/>
            <w:r w:rsidRPr="00176886">
              <w:rPr>
                <w:b/>
                <w:lang w:val="ru-RU"/>
              </w:rPr>
              <w:t>Пукчхона</w:t>
            </w:r>
            <w:proofErr w:type="spellEnd"/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5.00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t xml:space="preserve">Во время занимательной и познавательной экскурсии, в которой сочетаются небольшие прогулки и перемещение на заказанном автотранспорте, мы познакомимся с историей и современностью столицы Южной Кореи - Сеула. (По вторникам включен дворец </w:t>
            </w:r>
            <w:proofErr w:type="spellStart"/>
            <w:r w:rsidRPr="00176886">
              <w:rPr>
                <w:lang w:val="ru-RU"/>
              </w:rPr>
              <w:t>Чхандоккун</w:t>
            </w:r>
            <w:proofErr w:type="spellEnd"/>
            <w:r w:rsidRPr="00176886">
              <w:rPr>
                <w:lang w:val="ru-RU"/>
              </w:rPr>
              <w:t>, в остал</w:t>
            </w:r>
            <w:r w:rsidRPr="00176886">
              <w:rPr>
                <w:lang w:val="ru-RU"/>
              </w:rPr>
              <w:t xml:space="preserve">ьные дни - </w:t>
            </w:r>
            <w:proofErr w:type="spellStart"/>
            <w:r w:rsidRPr="00176886">
              <w:rPr>
                <w:lang w:val="ru-RU"/>
              </w:rPr>
              <w:t>Кёнбоккун</w:t>
            </w:r>
            <w:proofErr w:type="spellEnd"/>
            <w:r w:rsidRPr="00176886">
              <w:rPr>
                <w:lang w:val="ru-RU"/>
              </w:rPr>
              <w:t>)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>Мэрия Сеула</w:t>
            </w:r>
            <w:r w:rsidRPr="00176886">
              <w:rPr>
                <w:lang w:val="ru-RU"/>
              </w:rPr>
              <w:br/>
            </w:r>
            <w:proofErr w:type="spellStart"/>
            <w:r w:rsidRPr="00176886">
              <w:rPr>
                <w:lang w:val="ru-RU"/>
              </w:rPr>
              <w:t>Футуристичная</w:t>
            </w:r>
            <w:proofErr w:type="spellEnd"/>
            <w:r w:rsidRPr="00176886">
              <w:rPr>
                <w:lang w:val="ru-RU"/>
              </w:rPr>
              <w:t xml:space="preserve"> «волна» из стекла и стали накрывает здание старой мэрии, сохраняя связь времён. Это один из самых экологичных проектов города: самый большой в мире вертикальный сад внутри и энергия от природы — всё работает</w:t>
            </w:r>
            <w:r w:rsidRPr="00176886">
              <w:rPr>
                <w:lang w:val="ru-RU"/>
              </w:rPr>
              <w:t xml:space="preserve"> на будущее. Загляните внутрь, чтобы увидеть зелёную стену своими глазами.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Сеульский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 англиканский собор</w:t>
            </w:r>
            <w:r w:rsidRPr="00176886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176886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176886">
              <w:rPr>
                <w:color w:val="555555"/>
                <w:sz w:val="18"/>
                <w:lang w:val="ru-RU"/>
              </w:rPr>
              <w:t>)</w:t>
            </w:r>
            <w:r w:rsidRPr="00176886">
              <w:rPr>
                <w:lang w:val="ru-RU"/>
              </w:rPr>
              <w:br/>
              <w:t>В самом центре Сеула скрывается настоящий архитектурный шедевр — собор, задуманный ещё в 1920-х годах. Британский проект, корейские пожертвова</w:t>
            </w:r>
            <w:r w:rsidRPr="00176886">
              <w:rPr>
                <w:lang w:val="ru-RU"/>
              </w:rPr>
              <w:t>ния и долгие годы ожидания… Строительство прервала история, но чудо свершилось: в 1993 году в Англии нашли утерянные чертежи. Сегодня собор завершён в изначальном величии — как и было задумано сто лет назад.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Ручей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Чхонгечхон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>
              <w:rPr>
                <w:b/>
                <w:color w:val="F4B942"/>
                <w:sz w:val="20"/>
              </w:rPr>
              <w:t>청계천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)</w:t>
            </w:r>
            <w:r w:rsidRPr="00176886">
              <w:rPr>
                <w:lang w:val="ru-RU"/>
              </w:rPr>
              <w:br/>
              <w:t xml:space="preserve">Этот рукотворный ручей — </w:t>
            </w:r>
            <w:r w:rsidRPr="00176886">
              <w:rPr>
                <w:lang w:val="ru-RU"/>
              </w:rPr>
              <w:t xml:space="preserve">симбиоз природы и городской архитектуры. Когда-то это была настоящая река, но после войны её спрятали под землю. Лишь в 2005 году, после масштабного восстановления, </w:t>
            </w:r>
            <w:proofErr w:type="spellStart"/>
            <w:r w:rsidRPr="00176886">
              <w:rPr>
                <w:lang w:val="ru-RU"/>
              </w:rPr>
              <w:t>Чхонгечхон</w:t>
            </w:r>
            <w:proofErr w:type="spellEnd"/>
            <w:r w:rsidRPr="00176886">
              <w:rPr>
                <w:lang w:val="ru-RU"/>
              </w:rPr>
              <w:t xml:space="preserve"> вновь открылся — </w:t>
            </w:r>
            <w:r w:rsidRPr="00176886">
              <w:rPr>
                <w:lang w:val="ru-RU"/>
              </w:rPr>
              <w:lastRenderedPageBreak/>
              <w:t>как зелёный оазис в центре Сеула. Фонтаны, подсвеченные мосты и</w:t>
            </w:r>
            <w:r w:rsidRPr="00176886">
              <w:rPr>
                <w:lang w:val="ru-RU"/>
              </w:rPr>
              <w:t xml:space="preserve"> так </w:t>
            </w:r>
            <w:proofErr w:type="spellStart"/>
            <w:r w:rsidRPr="00176886">
              <w:rPr>
                <w:lang w:val="ru-RU"/>
              </w:rPr>
              <w:t>называемя</w:t>
            </w:r>
            <w:proofErr w:type="spellEnd"/>
            <w:r w:rsidRPr="00176886">
              <w:rPr>
                <w:lang w:val="ru-RU"/>
              </w:rPr>
              <w:t xml:space="preserve"> дамба </w:t>
            </w:r>
            <w:proofErr w:type="spellStart"/>
            <w:r w:rsidRPr="00176886">
              <w:rPr>
                <w:lang w:val="ru-RU"/>
              </w:rPr>
              <w:t>Пальсоктам</w:t>
            </w:r>
            <w:proofErr w:type="spellEnd"/>
            <w:r w:rsidRPr="00176886">
              <w:rPr>
                <w:lang w:val="ru-RU"/>
              </w:rPr>
              <w:t xml:space="preserve"> делают его одним из самых любимых мест для вечерних прогулок.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Проспект им. Великого короля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Сечжона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 и ансамбль площади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Кванхвамун</w:t>
            </w:r>
            <w:proofErr w:type="spellEnd"/>
            <w:r w:rsidRPr="00176886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176886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176886">
              <w:rPr>
                <w:color w:val="555555"/>
                <w:sz w:val="18"/>
                <w:lang w:val="ru-RU"/>
              </w:rPr>
              <w:t>)</w:t>
            </w:r>
            <w:r w:rsidRPr="00176886">
              <w:rPr>
                <w:lang w:val="ru-RU"/>
              </w:rPr>
              <w:br/>
              <w:t xml:space="preserve">Комплекс центральной площади </w:t>
            </w:r>
            <w:proofErr w:type="spellStart"/>
            <w:r w:rsidRPr="00176886">
              <w:rPr>
                <w:lang w:val="ru-RU"/>
              </w:rPr>
              <w:t>Кванхвамун</w:t>
            </w:r>
            <w:proofErr w:type="spellEnd"/>
            <w:r w:rsidRPr="00176886">
              <w:rPr>
                <w:lang w:val="ru-RU"/>
              </w:rPr>
              <w:t xml:space="preserve"> перед королевским дворцом </w:t>
            </w:r>
            <w:proofErr w:type="spellStart"/>
            <w:r w:rsidRPr="00176886">
              <w:rPr>
                <w:lang w:val="ru-RU"/>
              </w:rPr>
              <w:t>Кёнбоккун</w:t>
            </w:r>
            <w:proofErr w:type="spellEnd"/>
            <w:r w:rsidRPr="00176886">
              <w:rPr>
                <w:lang w:val="ru-RU"/>
              </w:rPr>
              <w:t>, являющей</w:t>
            </w:r>
            <w:r w:rsidRPr="00176886">
              <w:rPr>
                <w:lang w:val="ru-RU"/>
              </w:rPr>
              <w:t>ся композиционным центром столицы Кореи, открывает взору удивительные виды Сеула: с одной стороны расположена главная резиденция королей государства Чосон (ныне музей). А вдоль самого проспекта, отходящего от площади, стоят высотные современные здания: пра</w:t>
            </w:r>
            <w:r w:rsidRPr="00176886">
              <w:rPr>
                <w:lang w:val="ru-RU"/>
              </w:rPr>
              <w:t xml:space="preserve">вительственные, посольства, крупнейшего в Корее книжного магазина </w:t>
            </w:r>
            <w:proofErr w:type="spellStart"/>
            <w:r w:rsidRPr="00176886">
              <w:rPr>
                <w:lang w:val="ru-RU"/>
              </w:rPr>
              <w:t>Кёбо</w:t>
            </w:r>
            <w:proofErr w:type="spellEnd"/>
            <w:r w:rsidRPr="00176886">
              <w:rPr>
                <w:lang w:val="ru-RU"/>
              </w:rPr>
              <w:t xml:space="preserve">. Далее проспект идет в Мэрии Сеула и к Большим южным воротам </w:t>
            </w:r>
            <w:proofErr w:type="spellStart"/>
            <w:r w:rsidRPr="00176886">
              <w:rPr>
                <w:lang w:val="ru-RU"/>
              </w:rPr>
              <w:t>Намдэмун</w:t>
            </w:r>
            <w:proofErr w:type="spellEnd"/>
            <w:r w:rsidRPr="00176886">
              <w:rPr>
                <w:lang w:val="ru-RU"/>
              </w:rPr>
              <w:t xml:space="preserve"> (Государственное сокровище №1).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Королевский дворец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Кёнбоккун</w:t>
            </w:r>
            <w:proofErr w:type="spellEnd"/>
            <w:r w:rsidRPr="00176886">
              <w:rPr>
                <w:lang w:val="ru-RU"/>
              </w:rPr>
              <w:br/>
              <w:t>Главный дворец династии Чосон. За века он пережил разр</w:t>
            </w:r>
            <w:r w:rsidRPr="00176886">
              <w:rPr>
                <w:lang w:val="ru-RU"/>
              </w:rPr>
              <w:t xml:space="preserve">ушения и восстановление, но сохранил своё величие. Грандиозная симметрия, церемония смены караула и возможность примерить </w:t>
            </w:r>
            <w:proofErr w:type="spellStart"/>
            <w:r w:rsidRPr="00176886">
              <w:rPr>
                <w:lang w:val="ru-RU"/>
              </w:rPr>
              <w:t>ханбок</w:t>
            </w:r>
            <w:proofErr w:type="spellEnd"/>
            <w:r w:rsidRPr="00176886">
              <w:rPr>
                <w:lang w:val="ru-RU"/>
              </w:rPr>
              <w:t xml:space="preserve"> превращают прогулку во дворце в настоящее путешествие во времени.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Самчхон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-дон и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Пукчон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: романтика старого Сеула</w:t>
            </w:r>
            <w:r w:rsidRPr="00176886">
              <w:rPr>
                <w:lang w:val="ru-RU"/>
              </w:rPr>
              <w:br/>
              <w:t>Здесь старинные</w:t>
            </w:r>
            <w:r w:rsidRPr="00176886">
              <w:rPr>
                <w:lang w:val="ru-RU"/>
              </w:rPr>
              <w:t xml:space="preserve"> дома-</w:t>
            </w:r>
            <w:proofErr w:type="spellStart"/>
            <w:r w:rsidRPr="00176886">
              <w:rPr>
                <w:lang w:val="ru-RU"/>
              </w:rPr>
              <w:t>ханоки</w:t>
            </w:r>
            <w:proofErr w:type="spellEnd"/>
            <w:r w:rsidRPr="00176886">
              <w:rPr>
                <w:lang w:val="ru-RU"/>
              </w:rPr>
              <w:t xml:space="preserve">, уютные улочки и тихие склоны у дворца </w:t>
            </w:r>
            <w:proofErr w:type="spellStart"/>
            <w:r w:rsidRPr="00176886">
              <w:rPr>
                <w:lang w:val="ru-RU"/>
              </w:rPr>
              <w:t>Кёнбоккун</w:t>
            </w:r>
            <w:proofErr w:type="spellEnd"/>
            <w:r w:rsidRPr="00176886">
              <w:rPr>
                <w:lang w:val="ru-RU"/>
              </w:rPr>
              <w:t xml:space="preserve"> создают атмосферу уюта и неспешности. </w:t>
            </w:r>
            <w:proofErr w:type="spellStart"/>
            <w:r w:rsidRPr="00176886">
              <w:rPr>
                <w:lang w:val="ru-RU"/>
              </w:rPr>
              <w:t>Самчхон</w:t>
            </w:r>
            <w:proofErr w:type="spellEnd"/>
            <w:r w:rsidRPr="00176886">
              <w:rPr>
                <w:lang w:val="ru-RU"/>
              </w:rPr>
              <w:t xml:space="preserve">-дон является частью "Северной деревни" — </w:t>
            </w:r>
            <w:proofErr w:type="spellStart"/>
            <w:r w:rsidRPr="00176886">
              <w:rPr>
                <w:lang w:val="ru-RU"/>
              </w:rPr>
              <w:t>Пукчхона</w:t>
            </w:r>
            <w:proofErr w:type="spellEnd"/>
            <w:r w:rsidRPr="00176886">
              <w:rPr>
                <w:lang w:val="ru-RU"/>
              </w:rPr>
              <w:t>; это галереи, бутики и кафе, и жилые домики - ханок, спрятанные среди холмов, хранящие дух эпохи Ч</w:t>
            </w:r>
            <w:r w:rsidRPr="00176886">
              <w:rPr>
                <w:lang w:val="ru-RU"/>
              </w:rPr>
              <w:t>осон. Прогулка по этим местам — словно путешествие в другую страну, полное света, текстур, черепичных крыш и маленьких открытий.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Инсадон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. Традиционные чайные, сувениры, бутики, галереи...</w:t>
            </w:r>
            <w:r w:rsidRPr="00176886">
              <w:rPr>
                <w:lang w:val="ru-RU"/>
              </w:rPr>
              <w:br/>
              <w:t>Район, знаменитый обилием сувенирных лавочек, традиционных ресторано</w:t>
            </w:r>
            <w:r w:rsidRPr="00176886">
              <w:rPr>
                <w:lang w:val="ru-RU"/>
              </w:rPr>
              <w:t xml:space="preserve">в и чайных домиков, бутиков. Пешеходная улица </w:t>
            </w:r>
            <w:proofErr w:type="spellStart"/>
            <w:r w:rsidRPr="00176886">
              <w:rPr>
                <w:lang w:val="ru-RU"/>
              </w:rPr>
              <w:t>Инсадон</w:t>
            </w:r>
            <w:proofErr w:type="spellEnd"/>
            <w:r w:rsidRPr="00176886">
              <w:rPr>
                <w:lang w:val="ru-RU"/>
              </w:rPr>
              <w:t xml:space="preserve">-киль является центральной улицей этого района. Часто вы можете увидеть уличные представления - традиционный корейский квартет ударных </w:t>
            </w:r>
            <w:proofErr w:type="spellStart"/>
            <w:r w:rsidRPr="00176886">
              <w:rPr>
                <w:lang w:val="ru-RU"/>
              </w:rPr>
              <w:t>самульнори</w:t>
            </w:r>
            <w:proofErr w:type="spellEnd"/>
            <w:r>
              <w:t> </w:t>
            </w:r>
            <w:r w:rsidRPr="00176886">
              <w:rPr>
                <w:lang w:val="ru-RU"/>
              </w:rPr>
              <w:t xml:space="preserve">либо боевые искусства </w:t>
            </w:r>
            <w:proofErr w:type="spellStart"/>
            <w:r w:rsidRPr="00176886">
              <w:rPr>
                <w:lang w:val="ru-RU"/>
              </w:rPr>
              <w:t>теккён</w:t>
            </w:r>
            <w:proofErr w:type="spellEnd"/>
            <w:r w:rsidRPr="00176886">
              <w:rPr>
                <w:lang w:val="ru-RU"/>
              </w:rPr>
              <w:t xml:space="preserve">, </w:t>
            </w:r>
            <w:proofErr w:type="spellStart"/>
            <w:proofErr w:type="gramStart"/>
            <w:r w:rsidRPr="00176886">
              <w:rPr>
                <w:lang w:val="ru-RU"/>
              </w:rPr>
              <w:t>тхэквон</w:t>
            </w:r>
            <w:proofErr w:type="spellEnd"/>
            <w:r w:rsidRPr="00176886">
              <w:rPr>
                <w:lang w:val="ru-RU"/>
              </w:rPr>
              <w:t>-до</w:t>
            </w:r>
            <w:proofErr w:type="gramEnd"/>
            <w:r w:rsidRPr="00176886">
              <w:rPr>
                <w:lang w:val="ru-RU"/>
              </w:rPr>
              <w:t xml:space="preserve"> либо выступления</w:t>
            </w:r>
            <w:r w:rsidRPr="00176886">
              <w:rPr>
                <w:lang w:val="ru-RU"/>
              </w:rPr>
              <w:t xml:space="preserve"> молодежных коллективов в стиле </w:t>
            </w:r>
            <w:r>
              <w:t>fusion</w:t>
            </w:r>
            <w:r w:rsidRPr="00176886">
              <w:rPr>
                <w:lang w:val="ru-RU"/>
              </w:rPr>
              <w:t xml:space="preserve"> и т.д.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Буддийский храм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Чогеса</w:t>
            </w:r>
            <w:proofErr w:type="spellEnd"/>
            <w:r w:rsidRPr="00176886">
              <w:rPr>
                <w:lang w:val="ru-RU"/>
              </w:rPr>
              <w:br/>
              <w:t xml:space="preserve">Буддийский храм в самом центре Сеула — главный храм школы </w:t>
            </w:r>
            <w:proofErr w:type="spellStart"/>
            <w:r w:rsidRPr="00176886">
              <w:rPr>
                <w:lang w:val="ru-RU"/>
              </w:rPr>
              <w:t>Чоге</w:t>
            </w:r>
            <w:proofErr w:type="spellEnd"/>
            <w:r w:rsidRPr="00176886">
              <w:rPr>
                <w:lang w:val="ru-RU"/>
              </w:rPr>
              <w:t xml:space="preserve">, крупнейшей в Корее. Небольшой по размеру, но насыщенный жизнью круглый год: весной — фонари и лотосы, осенью — хризантемы, </w:t>
            </w:r>
            <w:r w:rsidRPr="00176886">
              <w:rPr>
                <w:lang w:val="ru-RU"/>
              </w:rPr>
              <w:t>зимой — тишина и огни. Здесь всегда царит особое спокойствие, независимо от времени года.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Проспект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Чонно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. Колокольный павильон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Посингак</w:t>
            </w:r>
            <w:proofErr w:type="spellEnd"/>
            <w:r w:rsidRPr="00176886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176886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176886">
              <w:rPr>
                <w:color w:val="555555"/>
                <w:sz w:val="18"/>
                <w:lang w:val="ru-RU"/>
              </w:rPr>
              <w:t>)</w:t>
            </w:r>
            <w:r w:rsidRPr="00176886">
              <w:rPr>
                <w:lang w:val="ru-RU"/>
              </w:rPr>
              <w:br/>
              <w:t xml:space="preserve">Одна из центральных улиц Сеула </w:t>
            </w:r>
            <w:proofErr w:type="spellStart"/>
            <w:r w:rsidRPr="00176886">
              <w:rPr>
                <w:lang w:val="ru-RU"/>
              </w:rPr>
              <w:t>Чонно</w:t>
            </w:r>
            <w:proofErr w:type="spellEnd"/>
            <w:r w:rsidRPr="00176886">
              <w:rPr>
                <w:lang w:val="ru-RU"/>
              </w:rPr>
              <w:t xml:space="preserve"> (буквально "Колокольный проспект") названа так в честь одноименного павил</w:t>
            </w:r>
            <w:r w:rsidRPr="00176886">
              <w:rPr>
                <w:lang w:val="ru-RU"/>
              </w:rPr>
              <w:t>ьона, в котором находится Главный колокол страны. Именно в этот колокол бьют лучшие люди страны в Новогоднюю ночь. Впрочем, и простые смертные могут ударить в него на счастье: в 12:00 дня обычно павильон открывают для посетителей. Правда, допускается огран</w:t>
            </w:r>
            <w:r w:rsidRPr="00176886">
              <w:rPr>
                <w:lang w:val="ru-RU"/>
              </w:rPr>
              <w:t>иченное количество гостей.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Мёндон</w:t>
            </w:r>
            <w:proofErr w:type="spellEnd"/>
            <w:r w:rsidRPr="00176886">
              <w:rPr>
                <w:lang w:val="ru-RU"/>
              </w:rPr>
              <w:br/>
              <w:t xml:space="preserve">Оживлённый район шоппинга, уличной еды и корейской косметики. Между бутиками и кафе вы найдёте главный католический собор страны — </w:t>
            </w:r>
            <w:proofErr w:type="spellStart"/>
            <w:r w:rsidRPr="00176886">
              <w:rPr>
                <w:lang w:val="ru-RU"/>
              </w:rPr>
              <w:t>Мёндонский</w:t>
            </w:r>
            <w:proofErr w:type="spellEnd"/>
            <w:r w:rsidRPr="00176886">
              <w:rPr>
                <w:lang w:val="ru-RU"/>
              </w:rPr>
              <w:t xml:space="preserve">. Неожиданное сочетание: мода, вкус и история христианства в Корее — всё в одном </w:t>
            </w:r>
            <w:r w:rsidRPr="00176886">
              <w:rPr>
                <w:lang w:val="ru-RU"/>
              </w:rPr>
              <w:t>квартале!</w:t>
            </w:r>
          </w:p>
        </w:tc>
      </w:tr>
      <w:tr w:rsidR="003C4BA9" w:rsidRPr="00176886" w14:paraId="618772EF" w14:textId="77777777">
        <w:tc>
          <w:tcPr>
            <w:tcW w:w="1701" w:type="dxa"/>
          </w:tcPr>
          <w:p w14:paraId="77F2BB1C" w14:textId="77777777" w:rsidR="003C4BA9" w:rsidRDefault="00176886">
            <w:r>
              <w:rPr>
                <w:b/>
                <w:color w:val="1B3A4B"/>
              </w:rPr>
              <w:lastRenderedPageBreak/>
              <w:t>16:00</w:t>
            </w:r>
          </w:p>
        </w:tc>
        <w:tc>
          <w:tcPr>
            <w:tcW w:w="7937" w:type="dxa"/>
          </w:tcPr>
          <w:p w14:paraId="36010E1E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>Сад Утреннего Спокойствия</w:t>
            </w:r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2.00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  <w:t>Красота корейской природы и красота рук человеческих ожидает нас сегодня в уникальном частном Саду утреннего спокойствия...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lastRenderedPageBreak/>
              <w:br/>
              <w:t>Сад Утреннего Спокойствия</w:t>
            </w:r>
            <w:r w:rsidRPr="00176886">
              <w:rPr>
                <w:lang w:val="ru-RU"/>
              </w:rPr>
              <w:br/>
              <w:t>Сад Утреннего Спокойст</w:t>
            </w:r>
            <w:r w:rsidRPr="00176886">
              <w:rPr>
                <w:lang w:val="ru-RU"/>
              </w:rPr>
              <w:t xml:space="preserve">вия был основан </w:t>
            </w:r>
            <w:proofErr w:type="gramStart"/>
            <w:r w:rsidRPr="00176886">
              <w:rPr>
                <w:lang w:val="ru-RU"/>
              </w:rPr>
              <w:t>г-ом</w:t>
            </w:r>
            <w:proofErr w:type="gramEnd"/>
            <w:r w:rsidRPr="00176886">
              <w:rPr>
                <w:lang w:val="ru-RU"/>
              </w:rPr>
              <w:t xml:space="preserve"> Хан </w:t>
            </w:r>
            <w:proofErr w:type="spellStart"/>
            <w:r w:rsidRPr="00176886">
              <w:rPr>
                <w:lang w:val="ru-RU"/>
              </w:rPr>
              <w:t>Санггёном</w:t>
            </w:r>
            <w:proofErr w:type="spellEnd"/>
            <w:r w:rsidRPr="00176886">
              <w:rPr>
                <w:lang w:val="ru-RU"/>
              </w:rPr>
              <w:t xml:space="preserve"> в 1996 году. Это частный</w:t>
            </w:r>
            <w:r>
              <w:t> </w:t>
            </w:r>
            <w:r w:rsidRPr="00176886">
              <w:rPr>
                <w:lang w:val="ru-RU"/>
              </w:rPr>
              <w:t>сад по праву признается одним из красивейших в Южной Корее. Название происходит от поэтического названия Кореи - "Страна Утреннего Спокойствия". Основатель и его команда постарались представить по</w:t>
            </w:r>
            <w:r w:rsidRPr="00176886">
              <w:rPr>
                <w:lang w:val="ru-RU"/>
              </w:rPr>
              <w:t xml:space="preserve">сетителям естественную красоту Кореи, восточную таинственность и дух корейского народа. В дизайне сада сделан акцент на кривых линиях, пространстве, балансе и </w:t>
            </w:r>
            <w:proofErr w:type="spellStart"/>
            <w:r w:rsidRPr="00176886">
              <w:rPr>
                <w:lang w:val="ru-RU"/>
              </w:rPr>
              <w:t>ассиметрии</w:t>
            </w:r>
            <w:proofErr w:type="spellEnd"/>
            <w:r w:rsidRPr="00176886">
              <w:rPr>
                <w:lang w:val="ru-RU"/>
              </w:rPr>
              <w:t>, уникальной природной красоте, классической элегантности и неповторимости Кореи. В теч</w:t>
            </w:r>
            <w:r w:rsidRPr="00176886">
              <w:rPr>
                <w:lang w:val="ru-RU"/>
              </w:rPr>
              <w:t>ение каждого из четырех сезонов - зимы, весны, лета, осени - вы найдете в саду отзвуки определенной</w:t>
            </w:r>
            <w:r>
              <w:t> </w:t>
            </w:r>
            <w:r w:rsidRPr="00176886">
              <w:rPr>
                <w:lang w:val="ru-RU"/>
              </w:rPr>
              <w:t>"темы" данного сезона...</w:t>
            </w:r>
          </w:p>
        </w:tc>
      </w:tr>
      <w:tr w:rsidR="003C4BA9" w:rsidRPr="00176886" w14:paraId="66CE98A5" w14:textId="77777777">
        <w:tc>
          <w:tcPr>
            <w:tcW w:w="1701" w:type="dxa"/>
          </w:tcPr>
          <w:p w14:paraId="24511317" w14:textId="77777777" w:rsidR="003C4BA9" w:rsidRDefault="00176886">
            <w:r>
              <w:rPr>
                <w:b/>
                <w:color w:val="1B3A4B"/>
              </w:rPr>
              <w:lastRenderedPageBreak/>
              <w:t>18:00</w:t>
            </w:r>
          </w:p>
        </w:tc>
        <w:tc>
          <w:tcPr>
            <w:tcW w:w="7937" w:type="dxa"/>
          </w:tcPr>
          <w:p w14:paraId="55563225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>ужин, корейская кухня</w:t>
            </w:r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1.00 часов</w:t>
            </w:r>
            <w:r w:rsidRPr="00176886">
              <w:rPr>
                <w:lang w:val="ru-RU"/>
              </w:rPr>
              <w:br/>
            </w:r>
          </w:p>
        </w:tc>
      </w:tr>
      <w:tr w:rsidR="003C4BA9" w14:paraId="4CC1715A" w14:textId="77777777">
        <w:tc>
          <w:tcPr>
            <w:tcW w:w="1701" w:type="dxa"/>
          </w:tcPr>
          <w:p w14:paraId="1EC2DEAA" w14:textId="77777777" w:rsidR="003C4BA9" w:rsidRPr="00176886" w:rsidRDefault="003C4BA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34E4E8BD" w14:textId="77777777" w:rsidR="003C4BA9" w:rsidRDefault="00176886">
            <w:r w:rsidRPr="00176886">
              <w:rPr>
                <w:lang w:val="ru-RU"/>
              </w:rPr>
              <w:br/>
              <w:t xml:space="preserve">Трансфер в г. </w:t>
            </w:r>
            <w:proofErr w:type="spellStart"/>
            <w:r w:rsidRPr="00176886">
              <w:rPr>
                <w:lang w:val="ru-RU"/>
              </w:rPr>
              <w:t>Сокчо</w:t>
            </w:r>
            <w:proofErr w:type="spellEnd"/>
            <w:r w:rsidRPr="00176886">
              <w:rPr>
                <w:lang w:val="ru-RU"/>
              </w:rPr>
              <w:t xml:space="preserve">, где расположен </w:t>
            </w:r>
            <w:r w:rsidRPr="00176886">
              <w:rPr>
                <w:lang w:val="ru-RU"/>
              </w:rPr>
              <w:t xml:space="preserve">Национальный парк </w:t>
            </w:r>
            <w:proofErr w:type="spellStart"/>
            <w:r w:rsidRPr="00176886">
              <w:rPr>
                <w:lang w:val="ru-RU"/>
              </w:rPr>
              <w:t>Сораксан</w:t>
            </w:r>
            <w:proofErr w:type="spellEnd"/>
            <w:r w:rsidRPr="00176886">
              <w:rPr>
                <w:lang w:val="ru-RU"/>
              </w:rPr>
              <w:t xml:space="preserve">. </w:t>
            </w:r>
            <w:proofErr w:type="spellStart"/>
            <w:r>
              <w:t>Трансфер</w:t>
            </w:r>
            <w:proofErr w:type="spellEnd"/>
            <w:r>
              <w:t xml:space="preserve"> </w:t>
            </w:r>
            <w:proofErr w:type="spellStart"/>
            <w:r>
              <w:t>займет</w:t>
            </w:r>
            <w:proofErr w:type="spellEnd"/>
            <w:r>
              <w:t xml:space="preserve"> </w:t>
            </w:r>
            <w:proofErr w:type="spellStart"/>
            <w:r>
              <w:t>около</w:t>
            </w:r>
            <w:proofErr w:type="spellEnd"/>
            <w:r>
              <w:t xml:space="preserve"> 2 часов.</w:t>
            </w:r>
            <w:r>
              <w:br/>
              <w:t>Ночь в отеле в Сокчо</w:t>
            </w:r>
          </w:p>
        </w:tc>
      </w:tr>
      <w:tr w:rsidR="003C4BA9" w14:paraId="73F35995" w14:textId="77777777">
        <w:tc>
          <w:tcPr>
            <w:tcW w:w="1701" w:type="dxa"/>
          </w:tcPr>
          <w:p w14:paraId="3426699B" w14:textId="77777777" w:rsidR="003C4BA9" w:rsidRDefault="00176886">
            <w:r>
              <w:rPr>
                <w:b/>
                <w:color w:val="1B3A4B"/>
              </w:rPr>
              <w:t>Ночь в</w:t>
            </w:r>
          </w:p>
        </w:tc>
        <w:tc>
          <w:tcPr>
            <w:tcW w:w="7937" w:type="dxa"/>
          </w:tcPr>
          <w:p w14:paraId="40AE25F7" w14:textId="77777777" w:rsidR="003C4BA9" w:rsidRDefault="00176886">
            <w:r>
              <w:t>Сокчхо, Gangwon</w:t>
            </w:r>
          </w:p>
        </w:tc>
      </w:tr>
    </w:tbl>
    <w:p w14:paraId="59C095B3" w14:textId="77777777" w:rsidR="003C4BA9" w:rsidRDefault="003C4BA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3C4BA9" w14:paraId="2E7AC221" w14:textId="77777777">
        <w:tc>
          <w:tcPr>
            <w:tcW w:w="10080" w:type="dxa"/>
            <w:gridSpan w:val="2"/>
            <w:shd w:val="clear" w:color="auto" w:fill="1B3A4B"/>
          </w:tcPr>
          <w:p w14:paraId="4C3BD582" w14:textId="77777777" w:rsidR="003C4BA9" w:rsidRDefault="00176886">
            <w:r>
              <w:rPr>
                <w:b/>
                <w:color w:val="FFFFFF"/>
                <w:sz w:val="28"/>
              </w:rPr>
              <w:t>День 3</w:t>
            </w:r>
          </w:p>
        </w:tc>
      </w:tr>
      <w:tr w:rsidR="003C4BA9" w14:paraId="0BD18295" w14:textId="77777777">
        <w:tc>
          <w:tcPr>
            <w:tcW w:w="1701" w:type="dxa"/>
          </w:tcPr>
          <w:p w14:paraId="36764707" w14:textId="77777777" w:rsidR="003C4BA9" w:rsidRDefault="00176886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28FA59E" w14:textId="77777777" w:rsidR="003C4BA9" w:rsidRDefault="00176886">
            <w:r>
              <w:t>April 19, 2027</w:t>
            </w:r>
          </w:p>
        </w:tc>
      </w:tr>
      <w:tr w:rsidR="003C4BA9" w:rsidRPr="00176886" w14:paraId="62E4E2AA" w14:textId="77777777">
        <w:tc>
          <w:tcPr>
            <w:tcW w:w="1701" w:type="dxa"/>
          </w:tcPr>
          <w:p w14:paraId="7F8B3C0E" w14:textId="77777777" w:rsidR="003C4BA9" w:rsidRDefault="00176886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1B8BF28E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 xml:space="preserve">Национальный парк </w:t>
            </w:r>
            <w:proofErr w:type="spellStart"/>
            <w:r w:rsidRPr="00176886">
              <w:rPr>
                <w:b/>
                <w:lang w:val="ru-RU"/>
              </w:rPr>
              <w:t>Сораксан</w:t>
            </w:r>
            <w:proofErr w:type="spellEnd"/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6.00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  <w:t xml:space="preserve">Национальный парк </w:t>
            </w:r>
            <w:proofErr w:type="spellStart"/>
            <w:r w:rsidRPr="00176886">
              <w:rPr>
                <w:lang w:val="ru-RU"/>
              </w:rPr>
              <w:t>Сораксан</w:t>
            </w:r>
            <w:proofErr w:type="spellEnd"/>
            <w:r w:rsidRPr="00176886">
              <w:rPr>
                <w:lang w:val="ru-RU"/>
              </w:rPr>
              <w:t xml:space="preserve"> (букв. </w:t>
            </w:r>
            <w:r w:rsidRPr="00176886">
              <w:rPr>
                <w:lang w:val="ru-RU"/>
              </w:rPr>
              <w:t>"Снежные вершины") считается самым красивым национальным парком Южной Кореи. В 1982 году парк был включен список "наиболее важных объектов природного наследия ЮНЕСКО".</w:t>
            </w:r>
            <w:r w:rsidRPr="00176886">
              <w:rPr>
                <w:lang w:val="ru-RU"/>
              </w:rPr>
              <w:br/>
              <w:t>Площадь парка 373 квадратных километра, расположен парк в провинции Канвондо.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>Националь</w:t>
            </w:r>
            <w:r w:rsidRPr="00176886">
              <w:rPr>
                <w:b/>
                <w:color w:val="F4B942"/>
                <w:sz w:val="20"/>
                <w:lang w:val="ru-RU"/>
              </w:rPr>
              <w:t xml:space="preserve">ный парк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Сораксан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: канатная дорога, храм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Синхынса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, Качающаяся скала</w:t>
            </w:r>
            <w:r w:rsidRPr="00176886">
              <w:rPr>
                <w:lang w:val="ru-RU"/>
              </w:rPr>
              <w:br/>
              <w:t xml:space="preserve">В Национальном парке </w:t>
            </w:r>
            <w:proofErr w:type="spellStart"/>
            <w:r w:rsidRPr="00176886">
              <w:rPr>
                <w:lang w:val="ru-RU"/>
              </w:rPr>
              <w:t>Сораксан</w:t>
            </w:r>
            <w:proofErr w:type="spellEnd"/>
            <w:r w:rsidRPr="00176886">
              <w:rPr>
                <w:lang w:val="ru-RU"/>
              </w:rPr>
              <w:t xml:space="preserve"> имеется канатная дорога, которой мы и воспользуемся, чтобы добраться почти до вершины одного из пиков </w:t>
            </w:r>
            <w:proofErr w:type="spellStart"/>
            <w:r w:rsidRPr="00176886">
              <w:rPr>
                <w:lang w:val="ru-RU"/>
              </w:rPr>
              <w:t>Сораксан</w:t>
            </w:r>
            <w:proofErr w:type="spellEnd"/>
            <w:r w:rsidRPr="00176886">
              <w:rPr>
                <w:lang w:val="ru-RU"/>
              </w:rPr>
              <w:t>, на котором расположены развалины древней крепо</w:t>
            </w:r>
            <w:r w:rsidRPr="00176886">
              <w:rPr>
                <w:lang w:val="ru-RU"/>
              </w:rPr>
              <w:t xml:space="preserve">сти </w:t>
            </w:r>
            <w:proofErr w:type="spellStart"/>
            <w:r w:rsidRPr="00176886">
              <w:rPr>
                <w:lang w:val="ru-RU"/>
              </w:rPr>
              <w:t>Квонгымсон</w:t>
            </w:r>
            <w:proofErr w:type="spellEnd"/>
            <w:r w:rsidRPr="00176886">
              <w:rPr>
                <w:lang w:val="ru-RU"/>
              </w:rPr>
              <w:t xml:space="preserve"> (букв., "Крепость Квон </w:t>
            </w:r>
            <w:proofErr w:type="spellStart"/>
            <w:r w:rsidRPr="00176886">
              <w:rPr>
                <w:lang w:val="ru-RU"/>
              </w:rPr>
              <w:t>Гым</w:t>
            </w:r>
            <w:proofErr w:type="spellEnd"/>
            <w:r w:rsidRPr="00176886">
              <w:rPr>
                <w:lang w:val="ru-RU"/>
              </w:rPr>
              <w:t xml:space="preserve">"). До самого пика мы добираемся пешком </w:t>
            </w:r>
            <w:proofErr w:type="gramStart"/>
            <w:r w:rsidRPr="00176886">
              <w:rPr>
                <w:lang w:val="ru-RU"/>
              </w:rPr>
              <w:t>- это</w:t>
            </w:r>
            <w:proofErr w:type="gramEnd"/>
            <w:r w:rsidRPr="00176886">
              <w:rPr>
                <w:lang w:val="ru-RU"/>
              </w:rPr>
              <w:t xml:space="preserve"> около 20-30 минут. С этой вершины открывается великолепная панорама на Восточное море, курортный город </w:t>
            </w:r>
            <w:proofErr w:type="spellStart"/>
            <w:r w:rsidRPr="00176886">
              <w:rPr>
                <w:lang w:val="ru-RU"/>
              </w:rPr>
              <w:t>Сокчо</w:t>
            </w:r>
            <w:proofErr w:type="spellEnd"/>
            <w:r w:rsidRPr="00176886">
              <w:rPr>
                <w:lang w:val="ru-RU"/>
              </w:rPr>
              <w:t xml:space="preserve"> и горный массив парка. Недалеко от нижней станции гондолы ра</w:t>
            </w:r>
            <w:r w:rsidRPr="00176886">
              <w:rPr>
                <w:lang w:val="ru-RU"/>
              </w:rPr>
              <w:t xml:space="preserve">сположен храм </w:t>
            </w:r>
            <w:proofErr w:type="spellStart"/>
            <w:r w:rsidRPr="00176886">
              <w:rPr>
                <w:lang w:val="ru-RU"/>
              </w:rPr>
              <w:t>Синынса</w:t>
            </w:r>
            <w:proofErr w:type="spellEnd"/>
            <w:r w:rsidRPr="00176886">
              <w:rPr>
                <w:lang w:val="ru-RU"/>
              </w:rPr>
              <w:t xml:space="preserve"> (первоначально построен в 6 веке; однако позднее много раз перестраивался). К комплексу храма относится статуя Будды Объединения (</w:t>
            </w:r>
            <w:proofErr w:type="spellStart"/>
            <w:r w:rsidRPr="00176886">
              <w:rPr>
                <w:lang w:val="ru-RU"/>
              </w:rPr>
              <w:t>Тхониль</w:t>
            </w:r>
            <w:proofErr w:type="spellEnd"/>
            <w:r w:rsidRPr="00176886">
              <w:rPr>
                <w:lang w:val="ru-RU"/>
              </w:rPr>
              <w:t xml:space="preserve"> Будда), название которой отражает стремление корейцев к объединению страны. Живописный маршрут в</w:t>
            </w:r>
            <w:r w:rsidRPr="00176886">
              <w:rPr>
                <w:lang w:val="ru-RU"/>
              </w:rPr>
              <w:t xml:space="preserve">едет нас до </w:t>
            </w:r>
            <w:proofErr w:type="spellStart"/>
            <w:r w:rsidRPr="00176886">
              <w:rPr>
                <w:lang w:val="ru-RU"/>
              </w:rPr>
              <w:t>Хындыль</w:t>
            </w:r>
            <w:proofErr w:type="spellEnd"/>
            <w:r w:rsidRPr="00176886">
              <w:rPr>
                <w:lang w:val="ru-RU"/>
              </w:rPr>
              <w:t xml:space="preserve"> </w:t>
            </w:r>
            <w:proofErr w:type="spellStart"/>
            <w:r w:rsidRPr="00176886">
              <w:rPr>
                <w:lang w:val="ru-RU"/>
              </w:rPr>
              <w:t>Пави</w:t>
            </w:r>
            <w:proofErr w:type="spellEnd"/>
            <w:r w:rsidRPr="00176886">
              <w:rPr>
                <w:lang w:val="ru-RU"/>
              </w:rPr>
              <w:t xml:space="preserve"> ("качающаяся скала"). Огромная скала качнется от прикосновения одного человека. Опционально, если все согласны: желающим подняться на вершину горы Ульсан </w:t>
            </w:r>
            <w:proofErr w:type="spellStart"/>
            <w:r w:rsidRPr="00176886">
              <w:rPr>
                <w:lang w:val="ru-RU"/>
              </w:rPr>
              <w:t>Пави</w:t>
            </w:r>
            <w:proofErr w:type="spellEnd"/>
            <w:r w:rsidRPr="00176886">
              <w:rPr>
                <w:lang w:val="ru-RU"/>
              </w:rPr>
              <w:t xml:space="preserve"> придется немного напрячься - высота скалы составляет 873 м.</w:t>
            </w:r>
          </w:p>
        </w:tc>
      </w:tr>
      <w:tr w:rsidR="003C4BA9" w:rsidRPr="00176886" w14:paraId="3A402E6D" w14:textId="77777777">
        <w:tc>
          <w:tcPr>
            <w:tcW w:w="1701" w:type="dxa"/>
          </w:tcPr>
          <w:p w14:paraId="01D86CA0" w14:textId="77777777" w:rsidR="003C4BA9" w:rsidRPr="00176886" w:rsidRDefault="003C4BA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66CBF9EF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 xml:space="preserve">Трансфер </w:t>
            </w:r>
            <w:r w:rsidRPr="00176886">
              <w:rPr>
                <w:lang w:val="ru-RU"/>
              </w:rPr>
              <w:t xml:space="preserve">в </w:t>
            </w:r>
            <w:proofErr w:type="spellStart"/>
            <w:r w:rsidRPr="00176886">
              <w:rPr>
                <w:lang w:val="ru-RU"/>
              </w:rPr>
              <w:t>Андон</w:t>
            </w:r>
            <w:proofErr w:type="spellEnd"/>
            <w:r w:rsidRPr="00176886">
              <w:rPr>
                <w:lang w:val="ru-RU"/>
              </w:rPr>
              <w:t xml:space="preserve"> (около 3 часов). Ночь в отеле в </w:t>
            </w:r>
            <w:proofErr w:type="spellStart"/>
            <w:r w:rsidRPr="00176886">
              <w:rPr>
                <w:lang w:val="ru-RU"/>
              </w:rPr>
              <w:t>Андоне</w:t>
            </w:r>
            <w:proofErr w:type="spellEnd"/>
          </w:p>
        </w:tc>
      </w:tr>
      <w:tr w:rsidR="003C4BA9" w14:paraId="6B735E4C" w14:textId="77777777">
        <w:tc>
          <w:tcPr>
            <w:tcW w:w="1701" w:type="dxa"/>
          </w:tcPr>
          <w:p w14:paraId="4B41EBF4" w14:textId="77777777" w:rsidR="003C4BA9" w:rsidRDefault="00176886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3B05E01C" w14:textId="77777777" w:rsidR="003C4BA9" w:rsidRDefault="00176886">
            <w:r>
              <w:t>Андон, North Gyeongsang</w:t>
            </w:r>
          </w:p>
        </w:tc>
      </w:tr>
    </w:tbl>
    <w:p w14:paraId="43F5786E" w14:textId="77777777" w:rsidR="003C4BA9" w:rsidRDefault="003C4BA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3C4BA9" w14:paraId="6ABF3A6C" w14:textId="77777777">
        <w:tc>
          <w:tcPr>
            <w:tcW w:w="10080" w:type="dxa"/>
            <w:gridSpan w:val="2"/>
            <w:shd w:val="clear" w:color="auto" w:fill="1B3A4B"/>
          </w:tcPr>
          <w:p w14:paraId="3B19E050" w14:textId="77777777" w:rsidR="003C4BA9" w:rsidRDefault="00176886">
            <w:r>
              <w:rPr>
                <w:b/>
                <w:color w:val="FFFFFF"/>
                <w:sz w:val="28"/>
              </w:rPr>
              <w:t>День 4</w:t>
            </w:r>
          </w:p>
        </w:tc>
      </w:tr>
      <w:tr w:rsidR="003C4BA9" w14:paraId="7E357FA3" w14:textId="77777777">
        <w:tc>
          <w:tcPr>
            <w:tcW w:w="1701" w:type="dxa"/>
          </w:tcPr>
          <w:p w14:paraId="45312783" w14:textId="77777777" w:rsidR="003C4BA9" w:rsidRDefault="00176886">
            <w:r>
              <w:rPr>
                <w:b/>
              </w:rPr>
              <w:lastRenderedPageBreak/>
              <w:t>дата</w:t>
            </w:r>
          </w:p>
        </w:tc>
        <w:tc>
          <w:tcPr>
            <w:tcW w:w="7937" w:type="dxa"/>
          </w:tcPr>
          <w:p w14:paraId="09C5A41C" w14:textId="77777777" w:rsidR="003C4BA9" w:rsidRDefault="00176886">
            <w:r>
              <w:t>April 20, 2027</w:t>
            </w:r>
          </w:p>
        </w:tc>
      </w:tr>
      <w:tr w:rsidR="003C4BA9" w:rsidRPr="00176886" w14:paraId="27F31BCF" w14:textId="77777777">
        <w:tc>
          <w:tcPr>
            <w:tcW w:w="1701" w:type="dxa"/>
          </w:tcPr>
          <w:p w14:paraId="656E9CA1" w14:textId="77777777" w:rsidR="003C4BA9" w:rsidRDefault="00176886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5F7BB59C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 xml:space="preserve">Деревня </w:t>
            </w:r>
            <w:proofErr w:type="spellStart"/>
            <w:r w:rsidRPr="00176886">
              <w:rPr>
                <w:b/>
                <w:lang w:val="ru-RU"/>
              </w:rPr>
              <w:t>Хахве</w:t>
            </w:r>
            <w:proofErr w:type="spellEnd"/>
            <w:r w:rsidRPr="00176886">
              <w:rPr>
                <w:b/>
                <w:lang w:val="ru-RU"/>
              </w:rPr>
              <w:t xml:space="preserve"> и академия </w:t>
            </w:r>
            <w:proofErr w:type="spellStart"/>
            <w:r w:rsidRPr="00176886">
              <w:rPr>
                <w:b/>
                <w:lang w:val="ru-RU"/>
              </w:rPr>
              <w:t>Пёнсан</w:t>
            </w:r>
            <w:proofErr w:type="spellEnd"/>
            <w:r w:rsidRPr="00176886">
              <w:rPr>
                <w:b/>
                <w:lang w:val="ru-RU"/>
              </w:rPr>
              <w:t xml:space="preserve"> </w:t>
            </w:r>
            <w:proofErr w:type="spellStart"/>
            <w:r w:rsidRPr="00176886">
              <w:rPr>
                <w:b/>
                <w:lang w:val="ru-RU"/>
              </w:rPr>
              <w:t>Совон</w:t>
            </w:r>
            <w:proofErr w:type="spellEnd"/>
            <w:r w:rsidRPr="00176886">
              <w:rPr>
                <w:b/>
                <w:lang w:val="ru-RU"/>
              </w:rPr>
              <w:t xml:space="preserve">: конфуцианское наследие </w:t>
            </w:r>
            <w:proofErr w:type="spellStart"/>
            <w:r w:rsidRPr="00176886">
              <w:rPr>
                <w:b/>
                <w:lang w:val="ru-RU"/>
              </w:rPr>
              <w:t>Андона</w:t>
            </w:r>
            <w:proofErr w:type="spellEnd"/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4.00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  <w:t xml:space="preserve">Деревня, где живут </w:t>
            </w:r>
            <w:r w:rsidRPr="00176886">
              <w:rPr>
                <w:lang w:val="ru-RU"/>
              </w:rPr>
              <w:t xml:space="preserve">достаточно пожилые жители... Что же в ней такого особенного? Она включена в список Всемирного наследия ЮНЕСКО! Мало того, в этой же деревне отмечала свой день рождения королева Елизавета </w:t>
            </w:r>
            <w:r>
              <w:t>II</w:t>
            </w:r>
            <w:r w:rsidRPr="00176886">
              <w:rPr>
                <w:lang w:val="ru-RU"/>
              </w:rPr>
              <w:t>!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>Завод по производству традиционной корейской бумаги "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ханчжи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" в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А</w:t>
            </w:r>
            <w:r w:rsidRPr="00176886">
              <w:rPr>
                <w:b/>
                <w:color w:val="F4B942"/>
                <w:sz w:val="20"/>
                <w:lang w:val="ru-RU"/>
              </w:rPr>
              <w:t>ндоне</w:t>
            </w:r>
            <w:proofErr w:type="spellEnd"/>
            <w:r w:rsidRPr="00176886">
              <w:rPr>
                <w:lang w:val="ru-RU"/>
              </w:rPr>
              <w:br/>
              <w:t xml:space="preserve">По дороге в деревню </w:t>
            </w:r>
            <w:proofErr w:type="spellStart"/>
            <w:r w:rsidRPr="00176886">
              <w:rPr>
                <w:lang w:val="ru-RU"/>
              </w:rPr>
              <w:t>Хахве</w:t>
            </w:r>
            <w:proofErr w:type="spellEnd"/>
            <w:r w:rsidRPr="00176886">
              <w:rPr>
                <w:lang w:val="ru-RU"/>
              </w:rPr>
              <w:t xml:space="preserve"> расположился небольшой завод, где производят традиционную корейскую бумагу "</w:t>
            </w:r>
            <w:proofErr w:type="spellStart"/>
            <w:r w:rsidRPr="00176886">
              <w:rPr>
                <w:lang w:val="ru-RU"/>
              </w:rPr>
              <w:t>ханчжи</w:t>
            </w:r>
            <w:proofErr w:type="spellEnd"/>
            <w:r w:rsidRPr="00176886">
              <w:rPr>
                <w:lang w:val="ru-RU"/>
              </w:rPr>
              <w:t xml:space="preserve">". Завод открыт для широкой публики: вы можете пройти по цехам и познакомиться с процессом изготовления бумаги, </w:t>
            </w:r>
            <w:proofErr w:type="gramStart"/>
            <w:r w:rsidRPr="00176886">
              <w:rPr>
                <w:lang w:val="ru-RU"/>
              </w:rPr>
              <w:t>сырьем .</w:t>
            </w:r>
            <w:proofErr w:type="gramEnd"/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Деревня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Хахве</w:t>
            </w:r>
            <w:proofErr w:type="spellEnd"/>
            <w:r w:rsidRPr="00176886">
              <w:rPr>
                <w:lang w:val="ru-RU"/>
              </w:rPr>
              <w:br/>
            </w:r>
            <w:proofErr w:type="spellStart"/>
            <w:r w:rsidRPr="00176886">
              <w:rPr>
                <w:lang w:val="ru-RU"/>
              </w:rPr>
              <w:t>Хахве</w:t>
            </w:r>
            <w:proofErr w:type="spellEnd"/>
            <w:r w:rsidRPr="00176886">
              <w:rPr>
                <w:lang w:val="ru-RU"/>
              </w:rPr>
              <w:t xml:space="preserve"> -</w:t>
            </w:r>
            <w:r w:rsidRPr="00176886">
              <w:rPr>
                <w:lang w:val="ru-RU"/>
              </w:rPr>
              <w:t xml:space="preserve"> деревня, с трех сторон окруженная рекой </w:t>
            </w:r>
            <w:proofErr w:type="spellStart"/>
            <w:r w:rsidRPr="00176886">
              <w:rPr>
                <w:lang w:val="ru-RU"/>
              </w:rPr>
              <w:t>Нактонган</w:t>
            </w:r>
            <w:proofErr w:type="spellEnd"/>
            <w:r w:rsidRPr="00176886">
              <w:rPr>
                <w:lang w:val="ru-RU"/>
              </w:rPr>
              <w:t xml:space="preserve">, как бы расположена в петле этой реки; от этой географической особенности и происходит название деревни - буквально "петля реки". </w:t>
            </w:r>
            <w:proofErr w:type="spellStart"/>
            <w:r w:rsidRPr="00176886">
              <w:rPr>
                <w:lang w:val="ru-RU"/>
              </w:rPr>
              <w:t>Хахве</w:t>
            </w:r>
            <w:proofErr w:type="spellEnd"/>
            <w:r w:rsidRPr="00176886">
              <w:rPr>
                <w:lang w:val="ru-RU"/>
              </w:rPr>
              <w:t xml:space="preserve"> знаменита своими сохранившимися и до сих пор используемыми хозяевами </w:t>
            </w:r>
            <w:r w:rsidRPr="00176886">
              <w:rPr>
                <w:lang w:val="ru-RU"/>
              </w:rPr>
              <w:t>старинными домами - как крестьянскими, так и домами аристократов; знаменитым танцем с масками "</w:t>
            </w:r>
            <w:proofErr w:type="spellStart"/>
            <w:r w:rsidRPr="00176886">
              <w:rPr>
                <w:lang w:val="ru-RU"/>
              </w:rPr>
              <w:t>Тхальчхум</w:t>
            </w:r>
            <w:proofErr w:type="spellEnd"/>
            <w:r w:rsidRPr="00176886">
              <w:rPr>
                <w:lang w:val="ru-RU"/>
              </w:rPr>
              <w:t>", а также и древнейшим сохранившимся набором этих самых деревянных масок для танцев. В 1999 году королева Великобритании Елизавета отметила в деревне с</w:t>
            </w:r>
            <w:r w:rsidRPr="00176886">
              <w:rPr>
                <w:lang w:val="ru-RU"/>
              </w:rPr>
              <w:t>вой день Рождения. Регулярное представление танца с масками будет приятным живым дополнением к экскурсии (представление может не проводиться в данный день, в зависимости от сезона и дня недели).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Конфуцианская академия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Пёнсан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Совон</w:t>
            </w:r>
            <w:proofErr w:type="spellEnd"/>
            <w:r w:rsidRPr="00176886">
              <w:rPr>
                <w:lang w:val="ru-RU"/>
              </w:rPr>
              <w:br/>
              <w:t xml:space="preserve">Типичное частное учебное </w:t>
            </w:r>
            <w:r w:rsidRPr="00176886">
              <w:rPr>
                <w:lang w:val="ru-RU"/>
              </w:rPr>
              <w:t xml:space="preserve">заведение (сейчас - музей), в котором юные представители правящей элиты Чосон - янбане - получали достойное конфуцианское </w:t>
            </w:r>
            <w:proofErr w:type="gramStart"/>
            <w:r w:rsidRPr="00176886">
              <w:rPr>
                <w:lang w:val="ru-RU"/>
              </w:rPr>
              <w:t>образование, с тем, чтобы</w:t>
            </w:r>
            <w:proofErr w:type="gramEnd"/>
            <w:r w:rsidRPr="00176886">
              <w:rPr>
                <w:lang w:val="ru-RU"/>
              </w:rPr>
              <w:t xml:space="preserve"> в дальнейшем сдать государственные экзамены и поступить на службу. Свое название, включающее слово "</w:t>
            </w:r>
            <w:proofErr w:type="spellStart"/>
            <w:r w:rsidRPr="00176886">
              <w:rPr>
                <w:lang w:val="ru-RU"/>
              </w:rPr>
              <w:t>совон</w:t>
            </w:r>
            <w:proofErr w:type="spellEnd"/>
            <w:r w:rsidRPr="00176886">
              <w:rPr>
                <w:lang w:val="ru-RU"/>
              </w:rPr>
              <w:t xml:space="preserve">", </w:t>
            </w:r>
            <w:r w:rsidRPr="00176886">
              <w:rPr>
                <w:lang w:val="ru-RU"/>
              </w:rPr>
              <w:t xml:space="preserve">это заведение получило в память о знаменитом премьер-министре Чосон, </w:t>
            </w:r>
            <w:proofErr w:type="spellStart"/>
            <w:r w:rsidRPr="00176886">
              <w:rPr>
                <w:lang w:val="ru-RU"/>
              </w:rPr>
              <w:t>Рю</w:t>
            </w:r>
            <w:proofErr w:type="spellEnd"/>
            <w:r w:rsidRPr="00176886">
              <w:rPr>
                <w:lang w:val="ru-RU"/>
              </w:rPr>
              <w:t xml:space="preserve"> </w:t>
            </w:r>
            <w:proofErr w:type="spellStart"/>
            <w:r w:rsidRPr="00176886">
              <w:rPr>
                <w:lang w:val="ru-RU"/>
              </w:rPr>
              <w:t>Сонннёне</w:t>
            </w:r>
            <w:proofErr w:type="spellEnd"/>
            <w:r w:rsidRPr="00176886">
              <w:rPr>
                <w:lang w:val="ru-RU"/>
              </w:rPr>
              <w:t xml:space="preserve">, проживавшем неподалёку, в деревне </w:t>
            </w:r>
            <w:proofErr w:type="spellStart"/>
            <w:r w:rsidRPr="00176886">
              <w:rPr>
                <w:lang w:val="ru-RU"/>
              </w:rPr>
              <w:t>Хахве</w:t>
            </w:r>
            <w:proofErr w:type="spellEnd"/>
            <w:r w:rsidRPr="00176886">
              <w:rPr>
                <w:lang w:val="ru-RU"/>
              </w:rPr>
              <w:t xml:space="preserve">. Ах, какой вид открывается из </w:t>
            </w:r>
            <w:proofErr w:type="spellStart"/>
            <w:r w:rsidRPr="00176886">
              <w:rPr>
                <w:lang w:val="ru-RU"/>
              </w:rPr>
              <w:t>Пёнсан</w:t>
            </w:r>
            <w:proofErr w:type="spellEnd"/>
            <w:r w:rsidRPr="00176886">
              <w:rPr>
                <w:lang w:val="ru-RU"/>
              </w:rPr>
              <w:t xml:space="preserve"> </w:t>
            </w:r>
            <w:proofErr w:type="spellStart"/>
            <w:r w:rsidRPr="00176886">
              <w:rPr>
                <w:lang w:val="ru-RU"/>
              </w:rPr>
              <w:t>Совон</w:t>
            </w:r>
            <w:proofErr w:type="spellEnd"/>
            <w:r w:rsidRPr="00176886">
              <w:rPr>
                <w:lang w:val="ru-RU"/>
              </w:rPr>
              <w:t xml:space="preserve"> на романтичные горы и реку!</w:t>
            </w:r>
          </w:p>
        </w:tc>
      </w:tr>
      <w:tr w:rsidR="003C4BA9" w:rsidRPr="00176886" w14:paraId="70DE848C" w14:textId="77777777">
        <w:tc>
          <w:tcPr>
            <w:tcW w:w="1701" w:type="dxa"/>
          </w:tcPr>
          <w:p w14:paraId="347E8A86" w14:textId="77777777" w:rsidR="003C4BA9" w:rsidRPr="00176886" w:rsidRDefault="003C4BA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7595049A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 xml:space="preserve">Трансфер в </w:t>
            </w:r>
            <w:proofErr w:type="spellStart"/>
            <w:r w:rsidRPr="00176886">
              <w:rPr>
                <w:lang w:val="ru-RU"/>
              </w:rPr>
              <w:t>Кёнчжу</w:t>
            </w:r>
            <w:proofErr w:type="spellEnd"/>
            <w:r w:rsidRPr="00176886">
              <w:rPr>
                <w:lang w:val="ru-RU"/>
              </w:rPr>
              <w:t xml:space="preserve"> (</w:t>
            </w:r>
            <w:proofErr w:type="spellStart"/>
            <w:r w:rsidRPr="00176886">
              <w:rPr>
                <w:lang w:val="ru-RU"/>
              </w:rPr>
              <w:t>ок</w:t>
            </w:r>
            <w:proofErr w:type="spellEnd"/>
            <w:r w:rsidRPr="00176886">
              <w:rPr>
                <w:lang w:val="ru-RU"/>
              </w:rPr>
              <w:t>. 2 часов).</w:t>
            </w:r>
          </w:p>
        </w:tc>
      </w:tr>
      <w:tr w:rsidR="003C4BA9" w:rsidRPr="00176886" w14:paraId="342FD45F" w14:textId="77777777">
        <w:tc>
          <w:tcPr>
            <w:tcW w:w="1701" w:type="dxa"/>
          </w:tcPr>
          <w:p w14:paraId="238FF1C3" w14:textId="77777777" w:rsidR="003C4BA9" w:rsidRDefault="00176886">
            <w:r>
              <w:rPr>
                <w:b/>
                <w:color w:val="1B3A4B"/>
              </w:rPr>
              <w:t>17:00</w:t>
            </w:r>
          </w:p>
        </w:tc>
        <w:tc>
          <w:tcPr>
            <w:tcW w:w="7937" w:type="dxa"/>
          </w:tcPr>
          <w:p w14:paraId="643A85E7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 xml:space="preserve">Ночная магия </w:t>
            </w:r>
            <w:proofErr w:type="spellStart"/>
            <w:r w:rsidRPr="00176886">
              <w:rPr>
                <w:b/>
                <w:lang w:val="ru-RU"/>
              </w:rPr>
              <w:t>Кёнчжу</w:t>
            </w:r>
            <w:proofErr w:type="spellEnd"/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3.00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Восточный дворец и пруд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Вольчжи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Анапчи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)</w:t>
            </w:r>
            <w:r w:rsidRPr="00176886">
              <w:rPr>
                <w:lang w:val="ru-RU"/>
              </w:rPr>
              <w:br/>
              <w:t>Практически построенный заново "Восточный дворец" является, тем не менее, прекрасным местом для прогулок, особенно вечером.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район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Хваннидан</w:t>
            </w:r>
            <w:proofErr w:type="spellEnd"/>
            <w:r w:rsidRPr="00176886">
              <w:rPr>
                <w:lang w:val="ru-RU"/>
              </w:rPr>
              <w:br/>
              <w:t xml:space="preserve">Всего несколько лет назад </w:t>
            </w:r>
            <w:proofErr w:type="spellStart"/>
            <w:r w:rsidRPr="00176886">
              <w:rPr>
                <w:lang w:val="ru-RU"/>
              </w:rPr>
              <w:t>Хваннам</w:t>
            </w:r>
            <w:proofErr w:type="spellEnd"/>
            <w:r w:rsidRPr="00176886">
              <w:rPr>
                <w:lang w:val="ru-RU"/>
              </w:rPr>
              <w:t>-</w:t>
            </w:r>
            <w:r w:rsidRPr="00176886">
              <w:rPr>
                <w:lang w:val="ru-RU"/>
              </w:rPr>
              <w:t xml:space="preserve">донг начал оживать — с ростом популярности у молодежи сюда пришли уютные кафе, бутики, книжные лавки и сувенирные магазины. Так родилась </w:t>
            </w:r>
            <w:proofErr w:type="spellStart"/>
            <w:r w:rsidRPr="00176886">
              <w:rPr>
                <w:lang w:val="ru-RU"/>
              </w:rPr>
              <w:t>Хваннидан</w:t>
            </w:r>
            <w:proofErr w:type="spellEnd"/>
            <w:r w:rsidRPr="00176886">
              <w:rPr>
                <w:lang w:val="ru-RU"/>
              </w:rPr>
              <w:t xml:space="preserve">-гиль — улица, без которой невозможно представить </w:t>
            </w:r>
            <w:proofErr w:type="spellStart"/>
            <w:r w:rsidRPr="00176886">
              <w:rPr>
                <w:lang w:val="ru-RU"/>
              </w:rPr>
              <w:t>Кёнчжу</w:t>
            </w:r>
            <w:proofErr w:type="spellEnd"/>
            <w:r w:rsidRPr="00176886">
              <w:rPr>
                <w:lang w:val="ru-RU"/>
              </w:rPr>
              <w:t xml:space="preserve"> сегодня. По вечерам здесь особенно красиво: в кафе на</w:t>
            </w:r>
            <w:r w:rsidRPr="00176886">
              <w:rPr>
                <w:lang w:val="ru-RU"/>
              </w:rPr>
              <w:t xml:space="preserve"> крыше можно встретить закат, глядя на море черепичных крыш традиционных корейских домов ханок. Узкие улочки, мягкий свет витрин и отсутствие высоток создают атмосферу уюта и старины. </w:t>
            </w:r>
            <w:proofErr w:type="spellStart"/>
            <w:r w:rsidRPr="00176886">
              <w:rPr>
                <w:lang w:val="ru-RU"/>
              </w:rPr>
              <w:t>Хваннидан</w:t>
            </w:r>
            <w:proofErr w:type="spellEnd"/>
            <w:r w:rsidRPr="00176886">
              <w:rPr>
                <w:lang w:val="ru-RU"/>
              </w:rPr>
              <w:t xml:space="preserve">-гиль находится рядом с древними курганами </w:t>
            </w:r>
            <w:proofErr w:type="spellStart"/>
            <w:r w:rsidRPr="00176886">
              <w:rPr>
                <w:lang w:val="ru-RU"/>
              </w:rPr>
              <w:t>Тэрынгвон</w:t>
            </w:r>
            <w:proofErr w:type="spellEnd"/>
            <w:r w:rsidRPr="00176886">
              <w:rPr>
                <w:lang w:val="ru-RU"/>
              </w:rPr>
              <w:t xml:space="preserve"> и охраняет</w:t>
            </w:r>
            <w:r w:rsidRPr="00176886">
              <w:rPr>
                <w:lang w:val="ru-RU"/>
              </w:rPr>
              <w:t>ся как часть культурного наследия Кореи.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Обсерватория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Чхомсондэ</w:t>
            </w:r>
            <w:proofErr w:type="spellEnd"/>
            <w:r w:rsidRPr="00176886">
              <w:rPr>
                <w:lang w:val="ru-RU"/>
              </w:rPr>
              <w:br/>
            </w:r>
            <w:proofErr w:type="spellStart"/>
            <w:r w:rsidRPr="00176886">
              <w:rPr>
                <w:lang w:val="ru-RU"/>
              </w:rPr>
              <w:t>Чхомсондэ</w:t>
            </w:r>
            <w:proofErr w:type="spellEnd"/>
            <w:r w:rsidRPr="00176886">
              <w:rPr>
                <w:lang w:val="ru-RU"/>
              </w:rPr>
              <w:t xml:space="preserve"> - одна из старейших обсерваторий мира (7 в.). Башня обсерватории </w:t>
            </w:r>
            <w:r w:rsidRPr="00176886">
              <w:rPr>
                <w:lang w:val="ru-RU"/>
              </w:rPr>
              <w:lastRenderedPageBreak/>
              <w:t>полна символизма: общее количество обтесанных камней, из которых она сложена; количество рядов этих камней до и над н</w:t>
            </w:r>
            <w:r w:rsidRPr="00176886">
              <w:rPr>
                <w:lang w:val="ru-RU"/>
              </w:rPr>
              <w:t xml:space="preserve">ебольшим окном, форма камней... Всему разумные </w:t>
            </w:r>
            <w:proofErr w:type="spellStart"/>
            <w:r w:rsidRPr="00176886">
              <w:rPr>
                <w:lang w:val="ru-RU"/>
              </w:rPr>
              <w:t>силлакцы</w:t>
            </w:r>
            <w:proofErr w:type="spellEnd"/>
            <w:r w:rsidRPr="00176886">
              <w:rPr>
                <w:lang w:val="ru-RU"/>
              </w:rPr>
              <w:t xml:space="preserve"> уделили внимание. Построена </w:t>
            </w:r>
            <w:proofErr w:type="spellStart"/>
            <w:r w:rsidRPr="00176886">
              <w:rPr>
                <w:lang w:val="ru-RU"/>
              </w:rPr>
              <w:t>Чхомсондэ</w:t>
            </w:r>
            <w:proofErr w:type="spellEnd"/>
            <w:r w:rsidRPr="00176886">
              <w:rPr>
                <w:lang w:val="ru-RU"/>
              </w:rPr>
              <w:t xml:space="preserve"> была при правящей королеве </w:t>
            </w:r>
            <w:proofErr w:type="spellStart"/>
            <w:r w:rsidRPr="00176886">
              <w:rPr>
                <w:lang w:val="ru-RU"/>
              </w:rPr>
              <w:t>Сондок</w:t>
            </w:r>
            <w:proofErr w:type="spellEnd"/>
            <w:r w:rsidRPr="00176886">
              <w:rPr>
                <w:lang w:val="ru-RU"/>
              </w:rPr>
              <w:t xml:space="preserve"> - одной из трех за всю историю Силла. Королева попала в </w:t>
            </w:r>
            <w:proofErr w:type="gramStart"/>
            <w:r w:rsidRPr="00176886">
              <w:rPr>
                <w:lang w:val="ru-RU"/>
              </w:rPr>
              <w:t>дораму ,</w:t>
            </w:r>
            <w:proofErr w:type="gramEnd"/>
            <w:r w:rsidRPr="00176886">
              <w:rPr>
                <w:lang w:val="ru-RU"/>
              </w:rPr>
              <w:t xml:space="preserve"> которая, конечно же, снималась в </w:t>
            </w:r>
            <w:proofErr w:type="spellStart"/>
            <w:r w:rsidRPr="00176886">
              <w:rPr>
                <w:lang w:val="ru-RU"/>
              </w:rPr>
              <w:t>Кёнчжу</w:t>
            </w:r>
            <w:proofErr w:type="spellEnd"/>
            <w:r w:rsidRPr="00176886">
              <w:rPr>
                <w:lang w:val="ru-RU"/>
              </w:rPr>
              <w:t>.</w:t>
            </w:r>
          </w:p>
        </w:tc>
      </w:tr>
      <w:tr w:rsidR="003C4BA9" w14:paraId="3F0E46D2" w14:textId="77777777">
        <w:tc>
          <w:tcPr>
            <w:tcW w:w="1701" w:type="dxa"/>
          </w:tcPr>
          <w:p w14:paraId="29F3181B" w14:textId="77777777" w:rsidR="003C4BA9" w:rsidRDefault="00176886">
            <w:proofErr w:type="spellStart"/>
            <w:r>
              <w:rPr>
                <w:b/>
                <w:color w:val="1B3A4B"/>
              </w:rPr>
              <w:lastRenderedPageBreak/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6DF0843F" w14:textId="77777777" w:rsidR="003C4BA9" w:rsidRDefault="00176886">
            <w:r>
              <w:t xml:space="preserve">Кёнчжу, North </w:t>
            </w:r>
            <w:r>
              <w:t>Gyeongsang</w:t>
            </w:r>
          </w:p>
        </w:tc>
      </w:tr>
    </w:tbl>
    <w:p w14:paraId="21BFA95A" w14:textId="77777777" w:rsidR="003C4BA9" w:rsidRDefault="003C4BA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3C4BA9" w14:paraId="703C0505" w14:textId="77777777">
        <w:tc>
          <w:tcPr>
            <w:tcW w:w="10080" w:type="dxa"/>
            <w:gridSpan w:val="2"/>
            <w:shd w:val="clear" w:color="auto" w:fill="1B3A4B"/>
          </w:tcPr>
          <w:p w14:paraId="50D0AAF9" w14:textId="77777777" w:rsidR="003C4BA9" w:rsidRDefault="00176886">
            <w:r>
              <w:rPr>
                <w:b/>
                <w:color w:val="FFFFFF"/>
                <w:sz w:val="28"/>
              </w:rPr>
              <w:t>День 5</w:t>
            </w:r>
          </w:p>
        </w:tc>
      </w:tr>
      <w:tr w:rsidR="003C4BA9" w14:paraId="6AF79BFF" w14:textId="77777777">
        <w:tc>
          <w:tcPr>
            <w:tcW w:w="1701" w:type="dxa"/>
          </w:tcPr>
          <w:p w14:paraId="4999869A" w14:textId="77777777" w:rsidR="003C4BA9" w:rsidRDefault="00176886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21CDB077" w14:textId="77777777" w:rsidR="003C4BA9" w:rsidRDefault="00176886">
            <w:r>
              <w:t>April 21, 2027</w:t>
            </w:r>
          </w:p>
        </w:tc>
      </w:tr>
      <w:tr w:rsidR="003C4BA9" w:rsidRPr="00176886" w14:paraId="4DE96E82" w14:textId="77777777">
        <w:tc>
          <w:tcPr>
            <w:tcW w:w="1701" w:type="dxa"/>
          </w:tcPr>
          <w:p w14:paraId="38286C84" w14:textId="77777777" w:rsidR="003C4BA9" w:rsidRDefault="00176886">
            <w:r>
              <w:rPr>
                <w:b/>
                <w:color w:val="1B3A4B"/>
              </w:rPr>
              <w:t>08:30</w:t>
            </w:r>
          </w:p>
        </w:tc>
        <w:tc>
          <w:tcPr>
            <w:tcW w:w="7937" w:type="dxa"/>
          </w:tcPr>
          <w:p w14:paraId="01D7C692" w14:textId="77777777" w:rsidR="003C4BA9" w:rsidRPr="00176886" w:rsidRDefault="00176886">
            <w:pPr>
              <w:rPr>
                <w:lang w:val="ru-RU"/>
              </w:rPr>
            </w:pPr>
            <w:proofErr w:type="spellStart"/>
            <w:r w:rsidRPr="00176886">
              <w:rPr>
                <w:b/>
                <w:lang w:val="ru-RU"/>
              </w:rPr>
              <w:t>Соккурам</w:t>
            </w:r>
            <w:proofErr w:type="spellEnd"/>
            <w:r w:rsidRPr="00176886">
              <w:rPr>
                <w:b/>
                <w:lang w:val="ru-RU"/>
              </w:rPr>
              <w:t xml:space="preserve"> и </w:t>
            </w:r>
            <w:proofErr w:type="spellStart"/>
            <w:r w:rsidRPr="00176886">
              <w:rPr>
                <w:b/>
                <w:lang w:val="ru-RU"/>
              </w:rPr>
              <w:t>Пульгукса</w:t>
            </w:r>
            <w:proofErr w:type="spellEnd"/>
            <w:r w:rsidRPr="00176886">
              <w:rPr>
                <w:b/>
                <w:lang w:val="ru-RU"/>
              </w:rPr>
              <w:t>: Сердце корейского буддизма</w:t>
            </w:r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3.00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  <w:t xml:space="preserve">Высоко на покрытых лесом склонах горы </w:t>
            </w:r>
            <w:proofErr w:type="spellStart"/>
            <w:r w:rsidRPr="00176886">
              <w:rPr>
                <w:lang w:val="ru-RU"/>
              </w:rPr>
              <w:t>Тхохамсан</w:t>
            </w:r>
            <w:proofErr w:type="spellEnd"/>
            <w:r w:rsidRPr="00176886">
              <w:rPr>
                <w:lang w:val="ru-RU"/>
              </w:rPr>
              <w:t xml:space="preserve"> над древним </w:t>
            </w:r>
            <w:proofErr w:type="spellStart"/>
            <w:r w:rsidRPr="00176886">
              <w:rPr>
                <w:lang w:val="ru-RU"/>
              </w:rPr>
              <w:t>Кёнчжу</w:t>
            </w:r>
            <w:proofErr w:type="spellEnd"/>
            <w:r w:rsidRPr="00176886">
              <w:rPr>
                <w:lang w:val="ru-RU"/>
              </w:rPr>
              <w:t xml:space="preserve"> два объекта Всемирного наследия ЮНЕСКО </w:t>
            </w:r>
            <w:r w:rsidRPr="00176886">
              <w:rPr>
                <w:lang w:val="ru-RU"/>
              </w:rPr>
              <w:t xml:space="preserve">рассказывают единую историю кармы, перерождения и сыновней преданности: пещерный храм </w:t>
            </w:r>
            <w:proofErr w:type="spellStart"/>
            <w:r w:rsidRPr="00176886">
              <w:rPr>
                <w:lang w:val="ru-RU"/>
              </w:rPr>
              <w:t>Соккурам</w:t>
            </w:r>
            <w:proofErr w:type="spellEnd"/>
            <w:r w:rsidRPr="00176886">
              <w:rPr>
                <w:lang w:val="ru-RU"/>
              </w:rPr>
              <w:t xml:space="preserve"> с безмятежной гранитной статуей Будды — признанным шедевром корейской буддийской скульптуры — и величественный монастырский комплекс </w:t>
            </w:r>
            <w:proofErr w:type="spellStart"/>
            <w:r w:rsidRPr="00176886">
              <w:rPr>
                <w:lang w:val="ru-RU"/>
              </w:rPr>
              <w:t>Пульгукса</w:t>
            </w:r>
            <w:proofErr w:type="spellEnd"/>
            <w:r w:rsidRPr="00176886">
              <w:rPr>
                <w:lang w:val="ru-RU"/>
              </w:rPr>
              <w:t xml:space="preserve"> с его знаменитыми </w:t>
            </w:r>
            <w:r w:rsidRPr="00176886">
              <w:rPr>
                <w:lang w:val="ru-RU"/>
              </w:rPr>
              <w:t xml:space="preserve">парными каменными пагодами, служащий средоточием культуры эпохи Силла с </w:t>
            </w:r>
            <w:r>
              <w:t>VIII</w:t>
            </w:r>
            <w:r w:rsidRPr="00176886">
              <w:rPr>
                <w:lang w:val="ru-RU"/>
              </w:rPr>
              <w:t xml:space="preserve"> века.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Соккурам</w:t>
            </w:r>
            <w:proofErr w:type="spellEnd"/>
            <w:r w:rsidRPr="00176886">
              <w:rPr>
                <w:lang w:val="ru-RU"/>
              </w:rPr>
              <w:br/>
              <w:t xml:space="preserve">Статуя Будды в этом небольшом храме в искусственном гроте считается самой изящной во Всей Корее! Расположен грот на склоне горы </w:t>
            </w:r>
            <w:proofErr w:type="spellStart"/>
            <w:r w:rsidRPr="00176886">
              <w:rPr>
                <w:lang w:val="ru-RU"/>
              </w:rPr>
              <w:t>Тхохамсан</w:t>
            </w:r>
            <w:proofErr w:type="spellEnd"/>
            <w:r w:rsidRPr="00176886">
              <w:rPr>
                <w:lang w:val="ru-RU"/>
              </w:rPr>
              <w:t xml:space="preserve">, куда ведет </w:t>
            </w:r>
            <w:r w:rsidRPr="00176886">
              <w:rPr>
                <w:lang w:val="ru-RU"/>
              </w:rPr>
              <w:t>извилистый серпантин горной дороги. Прогулка до храма по горному лесу от стоянки занимает около 15-20 минут; в зависимости от погоды, нас ждет либо таинственный туманный ландшафт (туманы на этой горе - не редкость), либо захватывающие виды с высоты птичьег</w:t>
            </w:r>
            <w:r w:rsidRPr="00176886">
              <w:rPr>
                <w:lang w:val="ru-RU"/>
              </w:rPr>
              <w:t xml:space="preserve">о полета на тысячелетний </w:t>
            </w:r>
            <w:proofErr w:type="spellStart"/>
            <w:r w:rsidRPr="00176886">
              <w:rPr>
                <w:lang w:val="ru-RU"/>
              </w:rPr>
              <w:t>Кёнчжу</w:t>
            </w:r>
            <w:proofErr w:type="spellEnd"/>
            <w:r w:rsidRPr="00176886">
              <w:rPr>
                <w:lang w:val="ru-RU"/>
              </w:rPr>
              <w:t xml:space="preserve">. В </w:t>
            </w:r>
            <w:proofErr w:type="spellStart"/>
            <w:r w:rsidRPr="00176886">
              <w:rPr>
                <w:lang w:val="ru-RU"/>
              </w:rPr>
              <w:t>гротте</w:t>
            </w:r>
            <w:proofErr w:type="spellEnd"/>
            <w:r w:rsidRPr="00176886">
              <w:rPr>
                <w:lang w:val="ru-RU"/>
              </w:rPr>
              <w:t xml:space="preserve">, который формально является эрмитажем храма </w:t>
            </w:r>
            <w:proofErr w:type="spellStart"/>
            <w:r w:rsidRPr="00176886">
              <w:rPr>
                <w:lang w:val="ru-RU"/>
              </w:rPr>
              <w:t>Пульгукса</w:t>
            </w:r>
            <w:proofErr w:type="spellEnd"/>
            <w:r w:rsidRPr="00176886">
              <w:rPr>
                <w:lang w:val="ru-RU"/>
              </w:rPr>
              <w:t xml:space="preserve">, расположенного ниже по склону, главенствующее положение занимает та самая статуя Будды, сидящего в позе лотоса на пьедестале в форме лотоса же. Вокруг него на </w:t>
            </w:r>
            <w:r w:rsidRPr="00176886">
              <w:rPr>
                <w:lang w:val="ru-RU"/>
              </w:rPr>
              <w:t xml:space="preserve">разной высоте расположены барельефы и статуи бодхисаттв, архатов, Индры и Брахмы, Четырех небесных королей. В случае согласия группы мы можем спуститься по склону горы до самого храма </w:t>
            </w:r>
            <w:proofErr w:type="spellStart"/>
            <w:r w:rsidRPr="00176886">
              <w:rPr>
                <w:lang w:val="ru-RU"/>
              </w:rPr>
              <w:t>Пульгукса</w:t>
            </w:r>
            <w:proofErr w:type="spellEnd"/>
            <w:r w:rsidRPr="00176886">
              <w:rPr>
                <w:lang w:val="ru-RU"/>
              </w:rPr>
              <w:t>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Пульгукса</w:t>
            </w:r>
            <w:proofErr w:type="spellEnd"/>
            <w:r w:rsidRPr="00176886">
              <w:rPr>
                <w:lang w:val="ru-RU"/>
              </w:rPr>
              <w:br/>
              <w:t>Главный буддийский храм Объединенного Силла, он и с</w:t>
            </w:r>
            <w:r w:rsidRPr="00176886">
              <w:rPr>
                <w:lang w:val="ru-RU"/>
              </w:rPr>
              <w:t xml:space="preserve">ейчас является местом паломничество многочисленных гостей Кореи. Построен храм был в 774 году под руководством премьера государства Силла Ким </w:t>
            </w:r>
            <w:proofErr w:type="spellStart"/>
            <w:r w:rsidRPr="00176886">
              <w:rPr>
                <w:lang w:val="ru-RU"/>
              </w:rPr>
              <w:t>Тэсона</w:t>
            </w:r>
            <w:proofErr w:type="spellEnd"/>
            <w:r w:rsidRPr="00176886">
              <w:rPr>
                <w:lang w:val="ru-RU"/>
              </w:rPr>
              <w:t xml:space="preserve">. Легенда гласит, что </w:t>
            </w:r>
            <w:proofErr w:type="spellStart"/>
            <w:r w:rsidRPr="00176886">
              <w:rPr>
                <w:lang w:val="ru-RU"/>
              </w:rPr>
              <w:t>Пульгукса</w:t>
            </w:r>
            <w:proofErr w:type="spellEnd"/>
            <w:r w:rsidRPr="00176886">
              <w:rPr>
                <w:lang w:val="ru-RU"/>
              </w:rPr>
              <w:t xml:space="preserve"> был посвящен родителям действующего, так сказать, Ким </w:t>
            </w:r>
            <w:proofErr w:type="spellStart"/>
            <w:r w:rsidRPr="00176886">
              <w:rPr>
                <w:lang w:val="ru-RU"/>
              </w:rPr>
              <w:t>Тэсона</w:t>
            </w:r>
            <w:proofErr w:type="spellEnd"/>
            <w:r w:rsidRPr="00176886">
              <w:rPr>
                <w:lang w:val="ru-RU"/>
              </w:rPr>
              <w:t>. В то время как</w:t>
            </w:r>
            <w:r w:rsidRPr="00176886">
              <w:rPr>
                <w:lang w:val="ru-RU"/>
              </w:rPr>
              <w:t xml:space="preserve"> </w:t>
            </w:r>
            <w:proofErr w:type="spellStart"/>
            <w:r w:rsidRPr="00176886">
              <w:rPr>
                <w:lang w:val="ru-RU"/>
              </w:rPr>
              <w:t>Соккурам</w:t>
            </w:r>
            <w:proofErr w:type="spellEnd"/>
            <w:r w:rsidRPr="00176886">
              <w:rPr>
                <w:lang w:val="ru-RU"/>
              </w:rPr>
              <w:t xml:space="preserve">, храм-эрмитаж при </w:t>
            </w:r>
            <w:proofErr w:type="spellStart"/>
            <w:r w:rsidRPr="00176886">
              <w:rPr>
                <w:lang w:val="ru-RU"/>
              </w:rPr>
              <w:t>Пульгукса</w:t>
            </w:r>
            <w:proofErr w:type="spellEnd"/>
            <w:r w:rsidRPr="00176886">
              <w:rPr>
                <w:lang w:val="ru-RU"/>
              </w:rPr>
              <w:t xml:space="preserve">, был предназначен родителям Ким </w:t>
            </w:r>
            <w:proofErr w:type="spellStart"/>
            <w:r w:rsidRPr="00176886">
              <w:rPr>
                <w:lang w:val="ru-RU"/>
              </w:rPr>
              <w:t>Тэсона</w:t>
            </w:r>
            <w:proofErr w:type="spellEnd"/>
            <w:r w:rsidRPr="00176886">
              <w:rPr>
                <w:lang w:val="ru-RU"/>
              </w:rPr>
              <w:t xml:space="preserve"> из предыдущих его перерождений. В 1995 году </w:t>
            </w:r>
            <w:proofErr w:type="spellStart"/>
            <w:r w:rsidRPr="00176886">
              <w:rPr>
                <w:lang w:val="ru-RU"/>
              </w:rPr>
              <w:t>Пульгукса</w:t>
            </w:r>
            <w:proofErr w:type="spellEnd"/>
            <w:r w:rsidRPr="00176886">
              <w:rPr>
                <w:lang w:val="ru-RU"/>
              </w:rPr>
              <w:t xml:space="preserve"> и </w:t>
            </w:r>
            <w:proofErr w:type="spellStart"/>
            <w:r w:rsidRPr="00176886">
              <w:rPr>
                <w:lang w:val="ru-RU"/>
              </w:rPr>
              <w:t>Соккурам</w:t>
            </w:r>
            <w:proofErr w:type="spellEnd"/>
            <w:r w:rsidRPr="00176886">
              <w:rPr>
                <w:lang w:val="ru-RU"/>
              </w:rPr>
              <w:t xml:space="preserve"> были внесены в списки Всемирного наследия ЮНЕСКО.</w:t>
            </w:r>
          </w:p>
        </w:tc>
      </w:tr>
      <w:tr w:rsidR="003C4BA9" w:rsidRPr="00176886" w14:paraId="1F5ABA57" w14:textId="77777777">
        <w:tc>
          <w:tcPr>
            <w:tcW w:w="1701" w:type="dxa"/>
          </w:tcPr>
          <w:p w14:paraId="0F415629" w14:textId="77777777" w:rsidR="003C4BA9" w:rsidRDefault="00176886">
            <w:r>
              <w:rPr>
                <w:b/>
                <w:color w:val="1B3A4B"/>
              </w:rPr>
              <w:t>14:00</w:t>
            </w:r>
          </w:p>
        </w:tc>
        <w:tc>
          <w:tcPr>
            <w:tcW w:w="7937" w:type="dxa"/>
          </w:tcPr>
          <w:p w14:paraId="589320B6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 xml:space="preserve">Мечты о китах (петроглифы </w:t>
            </w:r>
            <w:proofErr w:type="spellStart"/>
            <w:r w:rsidRPr="00176886">
              <w:rPr>
                <w:b/>
                <w:lang w:val="ru-RU"/>
              </w:rPr>
              <w:t>Пангудэ</w:t>
            </w:r>
            <w:proofErr w:type="spellEnd"/>
            <w:r w:rsidRPr="00176886">
              <w:rPr>
                <w:b/>
                <w:lang w:val="ru-RU"/>
              </w:rPr>
              <w:t>)</w:t>
            </w:r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</w:t>
            </w:r>
            <w:r w:rsidRPr="00176886">
              <w:rPr>
                <w:color w:val="555555"/>
                <w:lang w:val="ru-RU"/>
              </w:rPr>
              <w:t>мерно 4.00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  <w:t xml:space="preserve">О чем мечтали люди в каменном веке? В Корее, в бывшей столице китобоев, Ульсане, мечтали, судя по всему, о китах. Именно китам посвящена большая часть композиции знаменитой скалы </w:t>
            </w:r>
            <w:proofErr w:type="spellStart"/>
            <w:r w:rsidRPr="00176886">
              <w:rPr>
                <w:lang w:val="ru-RU"/>
              </w:rPr>
              <w:t>Пангудэ</w:t>
            </w:r>
            <w:proofErr w:type="spellEnd"/>
            <w:r w:rsidRPr="00176886">
              <w:rPr>
                <w:lang w:val="ru-RU"/>
              </w:rPr>
              <w:t>, украшенной наскальными изображениями (петроглифами</w:t>
            </w:r>
            <w:r w:rsidRPr="00176886">
              <w:rPr>
                <w:lang w:val="ru-RU"/>
              </w:rPr>
              <w:t>), хорошо сохранившимися до наших дней.</w:t>
            </w:r>
            <w:r w:rsidRPr="00176886">
              <w:rPr>
                <w:lang w:val="ru-RU"/>
              </w:rPr>
              <w:br/>
              <w:t>Если позволит время, мы прогуляемся вдоль живописной речки и до второй (</w:t>
            </w:r>
            <w:proofErr w:type="spellStart"/>
            <w:r w:rsidRPr="00176886">
              <w:rPr>
                <w:lang w:val="ru-RU"/>
              </w:rPr>
              <w:t>хронологичеки</w:t>
            </w:r>
            <w:proofErr w:type="spellEnd"/>
            <w:r w:rsidRPr="00176886">
              <w:rPr>
                <w:lang w:val="ru-RU"/>
              </w:rPr>
              <w:t xml:space="preserve"> - первой) скалы с петроглифами - в районе деревни </w:t>
            </w:r>
            <w:proofErr w:type="spellStart"/>
            <w:r w:rsidRPr="00176886">
              <w:rPr>
                <w:lang w:val="ru-RU"/>
              </w:rPr>
              <w:t>Чхончжон-ри</w:t>
            </w:r>
            <w:proofErr w:type="spellEnd"/>
            <w:r w:rsidRPr="00176886">
              <w:rPr>
                <w:lang w:val="ru-RU"/>
              </w:rPr>
              <w:t>. Помимо собственно петроглифов, относящихся к эпохе неолита, скала в</w:t>
            </w:r>
            <w:r w:rsidRPr="00176886">
              <w:rPr>
                <w:lang w:val="ru-RU"/>
              </w:rPr>
              <w:t xml:space="preserve"> </w:t>
            </w:r>
            <w:proofErr w:type="spellStart"/>
            <w:r w:rsidRPr="00176886">
              <w:rPr>
                <w:lang w:val="ru-RU"/>
              </w:rPr>
              <w:lastRenderedPageBreak/>
              <w:t>Чхончжон-ри</w:t>
            </w:r>
            <w:proofErr w:type="spellEnd"/>
            <w:r w:rsidRPr="00176886">
              <w:rPr>
                <w:lang w:val="ru-RU"/>
              </w:rPr>
              <w:t xml:space="preserve"> сохранила любопытную запись эпохи Силла на</w:t>
            </w:r>
            <w:r w:rsidRPr="00176886">
              <w:rPr>
                <w:lang w:val="ru-RU"/>
              </w:rPr>
              <w:br/>
            </w:r>
            <w:proofErr w:type="spellStart"/>
            <w:r w:rsidRPr="00176886">
              <w:rPr>
                <w:lang w:val="ru-RU"/>
              </w:rPr>
              <w:t>ханмуне</w:t>
            </w:r>
            <w:proofErr w:type="spellEnd"/>
            <w:r w:rsidRPr="00176886">
              <w:rPr>
                <w:lang w:val="ru-RU"/>
              </w:rPr>
              <w:br/>
              <w:t>.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>Музей петроглифов Ульсана</w:t>
            </w:r>
            <w:r w:rsidRPr="00176886">
              <w:rPr>
                <w:lang w:val="ru-RU"/>
              </w:rPr>
              <w:br/>
              <w:t xml:space="preserve">Музей петроглифов Ульсана уникален: это </w:t>
            </w:r>
            <w:proofErr w:type="spellStart"/>
            <w:r w:rsidRPr="00176886">
              <w:rPr>
                <w:lang w:val="ru-RU"/>
              </w:rPr>
              <w:t>единственый</w:t>
            </w:r>
            <w:proofErr w:type="spellEnd"/>
            <w:r w:rsidRPr="00176886">
              <w:rPr>
                <w:lang w:val="ru-RU"/>
              </w:rPr>
              <w:t xml:space="preserve"> музей такого рода в Корее. Замысловатая медиа система знакомит посетителей с историей </w:t>
            </w:r>
            <w:proofErr w:type="spellStart"/>
            <w:r w:rsidRPr="00176886">
              <w:rPr>
                <w:lang w:val="ru-RU"/>
              </w:rPr>
              <w:t>знамнитых</w:t>
            </w:r>
            <w:proofErr w:type="spellEnd"/>
            <w:r w:rsidRPr="00176886">
              <w:rPr>
                <w:lang w:val="ru-RU"/>
              </w:rPr>
              <w:t xml:space="preserve"> петроглифов </w:t>
            </w:r>
            <w:proofErr w:type="spellStart"/>
            <w:r w:rsidRPr="00176886">
              <w:rPr>
                <w:lang w:val="ru-RU"/>
              </w:rPr>
              <w:t>Пан</w:t>
            </w:r>
            <w:r w:rsidRPr="00176886">
              <w:rPr>
                <w:lang w:val="ru-RU"/>
              </w:rPr>
              <w:t>гудэ</w:t>
            </w:r>
            <w:proofErr w:type="spellEnd"/>
            <w:r w:rsidRPr="00176886">
              <w:rPr>
                <w:lang w:val="ru-RU"/>
              </w:rPr>
              <w:t xml:space="preserve">, и подробно объясняет, что именно изображено на скале, расположенной все лишь в пределах 20-30 минут пешего хода от музея. Само здание музея также уникально: по форме это огромный кашалот, один из героев наскальных изображений </w:t>
            </w:r>
            <w:proofErr w:type="spellStart"/>
            <w:r w:rsidRPr="00176886">
              <w:rPr>
                <w:lang w:val="ru-RU"/>
              </w:rPr>
              <w:t>Пангудэ</w:t>
            </w:r>
            <w:proofErr w:type="spellEnd"/>
            <w:r w:rsidRPr="00176886">
              <w:rPr>
                <w:lang w:val="ru-RU"/>
              </w:rPr>
              <w:t>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Пангудэ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, петрог</w:t>
            </w:r>
            <w:r w:rsidRPr="00176886">
              <w:rPr>
                <w:b/>
                <w:color w:val="F4B942"/>
                <w:sz w:val="20"/>
                <w:lang w:val="ru-RU"/>
              </w:rPr>
              <w:t>лифы и пейзажи, вдохновляющие художников</w:t>
            </w:r>
            <w:r w:rsidRPr="00176886">
              <w:rPr>
                <w:lang w:val="ru-RU"/>
              </w:rPr>
              <w:br/>
              <w:t xml:space="preserve">Петроглифы </w:t>
            </w:r>
            <w:proofErr w:type="spellStart"/>
            <w:r w:rsidRPr="00176886">
              <w:rPr>
                <w:lang w:val="ru-RU"/>
              </w:rPr>
              <w:t>Пангудэ</w:t>
            </w:r>
            <w:proofErr w:type="spellEnd"/>
            <w:r w:rsidRPr="00176886">
              <w:rPr>
                <w:lang w:val="ru-RU"/>
              </w:rPr>
              <w:t xml:space="preserve"> - старейшие изображения китобойного промысла в мире. Наскальные рисунки выполнены настолько реалистично, что зоологи могут даже определить по ним вид животных! Киты, леопарды, тигры, кабанчики - в</w:t>
            </w:r>
            <w:r w:rsidRPr="00176886">
              <w:rPr>
                <w:lang w:val="ru-RU"/>
              </w:rPr>
              <w:t xml:space="preserve">сего около 20 видов животных в 300 картинках, вырезанных на скале размером примерно 8 на 5 метров. Динозавры здесь тоже </w:t>
            </w:r>
            <w:proofErr w:type="gramStart"/>
            <w:r w:rsidRPr="00176886">
              <w:rPr>
                <w:lang w:val="ru-RU"/>
              </w:rPr>
              <w:t>наследили</w:t>
            </w:r>
            <w:proofErr w:type="gramEnd"/>
            <w:r w:rsidRPr="00176886">
              <w:rPr>
                <w:lang w:val="ru-RU"/>
              </w:rPr>
              <w:t xml:space="preserve"> но уже непосредственно, своими ножками, так сказать: вдоль живописных берегов реки вы можете найти настоящие следы настоящих д</w:t>
            </w:r>
            <w:r w:rsidRPr="00176886">
              <w:rPr>
                <w:lang w:val="ru-RU"/>
              </w:rPr>
              <w:t xml:space="preserve">инозавров! Скала расположена на берегу живописнейшей реки </w:t>
            </w:r>
            <w:proofErr w:type="spellStart"/>
            <w:r w:rsidRPr="00176886">
              <w:rPr>
                <w:lang w:val="ru-RU"/>
              </w:rPr>
              <w:t>Тэгокчхон</w:t>
            </w:r>
            <w:proofErr w:type="spellEnd"/>
            <w:r w:rsidRPr="00176886">
              <w:rPr>
                <w:lang w:val="ru-RU"/>
              </w:rPr>
              <w:t xml:space="preserve">, притока р. </w:t>
            </w:r>
            <w:proofErr w:type="spellStart"/>
            <w:r w:rsidRPr="00176886">
              <w:rPr>
                <w:lang w:val="ru-RU"/>
              </w:rPr>
              <w:t>Тэхва</w:t>
            </w:r>
            <w:proofErr w:type="spellEnd"/>
            <w:r w:rsidRPr="00176886">
              <w:rPr>
                <w:lang w:val="ru-RU"/>
              </w:rPr>
              <w:t xml:space="preserve">, пленявшей своими скалистыми первобытными пейзажами художников, поэтов и знаменитых общественных деятелей не только неолита, но и менее отдаленных эпох - Силла, </w:t>
            </w:r>
            <w:proofErr w:type="spellStart"/>
            <w:r w:rsidRPr="00176886">
              <w:rPr>
                <w:lang w:val="ru-RU"/>
              </w:rPr>
              <w:t>Корё</w:t>
            </w:r>
            <w:proofErr w:type="spellEnd"/>
            <w:r w:rsidRPr="00176886">
              <w:rPr>
                <w:lang w:val="ru-RU"/>
              </w:rPr>
              <w:t xml:space="preserve"> и Чо</w:t>
            </w:r>
            <w:r w:rsidRPr="00176886">
              <w:rPr>
                <w:lang w:val="ru-RU"/>
              </w:rPr>
              <w:t>сон.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Петроглифы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Чхончжон-ри</w:t>
            </w:r>
            <w:proofErr w:type="spellEnd"/>
            <w:r w:rsidRPr="00176886">
              <w:rPr>
                <w:lang w:val="ru-RU"/>
              </w:rPr>
              <w:br/>
              <w:t xml:space="preserve">Петроглифы </w:t>
            </w:r>
            <w:proofErr w:type="spellStart"/>
            <w:r w:rsidRPr="00176886">
              <w:rPr>
                <w:lang w:val="ru-RU"/>
              </w:rPr>
              <w:t>Чхончжон-ри</w:t>
            </w:r>
            <w:proofErr w:type="spellEnd"/>
            <w:r w:rsidRPr="00176886">
              <w:rPr>
                <w:lang w:val="ru-RU"/>
              </w:rPr>
              <w:t xml:space="preserve"> расположены совсем недалеко (</w:t>
            </w:r>
            <w:proofErr w:type="spellStart"/>
            <w:r w:rsidRPr="00176886">
              <w:rPr>
                <w:lang w:val="ru-RU"/>
              </w:rPr>
              <w:t>ок</w:t>
            </w:r>
            <w:proofErr w:type="spellEnd"/>
            <w:r w:rsidRPr="00176886">
              <w:rPr>
                <w:lang w:val="ru-RU"/>
              </w:rPr>
              <w:t xml:space="preserve">. 2 км) от петроглифов </w:t>
            </w:r>
            <w:proofErr w:type="spellStart"/>
            <w:r w:rsidRPr="00176886">
              <w:rPr>
                <w:lang w:val="ru-RU"/>
              </w:rPr>
              <w:t>Пангудэ</w:t>
            </w:r>
            <w:proofErr w:type="spellEnd"/>
            <w:r w:rsidRPr="00176886">
              <w:rPr>
                <w:lang w:val="ru-RU"/>
              </w:rPr>
              <w:t>. Хронологически, именно их открыла первыми группа исследователей в 1973 году. Помимо собственно петроглифов, относящихся к эпохе неолита, скала</w:t>
            </w:r>
            <w:r w:rsidRPr="00176886">
              <w:rPr>
                <w:lang w:val="ru-RU"/>
              </w:rPr>
              <w:t xml:space="preserve"> сохранила любопытную запись эпохи Силла на </w:t>
            </w:r>
            <w:proofErr w:type="spellStart"/>
            <w:r w:rsidRPr="00176886">
              <w:rPr>
                <w:lang w:val="ru-RU"/>
              </w:rPr>
              <w:t>ханмуне</w:t>
            </w:r>
            <w:proofErr w:type="spellEnd"/>
            <w:r w:rsidRPr="00176886">
              <w:rPr>
                <w:lang w:val="ru-RU"/>
              </w:rPr>
              <w:t>.</w:t>
            </w:r>
          </w:p>
        </w:tc>
      </w:tr>
      <w:tr w:rsidR="003C4BA9" w:rsidRPr="00176886" w14:paraId="147DE455" w14:textId="77777777">
        <w:tc>
          <w:tcPr>
            <w:tcW w:w="1701" w:type="dxa"/>
          </w:tcPr>
          <w:p w14:paraId="76AB555F" w14:textId="77777777" w:rsidR="003C4BA9" w:rsidRDefault="00176886">
            <w:r>
              <w:rPr>
                <w:b/>
                <w:color w:val="1B3A4B"/>
              </w:rPr>
              <w:lastRenderedPageBreak/>
              <w:t>17:00</w:t>
            </w:r>
          </w:p>
        </w:tc>
        <w:tc>
          <w:tcPr>
            <w:tcW w:w="7937" w:type="dxa"/>
          </w:tcPr>
          <w:p w14:paraId="25F71F70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>Тур на яхте в Пусане</w:t>
            </w:r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1.00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  <w:t>Приглашаем вас на увлекательный часовой тур на яхте, который позволит вам насладиться живописными морскими видами Пусана.</w:t>
            </w:r>
            <w:r w:rsidRPr="00176886">
              <w:rPr>
                <w:lang w:val="ru-RU"/>
              </w:rPr>
              <w:br/>
              <w:t xml:space="preserve">Ваше морское </w:t>
            </w:r>
            <w:r w:rsidRPr="00176886">
              <w:rPr>
                <w:lang w:val="ru-RU"/>
              </w:rPr>
              <w:t>приключение начнется с захватывающего вида на остров Камелий, известный своей потрясающей природной красотой и грацией.</w:t>
            </w:r>
            <w:r w:rsidRPr="00176886">
              <w:rPr>
                <w:lang w:val="ru-RU"/>
              </w:rPr>
              <w:br/>
              <w:t>Затем мы направимся к великолепному Алмазному мосту (</w:t>
            </w:r>
            <w:proofErr w:type="spellStart"/>
            <w:r w:rsidRPr="00176886">
              <w:rPr>
                <w:lang w:val="ru-RU"/>
              </w:rPr>
              <w:t>Квангандэгё</w:t>
            </w:r>
            <w:proofErr w:type="spellEnd"/>
            <w:r w:rsidRPr="00176886">
              <w:rPr>
                <w:lang w:val="ru-RU"/>
              </w:rPr>
              <w:t>), который является одной из самых известных достопримечательностей Пуса</w:t>
            </w:r>
            <w:r w:rsidRPr="00176886">
              <w:rPr>
                <w:lang w:val="ru-RU"/>
              </w:rPr>
              <w:t>на. Этот грандиозный мост, сверкающий на солнце, загадочный в дождь, светящийся огнями в ночи, особенно впечатляет своим масштабом и архитектурной элегантностью.</w:t>
            </w:r>
            <w:r w:rsidRPr="00176886">
              <w:rPr>
                <w:lang w:val="ru-RU"/>
              </w:rPr>
              <w:br/>
              <w:t xml:space="preserve">Наш маршрут продолжится вдоль живописного пляжа </w:t>
            </w:r>
            <w:proofErr w:type="spellStart"/>
            <w:r w:rsidRPr="00176886">
              <w:rPr>
                <w:lang w:val="ru-RU"/>
              </w:rPr>
              <w:t>Кваналли</w:t>
            </w:r>
            <w:proofErr w:type="spellEnd"/>
            <w:r w:rsidRPr="00176886">
              <w:rPr>
                <w:lang w:val="ru-RU"/>
              </w:rPr>
              <w:t>, популярного места для отдыха как сре</w:t>
            </w:r>
            <w:r w:rsidRPr="00176886">
              <w:rPr>
                <w:lang w:val="ru-RU"/>
              </w:rPr>
              <w:t>ди местных жителей, так и туристов. Белый песок, бирюзовые воды и многочисленные пляжные кафе создают атмосферу беззаботности и курортного уюта.</w:t>
            </w:r>
            <w:r w:rsidRPr="00176886">
              <w:rPr>
                <w:lang w:val="ru-RU"/>
              </w:rPr>
              <w:br/>
              <w:t xml:space="preserve">Завершая наш тур, мы полюбуемся современными небоскребами Пусана, которые создают уникальный городской пейзаж. </w:t>
            </w:r>
            <w:r w:rsidRPr="00176886">
              <w:rPr>
                <w:lang w:val="ru-RU"/>
              </w:rPr>
              <w:t>Высотные здания, отражающиеся в воде, подчеркнут динамичный дух и современный облик этого мегаполиса.</w:t>
            </w:r>
            <w:r w:rsidRPr="00176886">
              <w:rPr>
                <w:lang w:val="ru-RU"/>
              </w:rPr>
              <w:br/>
              <w:t>Этот часовой тур на яхте – идеальный способ познакомиться с Пусаном с водной глади, наслаждаясь красотами природы и величием современной архитектуры. Прис</w:t>
            </w:r>
            <w:r w:rsidRPr="00176886">
              <w:rPr>
                <w:lang w:val="ru-RU"/>
              </w:rPr>
              <w:t>оединяйтесь к нам и получите незабываемые впечатления от морского путешествия!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lastRenderedPageBreak/>
              <w:t>Морская прогулка в Пусане (от о. Камелий)</w:t>
            </w:r>
            <w:r w:rsidRPr="00176886">
              <w:rPr>
                <w:lang w:val="ru-RU"/>
              </w:rPr>
              <w:br/>
              <w:t>Что может быть более прекрасным, чем плавание по прибрежным просторам города Пусан на элегантной яхте? Давайте поднимемся на борт наше</w:t>
            </w:r>
            <w:r w:rsidRPr="00176886">
              <w:rPr>
                <w:lang w:val="ru-RU"/>
              </w:rPr>
              <w:t xml:space="preserve">го романтического корабля и отправимся в увлекательное путешествие, охватывающее главные морские достопримечательности Пусана - от залива 101 до прекрасного пляжа </w:t>
            </w:r>
            <w:proofErr w:type="spellStart"/>
            <w:r w:rsidRPr="00176886">
              <w:rPr>
                <w:lang w:val="ru-RU"/>
              </w:rPr>
              <w:t>Квангалли</w:t>
            </w:r>
            <w:proofErr w:type="spellEnd"/>
            <w:r w:rsidRPr="00176886">
              <w:rPr>
                <w:lang w:val="ru-RU"/>
              </w:rPr>
              <w:t>. Запечатлейте эти незабываемые моменты в своих, безусловно, самых впечатляющих фото</w:t>
            </w:r>
            <w:r w:rsidRPr="00176886">
              <w:rPr>
                <w:lang w:val="ru-RU"/>
              </w:rPr>
              <w:t>графиях!</w:t>
            </w:r>
          </w:p>
        </w:tc>
      </w:tr>
      <w:tr w:rsidR="003C4BA9" w14:paraId="65742BFE" w14:textId="77777777">
        <w:tc>
          <w:tcPr>
            <w:tcW w:w="1701" w:type="dxa"/>
          </w:tcPr>
          <w:p w14:paraId="3CAD3FC9" w14:textId="77777777" w:rsidR="003C4BA9" w:rsidRDefault="00176886">
            <w:proofErr w:type="spellStart"/>
            <w:r>
              <w:rPr>
                <w:b/>
                <w:color w:val="1B3A4B"/>
              </w:rPr>
              <w:lastRenderedPageBreak/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5D74D09E" w14:textId="77777777" w:rsidR="003C4BA9" w:rsidRDefault="00176886">
            <w:r>
              <w:t>Пусан</w:t>
            </w:r>
          </w:p>
        </w:tc>
      </w:tr>
    </w:tbl>
    <w:p w14:paraId="34C88D02" w14:textId="77777777" w:rsidR="003C4BA9" w:rsidRDefault="003C4BA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3C4BA9" w14:paraId="18731FF6" w14:textId="77777777">
        <w:tc>
          <w:tcPr>
            <w:tcW w:w="10080" w:type="dxa"/>
            <w:gridSpan w:val="2"/>
            <w:shd w:val="clear" w:color="auto" w:fill="1B3A4B"/>
          </w:tcPr>
          <w:p w14:paraId="0CD6687C" w14:textId="77777777" w:rsidR="003C4BA9" w:rsidRDefault="00176886">
            <w:r>
              <w:rPr>
                <w:b/>
                <w:color w:val="FFFFFF"/>
                <w:sz w:val="28"/>
              </w:rPr>
              <w:t>День 6</w:t>
            </w:r>
          </w:p>
        </w:tc>
      </w:tr>
      <w:tr w:rsidR="003C4BA9" w14:paraId="432FC7FD" w14:textId="77777777">
        <w:tc>
          <w:tcPr>
            <w:tcW w:w="1701" w:type="dxa"/>
          </w:tcPr>
          <w:p w14:paraId="139DDBB7" w14:textId="77777777" w:rsidR="003C4BA9" w:rsidRDefault="00176886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2A02A990" w14:textId="77777777" w:rsidR="003C4BA9" w:rsidRDefault="00176886">
            <w:r>
              <w:t>April 22, 2027</w:t>
            </w:r>
          </w:p>
        </w:tc>
      </w:tr>
      <w:tr w:rsidR="003C4BA9" w:rsidRPr="00176886" w14:paraId="74CD2526" w14:textId="77777777">
        <w:tc>
          <w:tcPr>
            <w:tcW w:w="1701" w:type="dxa"/>
          </w:tcPr>
          <w:p w14:paraId="1B18041D" w14:textId="77777777" w:rsidR="003C4BA9" w:rsidRDefault="00176886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03627FCA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 xml:space="preserve">Пусан: рынок </w:t>
            </w:r>
            <w:proofErr w:type="spellStart"/>
            <w:r w:rsidRPr="00176886">
              <w:rPr>
                <w:b/>
                <w:lang w:val="ru-RU"/>
              </w:rPr>
              <w:t>Чагальчхи</w:t>
            </w:r>
            <w:proofErr w:type="spellEnd"/>
            <w:r w:rsidRPr="00176886">
              <w:rPr>
                <w:b/>
                <w:lang w:val="ru-RU"/>
              </w:rPr>
              <w:t xml:space="preserve">, деревня </w:t>
            </w:r>
            <w:proofErr w:type="spellStart"/>
            <w:r w:rsidRPr="00176886">
              <w:rPr>
                <w:b/>
                <w:lang w:val="ru-RU"/>
              </w:rPr>
              <w:t>Камчхон</w:t>
            </w:r>
            <w:proofErr w:type="spellEnd"/>
            <w:r w:rsidRPr="00176886">
              <w:rPr>
                <w:b/>
                <w:lang w:val="ru-RU"/>
              </w:rPr>
              <w:t xml:space="preserve"> и канатная дорога над морем</w:t>
            </w:r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7.00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  <w:t xml:space="preserve">Сегодня нам </w:t>
            </w:r>
            <w:proofErr w:type="gramStart"/>
            <w:r w:rsidRPr="00176886">
              <w:rPr>
                <w:lang w:val="ru-RU"/>
              </w:rPr>
              <w:t>предстоит</w:t>
            </w:r>
            <w:r>
              <w:t> </w:t>
            </w:r>
            <w:r w:rsidRPr="00176886">
              <w:rPr>
                <w:lang w:val="ru-RU"/>
              </w:rPr>
              <w:t xml:space="preserve"> путешествие</w:t>
            </w:r>
            <w:proofErr w:type="gramEnd"/>
            <w:r w:rsidRPr="00176886">
              <w:rPr>
                <w:lang w:val="ru-RU"/>
              </w:rPr>
              <w:t xml:space="preserve"> по самому, пожалуй, динамичному мегаполису Южной </w:t>
            </w:r>
            <w:r w:rsidRPr="00176886">
              <w:rPr>
                <w:lang w:val="ru-RU"/>
              </w:rPr>
              <w:t>Кореи. Что же нас ждет в Пусане?</w:t>
            </w:r>
            <w:r w:rsidRPr="00176886">
              <w:rPr>
                <w:lang w:val="ru-RU"/>
              </w:rPr>
              <w:br/>
              <w:t xml:space="preserve">Богатый всевозможными обитателями моря, как переработанными, так и вполне себе живыми, рыбный рынок </w:t>
            </w:r>
            <w:proofErr w:type="spellStart"/>
            <w:r w:rsidRPr="00176886">
              <w:rPr>
                <w:lang w:val="ru-RU"/>
              </w:rPr>
              <w:t>Чагальчхи</w:t>
            </w:r>
            <w:proofErr w:type="spellEnd"/>
            <w:r w:rsidRPr="00176886">
              <w:rPr>
                <w:lang w:val="ru-RU"/>
              </w:rPr>
              <w:t xml:space="preserve">, Культурная деревня </w:t>
            </w:r>
            <w:proofErr w:type="spellStart"/>
            <w:r w:rsidRPr="00176886">
              <w:rPr>
                <w:lang w:val="ru-RU"/>
              </w:rPr>
              <w:t>Камчхон</w:t>
            </w:r>
            <w:proofErr w:type="spellEnd"/>
            <w:r w:rsidRPr="00176886">
              <w:rPr>
                <w:lang w:val="ru-RU"/>
              </w:rPr>
              <w:t xml:space="preserve">, обзорная площадка на крыше универмага, канатная дорога над морем! Прекрасный Остров </w:t>
            </w:r>
            <w:r w:rsidRPr="00176886">
              <w:rPr>
                <w:lang w:val="ru-RU"/>
              </w:rPr>
              <w:t>Камелий и место встречи президентов АТЭС-2005.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>Алмазный мост (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Кванан-тэгё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)</w:t>
            </w:r>
            <w:r w:rsidRPr="00176886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176886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176886">
              <w:rPr>
                <w:color w:val="555555"/>
                <w:sz w:val="18"/>
                <w:lang w:val="ru-RU"/>
              </w:rPr>
              <w:t>)</w:t>
            </w:r>
            <w:r w:rsidRPr="00176886">
              <w:rPr>
                <w:lang w:val="ru-RU"/>
              </w:rPr>
              <w:br/>
              <w:t>Один из символов Пусана, т.н. "Алмазный мост" раскинулся над морем. Место проведения, в т.ч., красочного "Фестиваля фейерверков" осенью.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Деревня культуры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Камчхон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 xml:space="preserve"> в Пусане</w:t>
            </w:r>
            <w:r w:rsidRPr="00176886">
              <w:rPr>
                <w:lang w:val="ru-RU"/>
              </w:rPr>
              <w:br/>
              <w:t>Живописный район недалеко от центра Пусана. Основана беженцами во времена Корейской войны. В настоящее время, благодаря усилиям местных жителей, деятелей искусства и администрации города Пусана, деревня стала настоящей достопримечательностью, с великолепн</w:t>
            </w:r>
            <w:r w:rsidRPr="00176886">
              <w:rPr>
                <w:lang w:val="ru-RU"/>
              </w:rPr>
              <w:t>ой</w:t>
            </w:r>
            <w:r>
              <w:t> </w:t>
            </w:r>
            <w:r w:rsidRPr="00176886">
              <w:rPr>
                <w:lang w:val="ru-RU"/>
              </w:rPr>
              <w:t>граффити, камерными скульптурами, причудливой малоэтажной архитектурой и ласковыми котиками. Очень фотогенично!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Канатная дорога над морем в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Сондо</w:t>
            </w:r>
            <w:proofErr w:type="spellEnd"/>
            <w:r w:rsidRPr="00176886">
              <w:rPr>
                <w:lang w:val="ru-RU"/>
              </w:rPr>
              <w:br/>
              <w:t>Захватывающее приключение в кабинке над морем с великолепными видами на морское побережье Пусана.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>Рынок мор</w:t>
            </w:r>
            <w:r w:rsidRPr="00176886">
              <w:rPr>
                <w:b/>
                <w:color w:val="F4B942"/>
                <w:sz w:val="20"/>
                <w:lang w:val="ru-RU"/>
              </w:rPr>
              <w:t xml:space="preserve">епродуктов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Чагальчхи</w:t>
            </w:r>
            <w:proofErr w:type="spellEnd"/>
            <w:r w:rsidRPr="00176886">
              <w:rPr>
                <w:lang w:val="ru-RU"/>
              </w:rPr>
              <w:br/>
              <w:t xml:space="preserve">Крупнейший в Корее рынок морепродуктов, где вы сможете лицезреть всевозможных морских созданий, как из мира растений, так и из мира животных (и из пограничных миров тоже!). На рынке можно и вкусно поесть: рыба жареная или сырая, как и </w:t>
            </w:r>
            <w:r w:rsidRPr="00176886">
              <w:rPr>
                <w:lang w:val="ru-RU"/>
              </w:rPr>
              <w:t xml:space="preserve">морепродукты подается к столу в многочисленных ресторанчиках на рынке. Если же вы предпочитаете нечто менее экзотичное, рекомендуем </w:t>
            </w:r>
            <w:proofErr w:type="spellStart"/>
            <w:r w:rsidRPr="00176886">
              <w:rPr>
                <w:lang w:val="ru-RU"/>
              </w:rPr>
              <w:t>фуд</w:t>
            </w:r>
            <w:proofErr w:type="spellEnd"/>
            <w:r w:rsidRPr="00176886">
              <w:rPr>
                <w:lang w:val="ru-RU"/>
              </w:rPr>
              <w:t>-корт в универмаге Лотте по соседству. С обзорной площадки на универмаге открывается великолепный вид на Пусан с высоты п</w:t>
            </w:r>
            <w:r w:rsidRPr="00176886">
              <w:rPr>
                <w:lang w:val="ru-RU"/>
              </w:rPr>
              <w:t>тичьего полета.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>Обзорная площадка на крыше универмага Лотте</w:t>
            </w:r>
            <w:r w:rsidRPr="00176886">
              <w:rPr>
                <w:lang w:val="ru-RU"/>
              </w:rPr>
              <w:br/>
              <w:t>Захватывающие виды крупнейшего порта Южной Кореи с крыши расположенного у моря универмага Лотте.</w:t>
            </w:r>
            <w:r w:rsidRPr="00176886">
              <w:rPr>
                <w:b/>
                <w:color w:val="F4B942"/>
                <w:sz w:val="20"/>
                <w:lang w:val="ru-RU"/>
              </w:rPr>
              <w:br/>
              <w:t xml:space="preserve">Пляж </w:t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Хэундэ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; остров Камелий</w:t>
            </w:r>
            <w:r w:rsidRPr="00176886">
              <w:rPr>
                <w:lang w:val="ru-RU"/>
              </w:rPr>
              <w:br/>
              <w:t>Это место встречи президентов во время саммита АТЭС-2005. Место для вст</w:t>
            </w:r>
            <w:r w:rsidRPr="00176886">
              <w:rPr>
                <w:lang w:val="ru-RU"/>
              </w:rPr>
              <w:t xml:space="preserve">речи они выбрали очень живописное! Остров расположен на краю пляжа </w:t>
            </w:r>
            <w:proofErr w:type="spellStart"/>
            <w:r w:rsidRPr="00176886">
              <w:rPr>
                <w:lang w:val="ru-RU"/>
              </w:rPr>
              <w:t>Хэундэ</w:t>
            </w:r>
            <w:proofErr w:type="spellEnd"/>
            <w:r w:rsidRPr="00176886">
              <w:rPr>
                <w:lang w:val="ru-RU"/>
              </w:rPr>
              <w:t>, - пожалуй, лучшего пляжа Пусана!</w:t>
            </w:r>
          </w:p>
        </w:tc>
      </w:tr>
      <w:tr w:rsidR="003C4BA9" w14:paraId="3B433FDB" w14:textId="77777777">
        <w:tc>
          <w:tcPr>
            <w:tcW w:w="1701" w:type="dxa"/>
          </w:tcPr>
          <w:p w14:paraId="7D17088E" w14:textId="77777777" w:rsidR="003C4BA9" w:rsidRDefault="00176886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77B02332" w14:textId="77777777" w:rsidR="003C4BA9" w:rsidRDefault="00176886">
            <w:r>
              <w:t>Пусан</w:t>
            </w:r>
          </w:p>
        </w:tc>
      </w:tr>
    </w:tbl>
    <w:p w14:paraId="1DF596CB" w14:textId="77777777" w:rsidR="003C4BA9" w:rsidRDefault="003C4BA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3C4BA9" w14:paraId="20AAFCB7" w14:textId="77777777">
        <w:tc>
          <w:tcPr>
            <w:tcW w:w="10080" w:type="dxa"/>
            <w:gridSpan w:val="2"/>
            <w:shd w:val="clear" w:color="auto" w:fill="1B3A4B"/>
          </w:tcPr>
          <w:p w14:paraId="71A6A23D" w14:textId="77777777" w:rsidR="003C4BA9" w:rsidRDefault="00176886">
            <w:r>
              <w:rPr>
                <w:b/>
                <w:color w:val="FFFFFF"/>
                <w:sz w:val="28"/>
              </w:rPr>
              <w:lastRenderedPageBreak/>
              <w:t>День 7</w:t>
            </w:r>
          </w:p>
        </w:tc>
      </w:tr>
      <w:tr w:rsidR="003C4BA9" w14:paraId="389B60D9" w14:textId="77777777">
        <w:tc>
          <w:tcPr>
            <w:tcW w:w="1701" w:type="dxa"/>
          </w:tcPr>
          <w:p w14:paraId="5AADCA60" w14:textId="77777777" w:rsidR="003C4BA9" w:rsidRDefault="00176886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5839B32B" w14:textId="77777777" w:rsidR="003C4BA9" w:rsidRDefault="00176886">
            <w:r>
              <w:t>April 23, 2027</w:t>
            </w:r>
          </w:p>
        </w:tc>
      </w:tr>
      <w:tr w:rsidR="003C4BA9" w:rsidRPr="00176886" w14:paraId="42202ED6" w14:textId="77777777">
        <w:tc>
          <w:tcPr>
            <w:tcW w:w="1701" w:type="dxa"/>
          </w:tcPr>
          <w:p w14:paraId="3BDF31B6" w14:textId="77777777" w:rsidR="003C4BA9" w:rsidRDefault="003C4BA9"/>
        </w:tc>
        <w:tc>
          <w:tcPr>
            <w:tcW w:w="7937" w:type="dxa"/>
          </w:tcPr>
          <w:p w14:paraId="7C82D487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 xml:space="preserve">Для тех, кто хочет провести больше времени в Сеуле: мы можем заранее приобрести билеты на скоростной </w:t>
            </w:r>
            <w:r w:rsidRPr="00176886">
              <w:rPr>
                <w:lang w:val="ru-RU"/>
              </w:rPr>
              <w:t xml:space="preserve">поезд </w:t>
            </w:r>
            <w:r>
              <w:t>KTX</w:t>
            </w:r>
            <w:r w:rsidRPr="00176886">
              <w:rPr>
                <w:lang w:val="ru-RU"/>
              </w:rPr>
              <w:t xml:space="preserve"> и, при необходимости, организовать трансфер. В этом случае программа завершится для вас раньше — прямо в Сеуле.</w:t>
            </w:r>
          </w:p>
        </w:tc>
      </w:tr>
      <w:tr w:rsidR="003C4BA9" w:rsidRPr="00176886" w14:paraId="14DC136D" w14:textId="77777777">
        <w:tc>
          <w:tcPr>
            <w:tcW w:w="1701" w:type="dxa"/>
          </w:tcPr>
          <w:p w14:paraId="67B1A1E1" w14:textId="77777777" w:rsidR="003C4BA9" w:rsidRDefault="00176886">
            <w:r>
              <w:rPr>
                <w:b/>
                <w:color w:val="1B3A4B"/>
              </w:rPr>
              <w:t>08:00</w:t>
            </w:r>
          </w:p>
        </w:tc>
        <w:tc>
          <w:tcPr>
            <w:tcW w:w="7937" w:type="dxa"/>
          </w:tcPr>
          <w:p w14:paraId="249C2249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 xml:space="preserve">трансфер в провинциальный парк </w:t>
            </w:r>
            <w:proofErr w:type="spellStart"/>
            <w:r w:rsidRPr="00176886">
              <w:rPr>
                <w:lang w:val="ru-RU"/>
              </w:rPr>
              <w:t>Маисан</w:t>
            </w:r>
            <w:proofErr w:type="spellEnd"/>
          </w:p>
        </w:tc>
      </w:tr>
      <w:tr w:rsidR="003C4BA9" w:rsidRPr="00176886" w14:paraId="19570393" w14:textId="77777777">
        <w:tc>
          <w:tcPr>
            <w:tcW w:w="1701" w:type="dxa"/>
          </w:tcPr>
          <w:p w14:paraId="59E20C52" w14:textId="77777777" w:rsidR="003C4BA9" w:rsidRDefault="00176886">
            <w:r>
              <w:rPr>
                <w:b/>
                <w:color w:val="1B3A4B"/>
              </w:rPr>
              <w:t>11:00</w:t>
            </w:r>
          </w:p>
        </w:tc>
        <w:tc>
          <w:tcPr>
            <w:tcW w:w="7937" w:type="dxa"/>
          </w:tcPr>
          <w:p w14:paraId="4FFF89D1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b/>
                <w:lang w:val="ru-RU"/>
              </w:rPr>
              <w:t xml:space="preserve">Горы </w:t>
            </w:r>
            <w:proofErr w:type="spellStart"/>
            <w:r w:rsidRPr="00176886">
              <w:rPr>
                <w:b/>
                <w:lang w:val="ru-RU"/>
              </w:rPr>
              <w:t>Маисан</w:t>
            </w:r>
            <w:proofErr w:type="spellEnd"/>
            <w:r w:rsidRPr="00176886">
              <w:rPr>
                <w:b/>
                <w:lang w:val="ru-RU"/>
              </w:rPr>
              <w:t xml:space="preserve"> ("Уши лошади")</w:t>
            </w:r>
            <w:r w:rsidRPr="00176886">
              <w:rPr>
                <w:lang w:val="ru-RU"/>
              </w:rPr>
              <w:br/>
            </w:r>
            <w:r w:rsidRPr="00176886">
              <w:rPr>
                <w:color w:val="555555"/>
                <w:lang w:val="ru-RU"/>
              </w:rPr>
              <w:t>Продолжительность: примерно 3.00 часов</w:t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br/>
            </w:r>
            <w:r w:rsidRPr="00176886">
              <w:rPr>
                <w:lang w:val="ru-RU"/>
              </w:rPr>
              <w:t>Вероятно, раньше здесь жили сказочные существа, родственники троллей; троллей уже давно никто не видел, но антураж остался!</w:t>
            </w:r>
            <w:r w:rsidRPr="00176886">
              <w:rPr>
                <w:lang w:val="ru-RU"/>
              </w:rPr>
              <w:br/>
            </w:r>
            <w:r w:rsidRPr="00176886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176886">
              <w:rPr>
                <w:b/>
                <w:color w:val="F4B942"/>
                <w:sz w:val="20"/>
                <w:lang w:val="ru-RU"/>
              </w:rPr>
              <w:t>Маисан</w:t>
            </w:r>
            <w:proofErr w:type="spellEnd"/>
            <w:r w:rsidRPr="00176886">
              <w:rPr>
                <w:b/>
                <w:color w:val="F4B942"/>
                <w:sz w:val="20"/>
                <w:lang w:val="ru-RU"/>
              </w:rPr>
              <w:t>, провинциальный парк</w:t>
            </w:r>
            <w:r w:rsidRPr="00176886">
              <w:rPr>
                <w:lang w:val="ru-RU"/>
              </w:rPr>
              <w:br/>
              <w:t>Буквально "Уши лошади". Две главные вершины комплекса, действительно, похожи на ушки лошади. Олицетворя</w:t>
            </w:r>
            <w:r w:rsidRPr="00176886">
              <w:rPr>
                <w:lang w:val="ru-RU"/>
              </w:rPr>
              <w:t xml:space="preserve">ют вершины женское (повыше - 673 м) и мужское (пониже - 667 м) начала - </w:t>
            </w:r>
            <w:proofErr w:type="spellStart"/>
            <w:r w:rsidRPr="00176886">
              <w:rPr>
                <w:lang w:val="ru-RU"/>
              </w:rPr>
              <w:t>инь</w:t>
            </w:r>
            <w:proofErr w:type="spellEnd"/>
            <w:r w:rsidRPr="00176886">
              <w:rPr>
                <w:lang w:val="ru-RU"/>
              </w:rPr>
              <w:t xml:space="preserve"> и </w:t>
            </w:r>
            <w:proofErr w:type="spellStart"/>
            <w:r w:rsidRPr="00176886">
              <w:rPr>
                <w:lang w:val="ru-RU"/>
              </w:rPr>
              <w:t>янь</w:t>
            </w:r>
            <w:proofErr w:type="spellEnd"/>
            <w:r w:rsidRPr="00176886">
              <w:rPr>
                <w:lang w:val="ru-RU"/>
              </w:rPr>
              <w:t>. Парк знаменит множеством рукотворных пагод, собранных в одном месте ревностным монахом. Пагоды также "парные", также несут в себе женское и мужское начала. Дорога к парку ид</w:t>
            </w:r>
            <w:r w:rsidRPr="00176886">
              <w:rPr>
                <w:lang w:val="ru-RU"/>
              </w:rPr>
              <w:t>ет под сенью величественных вишневых деревьев - одних из самых поздноцветущих</w:t>
            </w:r>
            <w:r>
              <w:t> </w:t>
            </w:r>
            <w:r w:rsidRPr="00176886">
              <w:rPr>
                <w:lang w:val="ru-RU"/>
              </w:rPr>
              <w:t>в Корее!</w:t>
            </w:r>
          </w:p>
        </w:tc>
      </w:tr>
      <w:tr w:rsidR="003C4BA9" w:rsidRPr="00176886" w14:paraId="1E57B253" w14:textId="77777777">
        <w:tc>
          <w:tcPr>
            <w:tcW w:w="1701" w:type="dxa"/>
          </w:tcPr>
          <w:p w14:paraId="3A30E06A" w14:textId="77777777" w:rsidR="003C4BA9" w:rsidRPr="00176886" w:rsidRDefault="003C4BA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001E1D53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>трансфер в Сеул (</w:t>
            </w:r>
            <w:proofErr w:type="spellStart"/>
            <w:r w:rsidRPr="00176886">
              <w:rPr>
                <w:lang w:val="ru-RU"/>
              </w:rPr>
              <w:t>ок</w:t>
            </w:r>
            <w:proofErr w:type="spellEnd"/>
            <w:r w:rsidRPr="00176886">
              <w:rPr>
                <w:lang w:val="ru-RU"/>
              </w:rPr>
              <w:t>. 3 часов)</w:t>
            </w:r>
          </w:p>
        </w:tc>
      </w:tr>
      <w:tr w:rsidR="003C4BA9" w14:paraId="3E441953" w14:textId="77777777">
        <w:tc>
          <w:tcPr>
            <w:tcW w:w="1701" w:type="dxa"/>
          </w:tcPr>
          <w:p w14:paraId="2560E456" w14:textId="77777777" w:rsidR="003C4BA9" w:rsidRDefault="00176886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1124725D" w14:textId="77777777" w:rsidR="003C4BA9" w:rsidRDefault="00176886">
            <w:r>
              <w:t>Сеул</w:t>
            </w:r>
          </w:p>
        </w:tc>
      </w:tr>
    </w:tbl>
    <w:p w14:paraId="558C6030" w14:textId="77777777" w:rsidR="003C4BA9" w:rsidRDefault="003C4BA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3C4BA9" w14:paraId="5D15468D" w14:textId="77777777">
        <w:tc>
          <w:tcPr>
            <w:tcW w:w="10080" w:type="dxa"/>
            <w:gridSpan w:val="2"/>
            <w:shd w:val="clear" w:color="auto" w:fill="1B3A4B"/>
          </w:tcPr>
          <w:p w14:paraId="055305E1" w14:textId="77777777" w:rsidR="003C4BA9" w:rsidRDefault="00176886">
            <w:r>
              <w:rPr>
                <w:b/>
                <w:color w:val="FFFFFF"/>
                <w:sz w:val="28"/>
              </w:rPr>
              <w:t>День 8</w:t>
            </w:r>
          </w:p>
        </w:tc>
      </w:tr>
      <w:tr w:rsidR="003C4BA9" w14:paraId="3B1A9CA8" w14:textId="77777777">
        <w:tc>
          <w:tcPr>
            <w:tcW w:w="1701" w:type="dxa"/>
          </w:tcPr>
          <w:p w14:paraId="144089CF" w14:textId="77777777" w:rsidR="003C4BA9" w:rsidRDefault="00176886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0AF383F9" w14:textId="77777777" w:rsidR="003C4BA9" w:rsidRDefault="00176886">
            <w:r>
              <w:t>April 24, 2027</w:t>
            </w:r>
          </w:p>
        </w:tc>
      </w:tr>
      <w:tr w:rsidR="003C4BA9" w14:paraId="79952EEE" w14:textId="77777777">
        <w:tc>
          <w:tcPr>
            <w:tcW w:w="1701" w:type="dxa"/>
          </w:tcPr>
          <w:p w14:paraId="06F8B186" w14:textId="77777777" w:rsidR="003C4BA9" w:rsidRDefault="003C4BA9"/>
        </w:tc>
        <w:tc>
          <w:tcPr>
            <w:tcW w:w="7937" w:type="dxa"/>
          </w:tcPr>
          <w:p w14:paraId="0DBF2904" w14:textId="77777777" w:rsidR="003C4BA9" w:rsidRDefault="00176886">
            <w:r>
              <w:t>Свободный день</w:t>
            </w:r>
          </w:p>
        </w:tc>
      </w:tr>
      <w:tr w:rsidR="003C4BA9" w:rsidRPr="00176886" w14:paraId="105C5CF5" w14:textId="77777777">
        <w:tc>
          <w:tcPr>
            <w:tcW w:w="1701" w:type="dxa"/>
          </w:tcPr>
          <w:p w14:paraId="6B364E4E" w14:textId="77777777" w:rsidR="003C4BA9" w:rsidRDefault="003C4BA9"/>
        </w:tc>
        <w:tc>
          <w:tcPr>
            <w:tcW w:w="7937" w:type="dxa"/>
          </w:tcPr>
          <w:p w14:paraId="1D66EB44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 xml:space="preserve">Трансфер отель → аэропорт включён (водитель, без гида). Водитель </w:t>
            </w:r>
            <w:r w:rsidRPr="00176886">
              <w:rPr>
                <w:lang w:val="ru-RU"/>
              </w:rPr>
              <w:t>заберёт вас из лобби отеля. Улетаете позже? Трансфер переносится на день вашего вылета без доплаты.</w:t>
            </w:r>
          </w:p>
        </w:tc>
      </w:tr>
      <w:tr w:rsidR="003C4BA9" w:rsidRPr="00176886" w14:paraId="31EC4140" w14:textId="77777777">
        <w:tc>
          <w:tcPr>
            <w:tcW w:w="1701" w:type="dxa"/>
          </w:tcPr>
          <w:p w14:paraId="4266E0E5" w14:textId="77777777" w:rsidR="003C4BA9" w:rsidRPr="00176886" w:rsidRDefault="003C4BA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7FCE8C60" w14:textId="77777777" w:rsidR="003C4BA9" w:rsidRPr="00176886" w:rsidRDefault="00176886">
            <w:pPr>
              <w:rPr>
                <w:lang w:val="ru-RU"/>
              </w:rPr>
            </w:pPr>
            <w:r w:rsidRPr="00176886">
              <w:rPr>
                <w:lang w:val="ru-RU"/>
              </w:rPr>
              <w:br/>
              <w:t>Вы можете продлить ваше пребывание в Корее после официального окончания тура. По запросу мы можем помочь с бронированием дополнительных ночей в отеле пос</w:t>
            </w:r>
            <w:r w:rsidRPr="00176886">
              <w:rPr>
                <w:lang w:val="ru-RU"/>
              </w:rPr>
              <w:t>ле окончания тура.</w:t>
            </w:r>
          </w:p>
        </w:tc>
      </w:tr>
    </w:tbl>
    <w:p w14:paraId="4F901030" w14:textId="77777777" w:rsidR="003C4BA9" w:rsidRPr="00176886" w:rsidRDefault="003C4BA9">
      <w:pPr>
        <w:rPr>
          <w:lang w:val="ru-RU"/>
        </w:rPr>
      </w:pPr>
    </w:p>
    <w:p w14:paraId="64C9D667" w14:textId="77777777" w:rsidR="003C4BA9" w:rsidRPr="00176886" w:rsidRDefault="00176886">
      <w:pPr>
        <w:pStyle w:val="31"/>
        <w:rPr>
          <w:lang w:val="ru-RU"/>
        </w:rPr>
      </w:pPr>
      <w:r w:rsidRPr="00176886">
        <w:rPr>
          <w:lang w:val="ru-RU"/>
        </w:rPr>
        <w:t>Отправление</w:t>
      </w:r>
    </w:p>
    <w:p w14:paraId="1CC4E65A" w14:textId="728C89E0" w:rsidR="003C4BA9" w:rsidRPr="00176886" w:rsidRDefault="00176886">
      <w:pPr>
        <w:rPr>
          <w:lang w:val="ru-RU"/>
        </w:rPr>
      </w:pPr>
      <w:r>
        <w:t>April</w:t>
      </w:r>
      <w:r w:rsidRPr="00176886">
        <w:rPr>
          <w:lang w:val="ru-RU"/>
        </w:rPr>
        <w:t xml:space="preserve"> 24, 2027</w:t>
      </w:r>
    </w:p>
    <w:sectPr w:rsidR="003C4BA9" w:rsidRPr="00176886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6886"/>
    <w:rsid w:val="0029639D"/>
    <w:rsid w:val="00326F90"/>
    <w:rsid w:val="003C4BA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520E9"/>
  <w14:defaultImageDpi w14:val="300"/>
  <w15:docId w15:val="{F86B301E-9FBF-43E0-ABF9-2FFC0A97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3459</Words>
  <Characters>19722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Radchenko</cp:lastModifiedBy>
  <cp:revision>2</cp:revision>
  <dcterms:created xsi:type="dcterms:W3CDTF">2026-10-16T15:39:00Z</dcterms:created>
  <dcterms:modified xsi:type="dcterms:W3CDTF">2026-10-16T15:39:00Z</dcterms:modified>
  <cp:category/>
</cp:coreProperties>
</file>